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4CF433" w14:textId="1DEDE70D" w:rsidR="007F6D20" w:rsidRPr="00B03582" w:rsidRDefault="0065640F">
      <w:pPr>
        <w:spacing w:after="20"/>
        <w:jc w:val="center"/>
        <w:rPr>
          <w:rFonts w:ascii="Arial" w:hAnsi="Arial" w:cs="Arial"/>
          <w:color w:val="auto"/>
        </w:rPr>
      </w:pPr>
      <w:r w:rsidRPr="00B03582">
        <w:rPr>
          <w:rFonts w:ascii="Arial" w:hAnsi="Arial" w:cs="Arial"/>
          <w:b/>
          <w:color w:val="auto"/>
          <w:sz w:val="27"/>
        </w:rPr>
        <w:t>HITEC UNIVERSITY TAXILA</w:t>
      </w:r>
      <w:r w:rsidRPr="00B03582">
        <w:rPr>
          <w:rFonts w:ascii="Arial" w:hAnsi="Arial" w:cs="Arial"/>
          <w:b/>
          <w:color w:val="auto"/>
          <w:sz w:val="27"/>
        </w:rPr>
        <w:br/>
      </w:r>
      <w:r w:rsidRPr="00B03582">
        <w:rPr>
          <w:rFonts w:ascii="Arial" w:hAnsi="Arial" w:cs="Arial"/>
          <w:b/>
          <w:color w:val="auto"/>
          <w:sz w:val="19"/>
        </w:rPr>
        <w:t>OFFICE OF THE PROCUREMENT</w:t>
      </w:r>
      <w:r w:rsidRPr="00B03582">
        <w:rPr>
          <w:rFonts w:ascii="Arial" w:hAnsi="Arial" w:cs="Arial"/>
          <w:b/>
          <w:color w:val="auto"/>
          <w:sz w:val="19"/>
        </w:rPr>
        <w:br/>
      </w:r>
      <w:r w:rsidRPr="00B03582">
        <w:rPr>
          <w:rFonts w:ascii="Arial" w:hAnsi="Arial" w:cs="Arial"/>
          <w:color w:val="auto"/>
          <w:sz w:val="15"/>
        </w:rPr>
        <w:t>Museum Road, Taxila Cantt | Tel: 051-4908146-9 (Ext. 308) | Email: procurement.office@hitecuni.edu.pk</w:t>
      </w:r>
    </w:p>
    <w:tbl>
      <w:tblPr>
        <w:tblW w:w="0" w:type="auto"/>
        <w:jc w:val="center"/>
        <w:tblLook w:val="04A0" w:firstRow="1" w:lastRow="0" w:firstColumn="1" w:lastColumn="0" w:noHBand="0" w:noVBand="1"/>
      </w:tblPr>
      <w:tblGrid>
        <w:gridCol w:w="10757"/>
      </w:tblGrid>
      <w:tr w:rsidR="007F6D20" w:rsidRPr="00B03582" w14:paraId="05BEABA8" w14:textId="77777777" w:rsidTr="00B03582">
        <w:trPr>
          <w:jc w:val="center"/>
        </w:trPr>
        <w:tc>
          <w:tcPr>
            <w:tcW w:w="10757" w:type="dxa"/>
            <w:tcMar>
              <w:top w:w="65" w:type="dxa"/>
              <w:left w:w="100" w:type="dxa"/>
              <w:bottom w:w="65" w:type="dxa"/>
              <w:right w:w="100" w:type="dxa"/>
            </w:tcMar>
          </w:tcPr>
          <w:p w14:paraId="5E412F41" w14:textId="77777777" w:rsidR="007F6D20" w:rsidRPr="00B03582" w:rsidRDefault="0065640F">
            <w:pPr>
              <w:spacing w:after="0"/>
              <w:jc w:val="center"/>
              <w:rPr>
                <w:rFonts w:ascii="Arial" w:hAnsi="Arial" w:cs="Arial"/>
                <w:color w:val="auto"/>
              </w:rPr>
            </w:pPr>
            <w:r w:rsidRPr="00B03582">
              <w:rPr>
                <w:rFonts w:ascii="Arial" w:hAnsi="Arial" w:cs="Arial"/>
                <w:b/>
                <w:color w:val="auto"/>
                <w:sz w:val="21"/>
              </w:rPr>
              <w:t>REQUEST FOR QUOTATION (RFQ)</w:t>
            </w:r>
          </w:p>
        </w:tc>
      </w:tr>
    </w:tbl>
    <w:p w14:paraId="7ECBF3BD" w14:textId="77777777" w:rsidR="007F6D20" w:rsidRPr="00B03582" w:rsidRDefault="007F6D20">
      <w:pPr>
        <w:spacing w:after="60"/>
        <w:rPr>
          <w:rFonts w:ascii="Arial" w:hAnsi="Arial" w:cs="Arial"/>
          <w:color w:val="auto"/>
        </w:rPr>
      </w:pPr>
    </w:p>
    <w:tbl>
      <w:tblPr>
        <w:tblW w:w="0" w:type="auto"/>
        <w:jc w:val="center"/>
        <w:tblBorders>
          <w:top w:val="single" w:sz="6" w:space="0" w:color="003366"/>
          <w:left w:val="single" w:sz="6" w:space="0" w:color="003366"/>
          <w:bottom w:val="single" w:sz="6" w:space="0" w:color="003366"/>
          <w:right w:val="single" w:sz="6" w:space="0" w:color="003366"/>
          <w:insideH w:val="single" w:sz="4" w:space="0" w:color="D3D3D3"/>
          <w:insideV w:val="single" w:sz="4" w:space="0" w:color="D3D3D3"/>
        </w:tblBorders>
        <w:tblLook w:val="04A0" w:firstRow="1" w:lastRow="0" w:firstColumn="1" w:lastColumn="0" w:noHBand="0" w:noVBand="1"/>
      </w:tblPr>
      <w:tblGrid>
        <w:gridCol w:w="4660"/>
        <w:gridCol w:w="6237"/>
      </w:tblGrid>
      <w:tr w:rsidR="007F6D20" w:rsidRPr="00B03582" w14:paraId="5A227940" w14:textId="77777777" w:rsidTr="00B03582">
        <w:trPr>
          <w:jc w:val="center"/>
        </w:trPr>
        <w:tc>
          <w:tcPr>
            <w:tcW w:w="4660" w:type="dxa"/>
            <w:tcMar>
              <w:top w:w="55" w:type="dxa"/>
              <w:left w:w="70" w:type="dxa"/>
              <w:bottom w:w="55" w:type="dxa"/>
              <w:right w:w="70" w:type="dxa"/>
            </w:tcMar>
          </w:tcPr>
          <w:p w14:paraId="7152A433" w14:textId="3AEC5D1F" w:rsidR="007F6D20" w:rsidRPr="00B03582" w:rsidRDefault="0065640F">
            <w:pPr>
              <w:spacing w:after="0"/>
              <w:rPr>
                <w:rFonts w:ascii="Arial" w:hAnsi="Arial" w:cs="Arial"/>
                <w:color w:val="auto"/>
              </w:rPr>
            </w:pPr>
            <w:r w:rsidRPr="00B03582">
              <w:rPr>
                <w:rFonts w:ascii="Arial" w:hAnsi="Arial" w:cs="Arial"/>
                <w:b/>
                <w:color w:val="auto"/>
              </w:rPr>
              <w:t xml:space="preserve">RFQ Ref No: </w:t>
            </w:r>
            <w:r w:rsidR="00543E0D">
              <w:rPr>
                <w:rFonts w:ascii="Arial" w:hAnsi="Arial" w:cs="Arial"/>
                <w:color w:val="auto"/>
              </w:rPr>
              <w:t>HITEC/PROC/RFQ/2026/</w:t>
            </w:r>
            <w:r w:rsidR="007D4820">
              <w:rPr>
                <w:rFonts w:ascii="Arial" w:hAnsi="Arial" w:cs="Arial"/>
                <w:color w:val="auto"/>
              </w:rPr>
              <w:t>2868</w:t>
            </w:r>
          </w:p>
        </w:tc>
        <w:tc>
          <w:tcPr>
            <w:tcW w:w="6237" w:type="dxa"/>
            <w:tcMar>
              <w:top w:w="55" w:type="dxa"/>
              <w:left w:w="70" w:type="dxa"/>
              <w:bottom w:w="55" w:type="dxa"/>
              <w:right w:w="70" w:type="dxa"/>
            </w:tcMar>
          </w:tcPr>
          <w:p w14:paraId="0A723330" w14:textId="717453EF" w:rsidR="007F6D20" w:rsidRPr="00B03582" w:rsidRDefault="00B03582">
            <w:pPr>
              <w:spacing w:after="0"/>
              <w:rPr>
                <w:rFonts w:ascii="Arial" w:hAnsi="Arial" w:cs="Arial"/>
                <w:color w:val="auto"/>
              </w:rPr>
            </w:pPr>
            <w:r w:rsidRPr="00B03582">
              <w:rPr>
                <w:rFonts w:ascii="Arial" w:hAnsi="Arial" w:cs="Arial"/>
                <w:b/>
                <w:color w:val="auto"/>
              </w:rPr>
              <w:t xml:space="preserve">Delivery Location: </w:t>
            </w:r>
            <w:r w:rsidRPr="00B03582">
              <w:rPr>
                <w:rFonts w:ascii="Arial" w:hAnsi="Arial" w:cs="Arial"/>
                <w:color w:val="auto"/>
              </w:rPr>
              <w:t>HITEC University, Taxila Cantt</w:t>
            </w:r>
          </w:p>
        </w:tc>
      </w:tr>
      <w:tr w:rsidR="00B03582" w:rsidRPr="00B03582" w14:paraId="300929BE" w14:textId="77777777" w:rsidTr="00B03582">
        <w:trPr>
          <w:jc w:val="center"/>
        </w:trPr>
        <w:tc>
          <w:tcPr>
            <w:tcW w:w="4660" w:type="dxa"/>
            <w:tcMar>
              <w:top w:w="55" w:type="dxa"/>
              <w:left w:w="70" w:type="dxa"/>
              <w:bottom w:w="55" w:type="dxa"/>
              <w:right w:w="70" w:type="dxa"/>
            </w:tcMar>
          </w:tcPr>
          <w:p w14:paraId="056A6815" w14:textId="40FB8F25" w:rsidR="00B03582" w:rsidRPr="00B03582" w:rsidRDefault="00B03582" w:rsidP="007D4820">
            <w:pPr>
              <w:spacing w:after="0"/>
              <w:rPr>
                <w:rFonts w:ascii="Arial" w:hAnsi="Arial" w:cs="Arial"/>
                <w:b/>
                <w:color w:val="auto"/>
              </w:rPr>
            </w:pPr>
            <w:r w:rsidRPr="00B03582">
              <w:rPr>
                <w:rFonts w:ascii="Arial" w:hAnsi="Arial" w:cs="Arial"/>
                <w:b/>
                <w:color w:val="auto"/>
              </w:rPr>
              <w:t>Issue Date</w:t>
            </w:r>
            <w:r w:rsidR="00543E0D">
              <w:rPr>
                <w:rFonts w:ascii="Arial" w:hAnsi="Arial" w:cs="Arial"/>
                <w:b/>
                <w:color w:val="auto"/>
              </w:rPr>
              <w:t xml:space="preserve">: </w:t>
            </w:r>
            <w:r w:rsidR="007D4820">
              <w:rPr>
                <w:rFonts w:ascii="Arial" w:hAnsi="Arial" w:cs="Arial"/>
                <w:b/>
                <w:color w:val="auto"/>
              </w:rPr>
              <w:t>15 October</w:t>
            </w:r>
            <w:r w:rsidRPr="00B03582">
              <w:rPr>
                <w:rFonts w:ascii="Arial" w:hAnsi="Arial" w:cs="Arial"/>
                <w:color w:val="auto"/>
              </w:rPr>
              <w:t>, 2026</w:t>
            </w:r>
          </w:p>
        </w:tc>
        <w:tc>
          <w:tcPr>
            <w:tcW w:w="6237" w:type="dxa"/>
            <w:tcMar>
              <w:top w:w="55" w:type="dxa"/>
              <w:left w:w="70" w:type="dxa"/>
              <w:bottom w:w="55" w:type="dxa"/>
              <w:right w:w="70" w:type="dxa"/>
            </w:tcMar>
          </w:tcPr>
          <w:p w14:paraId="5E279843" w14:textId="6C5A0F89" w:rsidR="00B03582" w:rsidRPr="00B03582" w:rsidRDefault="00B03582" w:rsidP="007D4820">
            <w:pPr>
              <w:spacing w:after="0"/>
              <w:rPr>
                <w:rFonts w:ascii="Arial" w:hAnsi="Arial" w:cs="Arial"/>
                <w:b/>
                <w:color w:val="auto"/>
              </w:rPr>
            </w:pPr>
            <w:r w:rsidRPr="00B03582">
              <w:rPr>
                <w:rFonts w:ascii="Arial" w:hAnsi="Arial" w:cs="Arial"/>
                <w:b/>
                <w:color w:val="auto"/>
                <w:sz w:val="18"/>
              </w:rPr>
              <w:t xml:space="preserve">SUBMISSION DEADLINE: </w:t>
            </w:r>
            <w:r w:rsidR="003F112D">
              <w:rPr>
                <w:rFonts w:ascii="Arial" w:hAnsi="Arial" w:cs="Arial"/>
                <w:b/>
                <w:color w:val="auto"/>
                <w:sz w:val="19"/>
              </w:rPr>
              <w:t>21</w:t>
            </w:r>
            <w:bookmarkStart w:id="0" w:name="_GoBack"/>
            <w:bookmarkEnd w:id="0"/>
            <w:r w:rsidR="007D4820">
              <w:rPr>
                <w:rFonts w:ascii="Arial" w:hAnsi="Arial" w:cs="Arial"/>
                <w:b/>
                <w:color w:val="auto"/>
                <w:sz w:val="19"/>
              </w:rPr>
              <w:t xml:space="preserve"> October</w:t>
            </w:r>
            <w:r w:rsidR="002F7A46">
              <w:rPr>
                <w:rFonts w:ascii="Arial" w:hAnsi="Arial" w:cs="Arial"/>
                <w:b/>
                <w:color w:val="auto"/>
                <w:sz w:val="19"/>
              </w:rPr>
              <w:t xml:space="preserve"> 2026 </w:t>
            </w:r>
            <w:r w:rsidRPr="00B03582">
              <w:rPr>
                <w:rFonts w:ascii="Arial" w:hAnsi="Arial" w:cs="Arial"/>
                <w:b/>
                <w:color w:val="auto"/>
                <w:sz w:val="19"/>
              </w:rPr>
              <w:t>@</w:t>
            </w:r>
            <w:r w:rsidR="002F7A46">
              <w:rPr>
                <w:rFonts w:ascii="Arial" w:hAnsi="Arial" w:cs="Arial"/>
                <w:b/>
                <w:color w:val="auto"/>
                <w:sz w:val="19"/>
              </w:rPr>
              <w:t>1200</w:t>
            </w:r>
            <w:r w:rsidRPr="00B03582">
              <w:rPr>
                <w:rFonts w:ascii="Arial" w:hAnsi="Arial" w:cs="Arial"/>
                <w:b/>
                <w:color w:val="auto"/>
                <w:sz w:val="19"/>
              </w:rPr>
              <w:t xml:space="preserve"> HRS </w:t>
            </w:r>
          </w:p>
        </w:tc>
      </w:tr>
      <w:tr w:rsidR="007F6D20" w:rsidRPr="00B03582" w14:paraId="4712AA23" w14:textId="77777777" w:rsidTr="00B03582">
        <w:trPr>
          <w:jc w:val="center"/>
        </w:trPr>
        <w:tc>
          <w:tcPr>
            <w:tcW w:w="10897" w:type="dxa"/>
            <w:gridSpan w:val="2"/>
            <w:tcMar>
              <w:top w:w="65" w:type="dxa"/>
              <w:left w:w="80" w:type="dxa"/>
              <w:bottom w:w="65" w:type="dxa"/>
              <w:right w:w="80" w:type="dxa"/>
            </w:tcMar>
          </w:tcPr>
          <w:p w14:paraId="77926AA8" w14:textId="7ABF39D0" w:rsidR="007F6D20" w:rsidRPr="00B03582" w:rsidRDefault="00B03582" w:rsidP="007D4820">
            <w:pPr>
              <w:spacing w:after="0"/>
              <w:rPr>
                <w:rFonts w:ascii="Arial" w:hAnsi="Arial" w:cs="Arial"/>
                <w:color w:val="auto"/>
              </w:rPr>
            </w:pPr>
            <w:r w:rsidRPr="00B03582">
              <w:rPr>
                <w:rFonts w:ascii="Arial" w:hAnsi="Arial" w:cs="Arial"/>
                <w:b/>
                <w:color w:val="auto"/>
              </w:rPr>
              <w:t xml:space="preserve">Procurement Title: </w:t>
            </w:r>
            <w:r w:rsidRPr="00B03582">
              <w:rPr>
                <w:rFonts w:ascii="Arial" w:hAnsi="Arial" w:cs="Arial"/>
                <w:color w:val="auto"/>
              </w:rPr>
              <w:t>Procurement of</w:t>
            </w:r>
            <w:r w:rsidR="00397A9B">
              <w:rPr>
                <w:rFonts w:ascii="Arial" w:hAnsi="Arial" w:cs="Arial"/>
                <w:color w:val="auto"/>
              </w:rPr>
              <w:t xml:space="preserve"> </w:t>
            </w:r>
            <w:r w:rsidR="007D4820">
              <w:rPr>
                <w:rFonts w:ascii="Arial" w:hAnsi="Arial" w:cs="Arial"/>
                <w:color w:val="auto"/>
              </w:rPr>
              <w:t>Consumables Items</w:t>
            </w:r>
          </w:p>
        </w:tc>
      </w:tr>
    </w:tbl>
    <w:p w14:paraId="11299DCC" w14:textId="77777777" w:rsidR="007F6D20" w:rsidRPr="00B03582" w:rsidRDefault="007F6D20">
      <w:pPr>
        <w:spacing w:after="60"/>
        <w:rPr>
          <w:rFonts w:ascii="Arial" w:hAnsi="Arial" w:cs="Arial"/>
          <w:color w:val="auto"/>
        </w:rPr>
      </w:pPr>
    </w:p>
    <w:p w14:paraId="04975149" w14:textId="77777777" w:rsidR="007F6D20" w:rsidRPr="00B03582" w:rsidRDefault="0065640F">
      <w:pPr>
        <w:spacing w:before="40" w:after="40"/>
        <w:rPr>
          <w:rFonts w:ascii="Arial" w:hAnsi="Arial" w:cs="Arial"/>
          <w:color w:val="auto"/>
        </w:rPr>
      </w:pPr>
      <w:r w:rsidRPr="00B03582">
        <w:rPr>
          <w:rFonts w:ascii="Arial" w:hAnsi="Arial" w:cs="Arial"/>
          <w:b/>
          <w:color w:val="auto"/>
        </w:rPr>
        <w:t>1. SCHEDULE OF REQUIREMENTS &amp; TECHNICAL SPECIFICATIONS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8"/>
        <w:gridCol w:w="4904"/>
        <w:gridCol w:w="5667"/>
        <w:gridCol w:w="1555"/>
        <w:gridCol w:w="1222"/>
        <w:gridCol w:w="1566"/>
      </w:tblGrid>
      <w:tr w:rsidR="009D3325" w:rsidRPr="00B03582" w14:paraId="697B4680" w14:textId="1E2F29AC" w:rsidTr="00692D79">
        <w:tc>
          <w:tcPr>
            <w:tcW w:w="242" w:type="pct"/>
            <w:tcMar>
              <w:top w:w="55" w:type="dxa"/>
              <w:left w:w="50" w:type="dxa"/>
              <w:bottom w:w="55" w:type="dxa"/>
              <w:right w:w="50" w:type="dxa"/>
            </w:tcMar>
          </w:tcPr>
          <w:p w14:paraId="3C161D82" w14:textId="77777777" w:rsidR="000149C7" w:rsidRPr="00B03582" w:rsidRDefault="000149C7">
            <w:pPr>
              <w:spacing w:after="0"/>
              <w:jc w:val="center"/>
              <w:rPr>
                <w:rFonts w:ascii="Arial" w:hAnsi="Arial" w:cs="Arial"/>
                <w:color w:val="auto"/>
                <w:szCs w:val="17"/>
              </w:rPr>
            </w:pPr>
            <w:r w:rsidRPr="00B03582">
              <w:rPr>
                <w:rFonts w:ascii="Arial" w:hAnsi="Arial" w:cs="Arial"/>
                <w:b/>
                <w:color w:val="auto"/>
                <w:szCs w:val="17"/>
              </w:rPr>
              <w:t>S/N</w:t>
            </w:r>
          </w:p>
        </w:tc>
        <w:tc>
          <w:tcPr>
            <w:tcW w:w="3372" w:type="pct"/>
            <w:gridSpan w:val="2"/>
            <w:tcMar>
              <w:top w:w="55" w:type="dxa"/>
              <w:left w:w="50" w:type="dxa"/>
              <w:bottom w:w="55" w:type="dxa"/>
              <w:right w:w="50" w:type="dxa"/>
            </w:tcMar>
          </w:tcPr>
          <w:p w14:paraId="46AF4D40" w14:textId="0068828B" w:rsidR="000149C7" w:rsidRPr="00B03582" w:rsidRDefault="000149C7">
            <w:pPr>
              <w:spacing w:after="0"/>
              <w:jc w:val="center"/>
              <w:rPr>
                <w:rFonts w:ascii="Arial" w:hAnsi="Arial" w:cs="Arial"/>
                <w:b/>
                <w:color w:val="auto"/>
                <w:szCs w:val="17"/>
              </w:rPr>
            </w:pPr>
            <w:r w:rsidRPr="00B03582">
              <w:rPr>
                <w:rFonts w:ascii="Arial" w:hAnsi="Arial" w:cs="Arial"/>
                <w:b/>
                <w:color w:val="auto"/>
                <w:szCs w:val="17"/>
              </w:rPr>
              <w:t>Detailed Technical Specifications / Items Required</w:t>
            </w:r>
          </w:p>
        </w:tc>
        <w:tc>
          <w:tcPr>
            <w:tcW w:w="496" w:type="pct"/>
            <w:tcMar>
              <w:top w:w="55" w:type="dxa"/>
              <w:left w:w="50" w:type="dxa"/>
              <w:bottom w:w="55" w:type="dxa"/>
              <w:right w:w="50" w:type="dxa"/>
            </w:tcMar>
          </w:tcPr>
          <w:p w14:paraId="66E43BD4" w14:textId="650D34CB" w:rsidR="000149C7" w:rsidRPr="00B03582" w:rsidRDefault="000149C7">
            <w:pPr>
              <w:spacing w:after="0"/>
              <w:jc w:val="center"/>
              <w:rPr>
                <w:rFonts w:ascii="Arial" w:hAnsi="Arial" w:cs="Arial"/>
                <w:color w:val="auto"/>
                <w:szCs w:val="17"/>
              </w:rPr>
            </w:pPr>
            <w:r w:rsidRPr="00B03582">
              <w:rPr>
                <w:rFonts w:ascii="Arial" w:hAnsi="Arial" w:cs="Arial"/>
                <w:b/>
                <w:color w:val="auto"/>
                <w:szCs w:val="17"/>
              </w:rPr>
              <w:t xml:space="preserve">Required </w:t>
            </w:r>
            <w:proofErr w:type="spellStart"/>
            <w:r w:rsidRPr="00B03582">
              <w:rPr>
                <w:rFonts w:ascii="Arial" w:hAnsi="Arial" w:cs="Arial"/>
                <w:b/>
                <w:color w:val="auto"/>
                <w:szCs w:val="17"/>
              </w:rPr>
              <w:t>Qty</w:t>
            </w:r>
            <w:proofErr w:type="spellEnd"/>
          </w:p>
        </w:tc>
        <w:tc>
          <w:tcPr>
            <w:tcW w:w="390" w:type="pct"/>
            <w:tcMar>
              <w:top w:w="55" w:type="dxa"/>
              <w:left w:w="50" w:type="dxa"/>
              <w:bottom w:w="55" w:type="dxa"/>
              <w:right w:w="50" w:type="dxa"/>
            </w:tcMar>
          </w:tcPr>
          <w:p w14:paraId="5CD81A71" w14:textId="77777777" w:rsidR="000149C7" w:rsidRPr="00B03582" w:rsidRDefault="000149C7">
            <w:pPr>
              <w:spacing w:after="0"/>
              <w:jc w:val="center"/>
              <w:rPr>
                <w:rFonts w:ascii="Arial" w:hAnsi="Arial" w:cs="Arial"/>
                <w:color w:val="auto"/>
                <w:szCs w:val="17"/>
              </w:rPr>
            </w:pPr>
            <w:r w:rsidRPr="00B03582">
              <w:rPr>
                <w:rFonts w:ascii="Arial" w:hAnsi="Arial" w:cs="Arial"/>
                <w:b/>
                <w:color w:val="auto"/>
                <w:szCs w:val="17"/>
              </w:rPr>
              <w:t>UOM</w:t>
            </w:r>
          </w:p>
        </w:tc>
        <w:tc>
          <w:tcPr>
            <w:tcW w:w="500" w:type="pct"/>
          </w:tcPr>
          <w:p w14:paraId="125E7A9D" w14:textId="77777777" w:rsidR="000149C7" w:rsidRPr="00B03582" w:rsidRDefault="000149C7">
            <w:pPr>
              <w:spacing w:after="0"/>
              <w:jc w:val="center"/>
              <w:rPr>
                <w:rFonts w:ascii="Arial" w:hAnsi="Arial" w:cs="Arial"/>
                <w:b/>
                <w:color w:val="auto"/>
                <w:szCs w:val="17"/>
              </w:rPr>
            </w:pPr>
          </w:p>
        </w:tc>
      </w:tr>
      <w:tr w:rsidR="009D3325" w:rsidRPr="00B03582" w14:paraId="44936C95" w14:textId="4D928551" w:rsidTr="00692D79">
        <w:tc>
          <w:tcPr>
            <w:tcW w:w="242" w:type="pct"/>
            <w:shd w:val="clear" w:color="auto" w:fill="FAFAFA"/>
            <w:tcMar>
              <w:top w:w="50" w:type="dxa"/>
              <w:left w:w="50" w:type="dxa"/>
              <w:bottom w:w="50" w:type="dxa"/>
              <w:right w:w="50" w:type="dxa"/>
            </w:tcMar>
          </w:tcPr>
          <w:p w14:paraId="394C9A75" w14:textId="4ED74F3C" w:rsidR="000149C7" w:rsidRPr="001A766D" w:rsidRDefault="000149C7" w:rsidP="001A766D">
            <w:pPr>
              <w:pStyle w:val="ListParagraph"/>
              <w:numPr>
                <w:ilvl w:val="0"/>
                <w:numId w:val="10"/>
              </w:numPr>
              <w:spacing w:after="0"/>
              <w:jc w:val="center"/>
              <w:rPr>
                <w:rFonts w:ascii="Arial" w:hAnsi="Arial" w:cs="Arial"/>
                <w:color w:val="auto"/>
                <w:szCs w:val="17"/>
              </w:rPr>
            </w:pPr>
          </w:p>
        </w:tc>
        <w:tc>
          <w:tcPr>
            <w:tcW w:w="1565" w:type="pct"/>
            <w:shd w:val="clear" w:color="auto" w:fill="auto"/>
            <w:tcMar>
              <w:top w:w="50" w:type="dxa"/>
              <w:left w:w="50" w:type="dxa"/>
              <w:bottom w:w="50" w:type="dxa"/>
              <w:right w:w="50" w:type="dxa"/>
            </w:tcMar>
            <w:vAlign w:val="bottom"/>
          </w:tcPr>
          <w:p w14:paraId="4ACE3AF1" w14:textId="501EF41A" w:rsidR="000149C7" w:rsidRPr="00B03582" w:rsidRDefault="000149C7" w:rsidP="002351DC">
            <w:pPr>
              <w:spacing w:after="0"/>
              <w:rPr>
                <w:rFonts w:ascii="Arial" w:hAnsi="Arial" w:cs="Arial"/>
                <w:color w:val="auto"/>
                <w:szCs w:val="17"/>
              </w:rPr>
            </w:pPr>
            <w:r>
              <w:rPr>
                <w:color w:val="000000"/>
                <w:sz w:val="20"/>
                <w:szCs w:val="20"/>
              </w:rPr>
              <w:t>Hacksaw Blade</w:t>
            </w:r>
          </w:p>
        </w:tc>
        <w:tc>
          <w:tcPr>
            <w:tcW w:w="1808" w:type="pct"/>
            <w:shd w:val="clear" w:color="auto" w:fill="auto"/>
            <w:vAlign w:val="bottom"/>
          </w:tcPr>
          <w:p w14:paraId="26E6D59B" w14:textId="71FDE31E" w:rsidR="000149C7" w:rsidRPr="00B03582" w:rsidRDefault="000149C7" w:rsidP="002351DC">
            <w:pPr>
              <w:spacing w:after="0"/>
              <w:rPr>
                <w:rFonts w:ascii="Arial" w:hAnsi="Arial" w:cs="Arial"/>
                <w:color w:val="auto"/>
                <w:szCs w:val="17"/>
              </w:rPr>
            </w:pPr>
            <w:r>
              <w:rPr>
                <w:color w:val="000000"/>
                <w:sz w:val="20"/>
                <w:szCs w:val="20"/>
              </w:rPr>
              <w:t>Double sided (1 Feet length )</w:t>
            </w:r>
          </w:p>
        </w:tc>
        <w:tc>
          <w:tcPr>
            <w:tcW w:w="496" w:type="pct"/>
            <w:shd w:val="clear" w:color="auto" w:fill="auto"/>
            <w:tcMar>
              <w:top w:w="50" w:type="dxa"/>
              <w:left w:w="50" w:type="dxa"/>
              <w:bottom w:w="50" w:type="dxa"/>
              <w:right w:w="50" w:type="dxa"/>
            </w:tcMar>
            <w:vAlign w:val="bottom"/>
          </w:tcPr>
          <w:p w14:paraId="64B8117B" w14:textId="17EB7477" w:rsidR="000149C7" w:rsidRPr="00B03582" w:rsidRDefault="000149C7" w:rsidP="002351DC">
            <w:pPr>
              <w:spacing w:after="0"/>
              <w:rPr>
                <w:rFonts w:ascii="Arial" w:hAnsi="Arial" w:cs="Arial"/>
                <w:color w:val="auto"/>
                <w:szCs w:val="17"/>
              </w:rPr>
            </w:pPr>
            <w:r>
              <w:rPr>
                <w:color w:val="000000"/>
                <w:sz w:val="20"/>
                <w:szCs w:val="20"/>
              </w:rPr>
              <w:t>72 Pieces</w:t>
            </w:r>
          </w:p>
        </w:tc>
        <w:tc>
          <w:tcPr>
            <w:tcW w:w="390" w:type="pct"/>
            <w:shd w:val="clear" w:color="auto" w:fill="FAFAFA"/>
            <w:tcMar>
              <w:top w:w="50" w:type="dxa"/>
              <w:left w:w="50" w:type="dxa"/>
              <w:bottom w:w="50" w:type="dxa"/>
              <w:right w:w="50" w:type="dxa"/>
            </w:tcMar>
          </w:tcPr>
          <w:p w14:paraId="04838509" w14:textId="7E051962" w:rsidR="000149C7" w:rsidRPr="00B03582" w:rsidRDefault="000149C7" w:rsidP="002351DC">
            <w:pPr>
              <w:spacing w:after="0"/>
              <w:rPr>
                <w:rFonts w:ascii="Arial" w:hAnsi="Arial" w:cs="Arial"/>
                <w:color w:val="auto"/>
                <w:szCs w:val="17"/>
              </w:rPr>
            </w:pPr>
            <w:r>
              <w:rPr>
                <w:rFonts w:ascii="Arial" w:hAnsi="Arial" w:cs="Arial"/>
                <w:color w:val="auto"/>
                <w:szCs w:val="17"/>
              </w:rPr>
              <w:t>Nos</w:t>
            </w:r>
          </w:p>
        </w:tc>
        <w:tc>
          <w:tcPr>
            <w:tcW w:w="500" w:type="pct"/>
            <w:shd w:val="clear" w:color="auto" w:fill="FAFAFA"/>
          </w:tcPr>
          <w:p w14:paraId="09115BAE" w14:textId="2C8C2376" w:rsidR="000149C7" w:rsidRDefault="000149C7" w:rsidP="002351DC">
            <w:pPr>
              <w:spacing w:after="0"/>
              <w:rPr>
                <w:rFonts w:ascii="Arial" w:hAnsi="Arial" w:cs="Arial"/>
                <w:color w:val="auto"/>
                <w:szCs w:val="17"/>
              </w:rPr>
            </w:pPr>
            <w:r>
              <w:rPr>
                <w:rFonts w:ascii="Arial" w:hAnsi="Arial" w:cs="Arial"/>
                <w:noProof/>
                <w:color w:val="auto"/>
                <w:szCs w:val="17"/>
              </w:rPr>
              <w:drawing>
                <wp:inline distT="0" distB="0" distL="0" distR="0" wp14:anchorId="1739293B" wp14:editId="5614A052">
                  <wp:extent cx="556591" cy="718154"/>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1.jpg"/>
                          <pic:cNvPicPr/>
                        </pic:nvPicPr>
                        <pic:blipFill>
                          <a:blip r:embed="rId6">
                            <a:extLst>
                              <a:ext uri="{28A0092B-C50C-407E-A947-70E740481C1C}">
                                <a14:useLocalDpi xmlns:a14="http://schemas.microsoft.com/office/drawing/2010/main" val="0"/>
                              </a:ext>
                            </a:extLst>
                          </a:blip>
                          <a:stretch>
                            <a:fillRect/>
                          </a:stretch>
                        </pic:blipFill>
                        <pic:spPr>
                          <a:xfrm flipH="1">
                            <a:off x="0" y="0"/>
                            <a:ext cx="569395" cy="734675"/>
                          </a:xfrm>
                          <a:prstGeom prst="rect">
                            <a:avLst/>
                          </a:prstGeom>
                        </pic:spPr>
                      </pic:pic>
                    </a:graphicData>
                  </a:graphic>
                </wp:inline>
              </w:drawing>
            </w:r>
          </w:p>
        </w:tc>
      </w:tr>
      <w:tr w:rsidR="009D3325" w:rsidRPr="00B03582" w14:paraId="02DD5CE4" w14:textId="79F6E139" w:rsidTr="00692D79">
        <w:tc>
          <w:tcPr>
            <w:tcW w:w="242" w:type="pct"/>
            <w:shd w:val="clear" w:color="auto" w:fill="FAFAFA"/>
            <w:tcMar>
              <w:top w:w="50" w:type="dxa"/>
              <w:left w:w="50" w:type="dxa"/>
              <w:bottom w:w="50" w:type="dxa"/>
              <w:right w:w="50" w:type="dxa"/>
            </w:tcMar>
          </w:tcPr>
          <w:p w14:paraId="76ADC9F8" w14:textId="77777777" w:rsidR="000149C7" w:rsidRPr="001A766D" w:rsidRDefault="000149C7" w:rsidP="001A766D">
            <w:pPr>
              <w:pStyle w:val="ListParagraph"/>
              <w:numPr>
                <w:ilvl w:val="0"/>
                <w:numId w:val="10"/>
              </w:numPr>
              <w:spacing w:after="0"/>
              <w:jc w:val="center"/>
              <w:rPr>
                <w:rFonts w:ascii="Arial" w:hAnsi="Arial" w:cs="Arial"/>
                <w:color w:val="auto"/>
                <w:szCs w:val="17"/>
              </w:rPr>
            </w:pPr>
          </w:p>
        </w:tc>
        <w:tc>
          <w:tcPr>
            <w:tcW w:w="1565" w:type="pct"/>
            <w:shd w:val="clear" w:color="auto" w:fill="auto"/>
            <w:tcMar>
              <w:top w:w="50" w:type="dxa"/>
              <w:left w:w="50" w:type="dxa"/>
              <w:bottom w:w="50" w:type="dxa"/>
              <w:right w:w="50" w:type="dxa"/>
            </w:tcMar>
            <w:vAlign w:val="bottom"/>
          </w:tcPr>
          <w:p w14:paraId="042A2782" w14:textId="038A1CA1" w:rsidR="000149C7" w:rsidRPr="00B03582" w:rsidRDefault="000149C7" w:rsidP="002351DC">
            <w:pPr>
              <w:spacing w:after="0"/>
              <w:rPr>
                <w:rFonts w:ascii="Arial" w:hAnsi="Arial" w:cs="Arial"/>
                <w:color w:val="auto"/>
                <w:szCs w:val="17"/>
              </w:rPr>
            </w:pPr>
            <w:r>
              <w:rPr>
                <w:color w:val="000000"/>
                <w:sz w:val="20"/>
                <w:szCs w:val="20"/>
              </w:rPr>
              <w:t>Adjustable Tap Wrench Handle</w:t>
            </w:r>
          </w:p>
        </w:tc>
        <w:tc>
          <w:tcPr>
            <w:tcW w:w="1808" w:type="pct"/>
            <w:shd w:val="clear" w:color="auto" w:fill="auto"/>
            <w:vAlign w:val="bottom"/>
          </w:tcPr>
          <w:p w14:paraId="2FE10FCD" w14:textId="3B4F5D52" w:rsidR="000149C7" w:rsidRPr="00B03582" w:rsidRDefault="000149C7" w:rsidP="002351DC">
            <w:pPr>
              <w:spacing w:after="0"/>
              <w:rPr>
                <w:rFonts w:ascii="Arial" w:hAnsi="Arial" w:cs="Arial"/>
                <w:color w:val="auto"/>
                <w:szCs w:val="17"/>
              </w:rPr>
            </w:pPr>
            <w:r>
              <w:rPr>
                <w:color w:val="000000"/>
                <w:sz w:val="20"/>
                <w:szCs w:val="20"/>
              </w:rPr>
              <w:t> Standard size</w:t>
            </w:r>
          </w:p>
        </w:tc>
        <w:tc>
          <w:tcPr>
            <w:tcW w:w="496" w:type="pct"/>
            <w:shd w:val="clear" w:color="auto" w:fill="auto"/>
            <w:tcMar>
              <w:top w:w="50" w:type="dxa"/>
              <w:left w:w="50" w:type="dxa"/>
              <w:bottom w:w="50" w:type="dxa"/>
              <w:right w:w="50" w:type="dxa"/>
            </w:tcMar>
            <w:vAlign w:val="bottom"/>
          </w:tcPr>
          <w:p w14:paraId="603A55CE" w14:textId="3EDFBAB8" w:rsidR="000149C7" w:rsidRPr="00B03582" w:rsidRDefault="000149C7" w:rsidP="002351DC">
            <w:pPr>
              <w:spacing w:after="0"/>
              <w:rPr>
                <w:rFonts w:ascii="Arial" w:hAnsi="Arial" w:cs="Arial"/>
                <w:color w:val="auto"/>
                <w:szCs w:val="17"/>
              </w:rPr>
            </w:pPr>
            <w:r>
              <w:rPr>
                <w:color w:val="000000"/>
                <w:sz w:val="20"/>
                <w:szCs w:val="20"/>
              </w:rPr>
              <w:t>6 Pieces</w:t>
            </w:r>
          </w:p>
        </w:tc>
        <w:tc>
          <w:tcPr>
            <w:tcW w:w="390" w:type="pct"/>
            <w:shd w:val="clear" w:color="auto" w:fill="FAFAFA"/>
            <w:tcMar>
              <w:top w:w="50" w:type="dxa"/>
              <w:left w:w="50" w:type="dxa"/>
              <w:bottom w:w="50" w:type="dxa"/>
              <w:right w:w="50" w:type="dxa"/>
            </w:tcMar>
          </w:tcPr>
          <w:p w14:paraId="38FAA6CA" w14:textId="02F0796F" w:rsidR="000149C7" w:rsidRPr="00B03582" w:rsidRDefault="000149C7" w:rsidP="002351DC">
            <w:pPr>
              <w:spacing w:after="0"/>
              <w:rPr>
                <w:rFonts w:ascii="Arial" w:hAnsi="Arial" w:cs="Arial"/>
                <w:color w:val="auto"/>
                <w:szCs w:val="17"/>
              </w:rPr>
            </w:pPr>
            <w:r w:rsidRPr="00614AE8">
              <w:rPr>
                <w:rFonts w:ascii="Arial" w:hAnsi="Arial" w:cs="Arial"/>
                <w:color w:val="auto"/>
                <w:szCs w:val="17"/>
              </w:rPr>
              <w:t>Nos</w:t>
            </w:r>
          </w:p>
        </w:tc>
        <w:tc>
          <w:tcPr>
            <w:tcW w:w="500" w:type="pct"/>
            <w:shd w:val="clear" w:color="auto" w:fill="FAFAFA"/>
          </w:tcPr>
          <w:p w14:paraId="0F2B3EB2" w14:textId="61202E42" w:rsidR="000149C7" w:rsidRPr="00614AE8" w:rsidRDefault="000149C7" w:rsidP="002351DC">
            <w:pPr>
              <w:spacing w:after="0"/>
              <w:rPr>
                <w:rFonts w:ascii="Arial" w:hAnsi="Arial" w:cs="Arial"/>
                <w:color w:val="auto"/>
                <w:szCs w:val="17"/>
              </w:rPr>
            </w:pPr>
            <w:r>
              <w:rPr>
                <w:rFonts w:ascii="Arial" w:hAnsi="Arial" w:cs="Arial"/>
                <w:noProof/>
                <w:color w:val="auto"/>
                <w:szCs w:val="17"/>
              </w:rPr>
              <w:drawing>
                <wp:inline distT="0" distB="0" distL="0" distR="0" wp14:anchorId="2A9B8CB2" wp14:editId="2C1AD175">
                  <wp:extent cx="606286" cy="606286"/>
                  <wp:effectExtent l="0" t="0" r="381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jpg"/>
                          <pic:cNvPicPr/>
                        </pic:nvPicPr>
                        <pic:blipFill>
                          <a:blip r:embed="rId7">
                            <a:extLst>
                              <a:ext uri="{28A0092B-C50C-407E-A947-70E740481C1C}">
                                <a14:useLocalDpi xmlns:a14="http://schemas.microsoft.com/office/drawing/2010/main" val="0"/>
                              </a:ext>
                            </a:extLst>
                          </a:blip>
                          <a:stretch>
                            <a:fillRect/>
                          </a:stretch>
                        </pic:blipFill>
                        <pic:spPr>
                          <a:xfrm flipV="1">
                            <a:off x="0" y="0"/>
                            <a:ext cx="621272" cy="621272"/>
                          </a:xfrm>
                          <a:prstGeom prst="rect">
                            <a:avLst/>
                          </a:prstGeom>
                        </pic:spPr>
                      </pic:pic>
                    </a:graphicData>
                  </a:graphic>
                </wp:inline>
              </w:drawing>
            </w:r>
          </w:p>
        </w:tc>
      </w:tr>
      <w:tr w:rsidR="009D3325" w:rsidRPr="00B03582" w14:paraId="7B5AC0A0" w14:textId="0910F73A" w:rsidTr="00692D79">
        <w:tc>
          <w:tcPr>
            <w:tcW w:w="242" w:type="pct"/>
            <w:shd w:val="clear" w:color="auto" w:fill="FAFAFA"/>
            <w:tcMar>
              <w:top w:w="50" w:type="dxa"/>
              <w:left w:w="50" w:type="dxa"/>
              <w:bottom w:w="50" w:type="dxa"/>
              <w:right w:w="50" w:type="dxa"/>
            </w:tcMar>
          </w:tcPr>
          <w:p w14:paraId="0CB635F0" w14:textId="77777777" w:rsidR="000149C7" w:rsidRPr="001A766D" w:rsidRDefault="000149C7" w:rsidP="001A766D">
            <w:pPr>
              <w:pStyle w:val="ListParagraph"/>
              <w:numPr>
                <w:ilvl w:val="0"/>
                <w:numId w:val="10"/>
              </w:numPr>
              <w:spacing w:after="0"/>
              <w:jc w:val="center"/>
              <w:rPr>
                <w:rFonts w:ascii="Arial" w:hAnsi="Arial" w:cs="Arial"/>
                <w:color w:val="auto"/>
                <w:szCs w:val="17"/>
              </w:rPr>
            </w:pPr>
          </w:p>
        </w:tc>
        <w:tc>
          <w:tcPr>
            <w:tcW w:w="1565" w:type="pct"/>
            <w:shd w:val="clear" w:color="auto" w:fill="auto"/>
            <w:tcMar>
              <w:top w:w="50" w:type="dxa"/>
              <w:left w:w="50" w:type="dxa"/>
              <w:bottom w:w="50" w:type="dxa"/>
              <w:right w:w="50" w:type="dxa"/>
            </w:tcMar>
            <w:vAlign w:val="bottom"/>
          </w:tcPr>
          <w:p w14:paraId="453FE3CC" w14:textId="6478F061" w:rsidR="000149C7" w:rsidRPr="00B03582" w:rsidRDefault="000149C7" w:rsidP="002351DC">
            <w:pPr>
              <w:spacing w:after="0"/>
              <w:rPr>
                <w:rFonts w:ascii="Arial" w:hAnsi="Arial" w:cs="Arial"/>
                <w:color w:val="auto"/>
                <w:szCs w:val="17"/>
              </w:rPr>
            </w:pPr>
            <w:r>
              <w:rPr>
                <w:color w:val="000000"/>
                <w:sz w:val="20"/>
                <w:szCs w:val="20"/>
              </w:rPr>
              <w:t>Tool Bits</w:t>
            </w:r>
          </w:p>
        </w:tc>
        <w:tc>
          <w:tcPr>
            <w:tcW w:w="1808" w:type="pct"/>
            <w:shd w:val="clear" w:color="auto" w:fill="auto"/>
            <w:vAlign w:val="bottom"/>
          </w:tcPr>
          <w:p w14:paraId="623B4CEA" w14:textId="5642A00E" w:rsidR="000149C7" w:rsidRPr="00B03582" w:rsidRDefault="000149C7" w:rsidP="002351DC">
            <w:pPr>
              <w:spacing w:after="0"/>
              <w:rPr>
                <w:rFonts w:ascii="Arial" w:hAnsi="Arial" w:cs="Arial"/>
                <w:color w:val="auto"/>
                <w:szCs w:val="17"/>
              </w:rPr>
            </w:pPr>
            <w:r>
              <w:rPr>
                <w:color w:val="000000"/>
                <w:sz w:val="20"/>
                <w:szCs w:val="20"/>
              </w:rPr>
              <w:t>Size = 0.5 inch x 8 inch</w:t>
            </w:r>
          </w:p>
        </w:tc>
        <w:tc>
          <w:tcPr>
            <w:tcW w:w="496" w:type="pct"/>
            <w:shd w:val="clear" w:color="auto" w:fill="auto"/>
            <w:tcMar>
              <w:top w:w="50" w:type="dxa"/>
              <w:left w:w="50" w:type="dxa"/>
              <w:bottom w:w="50" w:type="dxa"/>
              <w:right w:w="50" w:type="dxa"/>
            </w:tcMar>
            <w:vAlign w:val="bottom"/>
          </w:tcPr>
          <w:p w14:paraId="3F12D802" w14:textId="280AF53E" w:rsidR="000149C7" w:rsidRPr="00B03582" w:rsidRDefault="000149C7" w:rsidP="002351DC">
            <w:pPr>
              <w:spacing w:after="0"/>
              <w:rPr>
                <w:rFonts w:ascii="Arial" w:hAnsi="Arial" w:cs="Arial"/>
                <w:color w:val="auto"/>
                <w:szCs w:val="17"/>
              </w:rPr>
            </w:pPr>
            <w:r>
              <w:rPr>
                <w:color w:val="000000"/>
                <w:sz w:val="20"/>
                <w:szCs w:val="20"/>
              </w:rPr>
              <w:t>12 Pieces</w:t>
            </w:r>
          </w:p>
        </w:tc>
        <w:tc>
          <w:tcPr>
            <w:tcW w:w="390" w:type="pct"/>
            <w:shd w:val="clear" w:color="auto" w:fill="FAFAFA"/>
            <w:tcMar>
              <w:top w:w="50" w:type="dxa"/>
              <w:left w:w="50" w:type="dxa"/>
              <w:bottom w:w="50" w:type="dxa"/>
              <w:right w:w="50" w:type="dxa"/>
            </w:tcMar>
          </w:tcPr>
          <w:p w14:paraId="50F5A8D4" w14:textId="5E6F4C26" w:rsidR="000149C7" w:rsidRPr="00B03582" w:rsidRDefault="000149C7" w:rsidP="002351DC">
            <w:pPr>
              <w:spacing w:after="0"/>
              <w:rPr>
                <w:rFonts w:ascii="Arial" w:hAnsi="Arial" w:cs="Arial"/>
                <w:color w:val="auto"/>
                <w:szCs w:val="17"/>
              </w:rPr>
            </w:pPr>
            <w:r w:rsidRPr="00614AE8">
              <w:rPr>
                <w:rFonts w:ascii="Arial" w:hAnsi="Arial" w:cs="Arial"/>
                <w:color w:val="auto"/>
                <w:szCs w:val="17"/>
              </w:rPr>
              <w:t>Nos</w:t>
            </w:r>
          </w:p>
        </w:tc>
        <w:tc>
          <w:tcPr>
            <w:tcW w:w="500" w:type="pct"/>
            <w:shd w:val="clear" w:color="auto" w:fill="FAFAFA"/>
          </w:tcPr>
          <w:p w14:paraId="6AE92743" w14:textId="5394D9F1" w:rsidR="000149C7" w:rsidRPr="00614AE8" w:rsidRDefault="000149C7" w:rsidP="002351DC">
            <w:pPr>
              <w:spacing w:after="0"/>
              <w:rPr>
                <w:rFonts w:ascii="Arial" w:hAnsi="Arial" w:cs="Arial"/>
                <w:color w:val="auto"/>
                <w:szCs w:val="17"/>
              </w:rPr>
            </w:pPr>
            <w:r>
              <w:rPr>
                <w:rFonts w:ascii="Arial" w:hAnsi="Arial" w:cs="Arial"/>
                <w:noProof/>
                <w:color w:val="auto"/>
                <w:szCs w:val="17"/>
              </w:rPr>
              <w:drawing>
                <wp:inline distT="0" distB="0" distL="0" distR="0" wp14:anchorId="1079DB74" wp14:editId="5FDDAC4A">
                  <wp:extent cx="741884" cy="417774"/>
                  <wp:effectExtent l="0" t="0" r="127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3.jpg"/>
                          <pic:cNvPicPr/>
                        </pic:nvPicPr>
                        <pic:blipFill>
                          <a:blip r:embed="rId8">
                            <a:extLst>
                              <a:ext uri="{28A0092B-C50C-407E-A947-70E740481C1C}">
                                <a14:useLocalDpi xmlns:a14="http://schemas.microsoft.com/office/drawing/2010/main" val="0"/>
                              </a:ext>
                            </a:extLst>
                          </a:blip>
                          <a:stretch>
                            <a:fillRect/>
                          </a:stretch>
                        </pic:blipFill>
                        <pic:spPr>
                          <a:xfrm>
                            <a:off x="0" y="0"/>
                            <a:ext cx="752136" cy="423547"/>
                          </a:xfrm>
                          <a:prstGeom prst="rect">
                            <a:avLst/>
                          </a:prstGeom>
                        </pic:spPr>
                      </pic:pic>
                    </a:graphicData>
                  </a:graphic>
                </wp:inline>
              </w:drawing>
            </w:r>
          </w:p>
        </w:tc>
      </w:tr>
      <w:tr w:rsidR="009D3325" w:rsidRPr="00B03582" w14:paraId="3F88E215" w14:textId="0D942237" w:rsidTr="00692D79">
        <w:tc>
          <w:tcPr>
            <w:tcW w:w="242" w:type="pct"/>
            <w:shd w:val="clear" w:color="auto" w:fill="FAFAFA"/>
            <w:tcMar>
              <w:top w:w="50" w:type="dxa"/>
              <w:left w:w="50" w:type="dxa"/>
              <w:bottom w:w="50" w:type="dxa"/>
              <w:right w:w="50" w:type="dxa"/>
            </w:tcMar>
          </w:tcPr>
          <w:p w14:paraId="192229E9" w14:textId="77777777" w:rsidR="000149C7" w:rsidRPr="001A766D" w:rsidRDefault="000149C7" w:rsidP="001A766D">
            <w:pPr>
              <w:pStyle w:val="ListParagraph"/>
              <w:numPr>
                <w:ilvl w:val="0"/>
                <w:numId w:val="10"/>
              </w:numPr>
              <w:spacing w:after="0"/>
              <w:jc w:val="center"/>
              <w:rPr>
                <w:rFonts w:ascii="Arial" w:hAnsi="Arial" w:cs="Arial"/>
                <w:color w:val="auto"/>
                <w:szCs w:val="17"/>
              </w:rPr>
            </w:pPr>
          </w:p>
        </w:tc>
        <w:tc>
          <w:tcPr>
            <w:tcW w:w="1565" w:type="pct"/>
            <w:shd w:val="clear" w:color="auto" w:fill="auto"/>
            <w:tcMar>
              <w:top w:w="50" w:type="dxa"/>
              <w:left w:w="50" w:type="dxa"/>
              <w:bottom w:w="50" w:type="dxa"/>
              <w:right w:w="50" w:type="dxa"/>
            </w:tcMar>
            <w:vAlign w:val="bottom"/>
          </w:tcPr>
          <w:p w14:paraId="4EAEA044" w14:textId="59B1B67B" w:rsidR="000149C7" w:rsidRPr="00B03582" w:rsidRDefault="000149C7" w:rsidP="002351DC">
            <w:pPr>
              <w:spacing w:after="0"/>
              <w:rPr>
                <w:rFonts w:ascii="Arial" w:hAnsi="Arial" w:cs="Arial"/>
                <w:color w:val="auto"/>
                <w:szCs w:val="17"/>
              </w:rPr>
            </w:pPr>
            <w:r>
              <w:rPr>
                <w:color w:val="000000"/>
                <w:sz w:val="20"/>
                <w:szCs w:val="20"/>
              </w:rPr>
              <w:t>Screw Gauge (Micrometer)</w:t>
            </w:r>
          </w:p>
        </w:tc>
        <w:tc>
          <w:tcPr>
            <w:tcW w:w="1808" w:type="pct"/>
            <w:shd w:val="clear" w:color="auto" w:fill="auto"/>
            <w:vAlign w:val="bottom"/>
          </w:tcPr>
          <w:p w14:paraId="3865B1AE" w14:textId="55031A58" w:rsidR="000149C7" w:rsidRPr="00B03582" w:rsidRDefault="000149C7" w:rsidP="002351DC">
            <w:pPr>
              <w:spacing w:after="0"/>
              <w:rPr>
                <w:rFonts w:ascii="Arial" w:hAnsi="Arial" w:cs="Arial"/>
                <w:color w:val="auto"/>
                <w:szCs w:val="17"/>
              </w:rPr>
            </w:pPr>
            <w:r>
              <w:rPr>
                <w:color w:val="000000"/>
                <w:sz w:val="20"/>
                <w:szCs w:val="20"/>
              </w:rPr>
              <w:t>Range = 0-25mm</w:t>
            </w:r>
          </w:p>
        </w:tc>
        <w:tc>
          <w:tcPr>
            <w:tcW w:w="496" w:type="pct"/>
            <w:shd w:val="clear" w:color="auto" w:fill="auto"/>
            <w:tcMar>
              <w:top w:w="50" w:type="dxa"/>
              <w:left w:w="50" w:type="dxa"/>
              <w:bottom w:w="50" w:type="dxa"/>
              <w:right w:w="50" w:type="dxa"/>
            </w:tcMar>
            <w:vAlign w:val="bottom"/>
          </w:tcPr>
          <w:p w14:paraId="1C473BA1" w14:textId="476F218A" w:rsidR="000149C7" w:rsidRPr="00B03582" w:rsidRDefault="000149C7" w:rsidP="002351DC">
            <w:pPr>
              <w:spacing w:after="0"/>
              <w:rPr>
                <w:rFonts w:ascii="Arial" w:hAnsi="Arial" w:cs="Arial"/>
                <w:color w:val="auto"/>
                <w:szCs w:val="17"/>
              </w:rPr>
            </w:pPr>
            <w:r>
              <w:rPr>
                <w:color w:val="000000"/>
                <w:sz w:val="20"/>
                <w:szCs w:val="20"/>
              </w:rPr>
              <w:t>5 Pieces</w:t>
            </w:r>
          </w:p>
        </w:tc>
        <w:tc>
          <w:tcPr>
            <w:tcW w:w="390" w:type="pct"/>
            <w:shd w:val="clear" w:color="auto" w:fill="FAFAFA"/>
            <w:tcMar>
              <w:top w:w="50" w:type="dxa"/>
              <w:left w:w="50" w:type="dxa"/>
              <w:bottom w:w="50" w:type="dxa"/>
              <w:right w:w="50" w:type="dxa"/>
            </w:tcMar>
          </w:tcPr>
          <w:p w14:paraId="73C74AAE" w14:textId="6EC929D1" w:rsidR="000149C7" w:rsidRPr="00B03582" w:rsidRDefault="000149C7" w:rsidP="002351DC">
            <w:pPr>
              <w:spacing w:after="0"/>
              <w:rPr>
                <w:rFonts w:ascii="Arial" w:hAnsi="Arial" w:cs="Arial"/>
                <w:color w:val="auto"/>
                <w:szCs w:val="17"/>
              </w:rPr>
            </w:pPr>
            <w:r w:rsidRPr="00614AE8">
              <w:rPr>
                <w:rFonts w:ascii="Arial" w:hAnsi="Arial" w:cs="Arial"/>
                <w:color w:val="auto"/>
                <w:szCs w:val="17"/>
              </w:rPr>
              <w:t>Nos</w:t>
            </w:r>
          </w:p>
        </w:tc>
        <w:tc>
          <w:tcPr>
            <w:tcW w:w="500" w:type="pct"/>
            <w:shd w:val="clear" w:color="auto" w:fill="FAFAFA"/>
          </w:tcPr>
          <w:p w14:paraId="06F1489D" w14:textId="43689106" w:rsidR="000149C7" w:rsidRPr="00614AE8" w:rsidRDefault="000149C7" w:rsidP="002351DC">
            <w:pPr>
              <w:spacing w:after="0"/>
              <w:rPr>
                <w:rFonts w:ascii="Arial" w:hAnsi="Arial" w:cs="Arial"/>
                <w:color w:val="auto"/>
                <w:szCs w:val="17"/>
              </w:rPr>
            </w:pPr>
            <w:r>
              <w:rPr>
                <w:rFonts w:ascii="Arial" w:hAnsi="Arial" w:cs="Arial"/>
                <w:noProof/>
                <w:color w:val="auto"/>
                <w:szCs w:val="17"/>
              </w:rPr>
              <w:drawing>
                <wp:inline distT="0" distB="0" distL="0" distR="0" wp14:anchorId="1D9066A7" wp14:editId="660AB1FE">
                  <wp:extent cx="705678" cy="70567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4.jpg"/>
                          <pic:cNvPicPr/>
                        </pic:nvPicPr>
                        <pic:blipFill>
                          <a:blip r:embed="rId9">
                            <a:extLst>
                              <a:ext uri="{28A0092B-C50C-407E-A947-70E740481C1C}">
                                <a14:useLocalDpi xmlns:a14="http://schemas.microsoft.com/office/drawing/2010/main" val="0"/>
                              </a:ext>
                            </a:extLst>
                          </a:blip>
                          <a:stretch>
                            <a:fillRect/>
                          </a:stretch>
                        </pic:blipFill>
                        <pic:spPr>
                          <a:xfrm>
                            <a:off x="0" y="0"/>
                            <a:ext cx="712805" cy="712805"/>
                          </a:xfrm>
                          <a:prstGeom prst="rect">
                            <a:avLst/>
                          </a:prstGeom>
                        </pic:spPr>
                      </pic:pic>
                    </a:graphicData>
                  </a:graphic>
                </wp:inline>
              </w:drawing>
            </w:r>
          </w:p>
        </w:tc>
      </w:tr>
      <w:tr w:rsidR="009D3325" w:rsidRPr="00B03582" w14:paraId="5C374CA6" w14:textId="717B5E16" w:rsidTr="00692D79">
        <w:tc>
          <w:tcPr>
            <w:tcW w:w="242" w:type="pct"/>
            <w:shd w:val="clear" w:color="auto" w:fill="FAFAFA"/>
            <w:tcMar>
              <w:top w:w="50" w:type="dxa"/>
              <w:left w:w="50" w:type="dxa"/>
              <w:bottom w:w="50" w:type="dxa"/>
              <w:right w:w="50" w:type="dxa"/>
            </w:tcMar>
          </w:tcPr>
          <w:p w14:paraId="22409DA8" w14:textId="77777777" w:rsidR="000149C7" w:rsidRPr="001A766D" w:rsidRDefault="000149C7" w:rsidP="001A766D">
            <w:pPr>
              <w:pStyle w:val="ListParagraph"/>
              <w:numPr>
                <w:ilvl w:val="0"/>
                <w:numId w:val="10"/>
              </w:numPr>
              <w:spacing w:after="0"/>
              <w:jc w:val="center"/>
              <w:rPr>
                <w:rFonts w:ascii="Arial" w:hAnsi="Arial" w:cs="Arial"/>
                <w:color w:val="auto"/>
                <w:szCs w:val="17"/>
              </w:rPr>
            </w:pPr>
          </w:p>
        </w:tc>
        <w:tc>
          <w:tcPr>
            <w:tcW w:w="1565" w:type="pct"/>
            <w:shd w:val="clear" w:color="auto" w:fill="auto"/>
            <w:tcMar>
              <w:top w:w="50" w:type="dxa"/>
              <w:left w:w="50" w:type="dxa"/>
              <w:bottom w:w="50" w:type="dxa"/>
              <w:right w:w="50" w:type="dxa"/>
            </w:tcMar>
            <w:vAlign w:val="bottom"/>
          </w:tcPr>
          <w:p w14:paraId="23ED07A1" w14:textId="40E1D78D" w:rsidR="000149C7" w:rsidRPr="00B03582" w:rsidRDefault="000149C7" w:rsidP="002351DC">
            <w:pPr>
              <w:spacing w:after="0"/>
              <w:rPr>
                <w:rFonts w:ascii="Arial" w:hAnsi="Arial" w:cs="Arial"/>
                <w:color w:val="auto"/>
                <w:szCs w:val="17"/>
              </w:rPr>
            </w:pPr>
            <w:r>
              <w:rPr>
                <w:color w:val="000000"/>
                <w:sz w:val="20"/>
                <w:szCs w:val="20"/>
              </w:rPr>
              <w:t>MS Polish Rod</w:t>
            </w:r>
          </w:p>
        </w:tc>
        <w:tc>
          <w:tcPr>
            <w:tcW w:w="1808" w:type="pct"/>
            <w:shd w:val="clear" w:color="auto" w:fill="auto"/>
            <w:vAlign w:val="bottom"/>
          </w:tcPr>
          <w:p w14:paraId="28958587" w14:textId="731672F7" w:rsidR="000149C7" w:rsidRPr="00B03582" w:rsidRDefault="000149C7" w:rsidP="002351DC">
            <w:pPr>
              <w:spacing w:after="0"/>
              <w:rPr>
                <w:rFonts w:ascii="Arial" w:hAnsi="Arial" w:cs="Arial"/>
                <w:color w:val="auto"/>
                <w:szCs w:val="17"/>
              </w:rPr>
            </w:pPr>
            <w:proofErr w:type="spellStart"/>
            <w:r>
              <w:rPr>
                <w:color w:val="000000"/>
                <w:sz w:val="20"/>
                <w:szCs w:val="20"/>
              </w:rPr>
              <w:t>Dia</w:t>
            </w:r>
            <w:proofErr w:type="spellEnd"/>
            <w:r>
              <w:rPr>
                <w:color w:val="000000"/>
                <w:sz w:val="20"/>
                <w:szCs w:val="20"/>
              </w:rPr>
              <w:t xml:space="preserve"> = 1 Inch</w:t>
            </w:r>
          </w:p>
        </w:tc>
        <w:tc>
          <w:tcPr>
            <w:tcW w:w="496" w:type="pct"/>
            <w:shd w:val="clear" w:color="auto" w:fill="auto"/>
            <w:tcMar>
              <w:top w:w="50" w:type="dxa"/>
              <w:left w:w="50" w:type="dxa"/>
              <w:bottom w:w="50" w:type="dxa"/>
              <w:right w:w="50" w:type="dxa"/>
            </w:tcMar>
            <w:vAlign w:val="bottom"/>
          </w:tcPr>
          <w:p w14:paraId="574A7DE9" w14:textId="0D66990E" w:rsidR="000149C7" w:rsidRPr="00B03582" w:rsidRDefault="000149C7" w:rsidP="002351DC">
            <w:pPr>
              <w:spacing w:after="0"/>
              <w:rPr>
                <w:rFonts w:ascii="Arial" w:hAnsi="Arial" w:cs="Arial"/>
                <w:color w:val="auto"/>
                <w:szCs w:val="17"/>
              </w:rPr>
            </w:pPr>
            <w:r>
              <w:rPr>
                <w:color w:val="000000"/>
                <w:sz w:val="20"/>
                <w:szCs w:val="20"/>
              </w:rPr>
              <w:t>50 Kg</w:t>
            </w:r>
          </w:p>
        </w:tc>
        <w:tc>
          <w:tcPr>
            <w:tcW w:w="390" w:type="pct"/>
            <w:shd w:val="clear" w:color="auto" w:fill="FAFAFA"/>
            <w:tcMar>
              <w:top w:w="50" w:type="dxa"/>
              <w:left w:w="50" w:type="dxa"/>
              <w:bottom w:w="50" w:type="dxa"/>
              <w:right w:w="50" w:type="dxa"/>
            </w:tcMar>
          </w:tcPr>
          <w:p w14:paraId="5FCD25FD" w14:textId="365629DE" w:rsidR="000149C7" w:rsidRPr="00B03582" w:rsidRDefault="000149C7" w:rsidP="002351DC">
            <w:pPr>
              <w:spacing w:after="0"/>
              <w:rPr>
                <w:rFonts w:ascii="Arial" w:hAnsi="Arial" w:cs="Arial"/>
                <w:color w:val="auto"/>
                <w:szCs w:val="17"/>
              </w:rPr>
            </w:pPr>
            <w:r>
              <w:rPr>
                <w:rFonts w:ascii="Arial" w:hAnsi="Arial" w:cs="Arial"/>
                <w:color w:val="auto"/>
                <w:szCs w:val="17"/>
              </w:rPr>
              <w:t>KG</w:t>
            </w:r>
          </w:p>
        </w:tc>
        <w:tc>
          <w:tcPr>
            <w:tcW w:w="500" w:type="pct"/>
            <w:shd w:val="clear" w:color="auto" w:fill="FAFAFA"/>
          </w:tcPr>
          <w:p w14:paraId="24D574E5" w14:textId="1EF0931B" w:rsidR="000149C7" w:rsidRDefault="000149C7" w:rsidP="002351DC">
            <w:pPr>
              <w:spacing w:after="0"/>
              <w:rPr>
                <w:rFonts w:ascii="Arial" w:hAnsi="Arial" w:cs="Arial"/>
                <w:color w:val="auto"/>
                <w:szCs w:val="17"/>
              </w:rPr>
            </w:pPr>
            <w:r>
              <w:rPr>
                <w:rFonts w:ascii="Arial" w:hAnsi="Arial" w:cs="Arial"/>
                <w:noProof/>
                <w:color w:val="auto"/>
                <w:szCs w:val="17"/>
              </w:rPr>
              <w:drawing>
                <wp:inline distT="0" distB="0" distL="0" distR="0" wp14:anchorId="0E482457" wp14:editId="1170035A">
                  <wp:extent cx="705485" cy="70548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5.jpg"/>
                          <pic:cNvPicPr/>
                        </pic:nvPicPr>
                        <pic:blipFill>
                          <a:blip r:embed="rId10">
                            <a:extLst>
                              <a:ext uri="{28A0092B-C50C-407E-A947-70E740481C1C}">
                                <a14:useLocalDpi xmlns:a14="http://schemas.microsoft.com/office/drawing/2010/main" val="0"/>
                              </a:ext>
                            </a:extLst>
                          </a:blip>
                          <a:stretch>
                            <a:fillRect/>
                          </a:stretch>
                        </pic:blipFill>
                        <pic:spPr>
                          <a:xfrm>
                            <a:off x="0" y="0"/>
                            <a:ext cx="706862" cy="706862"/>
                          </a:xfrm>
                          <a:prstGeom prst="rect">
                            <a:avLst/>
                          </a:prstGeom>
                        </pic:spPr>
                      </pic:pic>
                    </a:graphicData>
                  </a:graphic>
                </wp:inline>
              </w:drawing>
            </w:r>
          </w:p>
        </w:tc>
      </w:tr>
      <w:tr w:rsidR="009D3325" w:rsidRPr="00B03582" w14:paraId="1FF5DE26" w14:textId="2BF23542" w:rsidTr="00692D79">
        <w:tc>
          <w:tcPr>
            <w:tcW w:w="242" w:type="pct"/>
            <w:shd w:val="clear" w:color="auto" w:fill="FAFAFA"/>
            <w:tcMar>
              <w:top w:w="50" w:type="dxa"/>
              <w:left w:w="50" w:type="dxa"/>
              <w:bottom w:w="50" w:type="dxa"/>
              <w:right w:w="50" w:type="dxa"/>
            </w:tcMar>
          </w:tcPr>
          <w:p w14:paraId="062832BC" w14:textId="77777777" w:rsidR="000149C7" w:rsidRPr="001A766D" w:rsidRDefault="000149C7" w:rsidP="001A766D">
            <w:pPr>
              <w:pStyle w:val="ListParagraph"/>
              <w:numPr>
                <w:ilvl w:val="0"/>
                <w:numId w:val="10"/>
              </w:numPr>
              <w:spacing w:after="0"/>
              <w:jc w:val="center"/>
              <w:rPr>
                <w:rFonts w:ascii="Arial" w:hAnsi="Arial" w:cs="Arial"/>
                <w:color w:val="auto"/>
                <w:szCs w:val="17"/>
              </w:rPr>
            </w:pPr>
          </w:p>
        </w:tc>
        <w:tc>
          <w:tcPr>
            <w:tcW w:w="1565" w:type="pct"/>
            <w:shd w:val="clear" w:color="auto" w:fill="auto"/>
            <w:tcMar>
              <w:top w:w="50" w:type="dxa"/>
              <w:left w:w="50" w:type="dxa"/>
              <w:bottom w:w="50" w:type="dxa"/>
              <w:right w:w="50" w:type="dxa"/>
            </w:tcMar>
            <w:vAlign w:val="bottom"/>
          </w:tcPr>
          <w:p w14:paraId="4F2F1C21" w14:textId="33170940" w:rsidR="000149C7" w:rsidRPr="00B03582" w:rsidRDefault="000149C7" w:rsidP="002351DC">
            <w:pPr>
              <w:spacing w:after="0"/>
              <w:rPr>
                <w:rFonts w:ascii="Arial" w:hAnsi="Arial" w:cs="Arial"/>
                <w:color w:val="auto"/>
                <w:szCs w:val="17"/>
              </w:rPr>
            </w:pPr>
            <w:proofErr w:type="spellStart"/>
            <w:r>
              <w:rPr>
                <w:color w:val="000000"/>
                <w:sz w:val="20"/>
                <w:szCs w:val="20"/>
              </w:rPr>
              <w:t>Ms</w:t>
            </w:r>
            <w:proofErr w:type="spellEnd"/>
            <w:r>
              <w:rPr>
                <w:color w:val="000000"/>
                <w:sz w:val="20"/>
                <w:szCs w:val="20"/>
              </w:rPr>
              <w:t xml:space="preserve"> Iron Strip</w:t>
            </w:r>
          </w:p>
        </w:tc>
        <w:tc>
          <w:tcPr>
            <w:tcW w:w="1808" w:type="pct"/>
            <w:shd w:val="clear" w:color="auto" w:fill="auto"/>
            <w:vAlign w:val="bottom"/>
          </w:tcPr>
          <w:p w14:paraId="5834DE21" w14:textId="3F455522" w:rsidR="000149C7" w:rsidRPr="00B03582" w:rsidRDefault="000149C7" w:rsidP="002351DC">
            <w:pPr>
              <w:spacing w:after="0"/>
              <w:rPr>
                <w:rFonts w:ascii="Arial" w:hAnsi="Arial" w:cs="Arial"/>
                <w:color w:val="auto"/>
                <w:szCs w:val="17"/>
              </w:rPr>
            </w:pPr>
            <w:r>
              <w:rPr>
                <w:color w:val="000000"/>
                <w:sz w:val="20"/>
                <w:szCs w:val="20"/>
              </w:rPr>
              <w:t>5mm x 2 Inch</w:t>
            </w:r>
          </w:p>
        </w:tc>
        <w:tc>
          <w:tcPr>
            <w:tcW w:w="496" w:type="pct"/>
            <w:shd w:val="clear" w:color="auto" w:fill="auto"/>
            <w:tcMar>
              <w:top w:w="50" w:type="dxa"/>
              <w:left w:w="50" w:type="dxa"/>
              <w:bottom w:w="50" w:type="dxa"/>
              <w:right w:w="50" w:type="dxa"/>
            </w:tcMar>
            <w:vAlign w:val="bottom"/>
          </w:tcPr>
          <w:p w14:paraId="5D5702EA" w14:textId="340A7378" w:rsidR="000149C7" w:rsidRPr="00B03582" w:rsidRDefault="000149C7" w:rsidP="002351DC">
            <w:pPr>
              <w:spacing w:after="0"/>
              <w:rPr>
                <w:rFonts w:ascii="Arial" w:hAnsi="Arial" w:cs="Arial"/>
                <w:color w:val="auto"/>
                <w:szCs w:val="17"/>
              </w:rPr>
            </w:pPr>
            <w:r>
              <w:rPr>
                <w:color w:val="000000"/>
                <w:sz w:val="20"/>
                <w:szCs w:val="20"/>
              </w:rPr>
              <w:t>50Kg</w:t>
            </w:r>
          </w:p>
        </w:tc>
        <w:tc>
          <w:tcPr>
            <w:tcW w:w="390" w:type="pct"/>
            <w:shd w:val="clear" w:color="auto" w:fill="FAFAFA"/>
            <w:tcMar>
              <w:top w:w="50" w:type="dxa"/>
              <w:left w:w="50" w:type="dxa"/>
              <w:bottom w:w="50" w:type="dxa"/>
              <w:right w:w="50" w:type="dxa"/>
            </w:tcMar>
          </w:tcPr>
          <w:p w14:paraId="6E17BE8B" w14:textId="51EA7723" w:rsidR="000149C7" w:rsidRPr="00B03582" w:rsidRDefault="000149C7" w:rsidP="002351DC">
            <w:pPr>
              <w:spacing w:after="0"/>
              <w:rPr>
                <w:rFonts w:ascii="Arial" w:hAnsi="Arial" w:cs="Arial"/>
                <w:color w:val="auto"/>
                <w:szCs w:val="17"/>
              </w:rPr>
            </w:pPr>
            <w:r>
              <w:rPr>
                <w:rFonts w:ascii="Arial" w:hAnsi="Arial" w:cs="Arial"/>
                <w:color w:val="auto"/>
                <w:szCs w:val="17"/>
              </w:rPr>
              <w:t>KG</w:t>
            </w:r>
          </w:p>
        </w:tc>
        <w:tc>
          <w:tcPr>
            <w:tcW w:w="500" w:type="pct"/>
            <w:shd w:val="clear" w:color="auto" w:fill="FAFAFA"/>
          </w:tcPr>
          <w:p w14:paraId="05F1E412" w14:textId="776D0E51" w:rsidR="000149C7" w:rsidRDefault="000149C7" w:rsidP="002351DC">
            <w:pPr>
              <w:spacing w:after="0"/>
              <w:rPr>
                <w:rFonts w:ascii="Arial" w:hAnsi="Arial" w:cs="Arial"/>
                <w:color w:val="auto"/>
                <w:szCs w:val="17"/>
              </w:rPr>
            </w:pPr>
            <w:r>
              <w:rPr>
                <w:rFonts w:ascii="Arial" w:hAnsi="Arial" w:cs="Arial"/>
                <w:noProof/>
                <w:color w:val="auto"/>
                <w:szCs w:val="17"/>
              </w:rPr>
              <w:drawing>
                <wp:inline distT="0" distB="0" distL="0" distR="0" wp14:anchorId="2DCB2F11" wp14:editId="2B9135E2">
                  <wp:extent cx="705485" cy="70548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6.jpeg"/>
                          <pic:cNvPicPr/>
                        </pic:nvPicPr>
                        <pic:blipFill>
                          <a:blip r:embed="rId11">
                            <a:extLst>
                              <a:ext uri="{28A0092B-C50C-407E-A947-70E740481C1C}">
                                <a14:useLocalDpi xmlns:a14="http://schemas.microsoft.com/office/drawing/2010/main" val="0"/>
                              </a:ext>
                            </a:extLst>
                          </a:blip>
                          <a:stretch>
                            <a:fillRect/>
                          </a:stretch>
                        </pic:blipFill>
                        <pic:spPr>
                          <a:xfrm>
                            <a:off x="0" y="0"/>
                            <a:ext cx="708306" cy="708306"/>
                          </a:xfrm>
                          <a:prstGeom prst="rect">
                            <a:avLst/>
                          </a:prstGeom>
                        </pic:spPr>
                      </pic:pic>
                    </a:graphicData>
                  </a:graphic>
                </wp:inline>
              </w:drawing>
            </w:r>
          </w:p>
        </w:tc>
      </w:tr>
      <w:tr w:rsidR="009D3325" w:rsidRPr="00B03582" w14:paraId="39A649BA" w14:textId="2BC737C5" w:rsidTr="00692D79">
        <w:tc>
          <w:tcPr>
            <w:tcW w:w="242" w:type="pct"/>
            <w:shd w:val="clear" w:color="auto" w:fill="FAFAFA"/>
            <w:tcMar>
              <w:top w:w="50" w:type="dxa"/>
              <w:left w:w="50" w:type="dxa"/>
              <w:bottom w:w="50" w:type="dxa"/>
              <w:right w:w="50" w:type="dxa"/>
            </w:tcMar>
          </w:tcPr>
          <w:p w14:paraId="37420919" w14:textId="77777777" w:rsidR="000149C7" w:rsidRPr="001A766D" w:rsidRDefault="000149C7" w:rsidP="001A766D">
            <w:pPr>
              <w:pStyle w:val="ListParagraph"/>
              <w:numPr>
                <w:ilvl w:val="0"/>
                <w:numId w:val="10"/>
              </w:numPr>
              <w:spacing w:after="0"/>
              <w:jc w:val="center"/>
              <w:rPr>
                <w:rFonts w:ascii="Arial" w:hAnsi="Arial" w:cs="Arial"/>
                <w:color w:val="auto"/>
                <w:szCs w:val="17"/>
              </w:rPr>
            </w:pPr>
          </w:p>
        </w:tc>
        <w:tc>
          <w:tcPr>
            <w:tcW w:w="1565" w:type="pct"/>
            <w:shd w:val="clear" w:color="auto" w:fill="auto"/>
            <w:tcMar>
              <w:top w:w="50" w:type="dxa"/>
              <w:left w:w="50" w:type="dxa"/>
              <w:bottom w:w="50" w:type="dxa"/>
              <w:right w:w="50" w:type="dxa"/>
            </w:tcMar>
            <w:vAlign w:val="bottom"/>
          </w:tcPr>
          <w:p w14:paraId="7B63C976" w14:textId="4E876515" w:rsidR="000149C7" w:rsidRPr="00B03582" w:rsidRDefault="000149C7" w:rsidP="002351DC">
            <w:pPr>
              <w:spacing w:after="0"/>
              <w:rPr>
                <w:rFonts w:ascii="Arial" w:hAnsi="Arial" w:cs="Arial"/>
                <w:color w:val="auto"/>
                <w:szCs w:val="17"/>
              </w:rPr>
            </w:pPr>
            <w:r>
              <w:rPr>
                <w:color w:val="000000"/>
                <w:sz w:val="20"/>
                <w:szCs w:val="20"/>
              </w:rPr>
              <w:t>Power Hacksaw Blade</w:t>
            </w:r>
          </w:p>
        </w:tc>
        <w:tc>
          <w:tcPr>
            <w:tcW w:w="1808" w:type="pct"/>
            <w:shd w:val="clear" w:color="auto" w:fill="auto"/>
            <w:vAlign w:val="bottom"/>
          </w:tcPr>
          <w:p w14:paraId="0252AAFE" w14:textId="61DFC64D" w:rsidR="000149C7" w:rsidRPr="00B03582" w:rsidRDefault="000149C7" w:rsidP="002351DC">
            <w:pPr>
              <w:spacing w:after="0"/>
              <w:rPr>
                <w:rFonts w:ascii="Arial" w:hAnsi="Arial" w:cs="Arial"/>
                <w:color w:val="auto"/>
                <w:szCs w:val="17"/>
              </w:rPr>
            </w:pPr>
            <w:r>
              <w:rPr>
                <w:color w:val="000000"/>
                <w:sz w:val="20"/>
                <w:szCs w:val="20"/>
              </w:rPr>
              <w:t>1 Inch x 14 Inch</w:t>
            </w:r>
          </w:p>
        </w:tc>
        <w:tc>
          <w:tcPr>
            <w:tcW w:w="496" w:type="pct"/>
            <w:shd w:val="clear" w:color="auto" w:fill="auto"/>
            <w:tcMar>
              <w:top w:w="50" w:type="dxa"/>
              <w:left w:w="50" w:type="dxa"/>
              <w:bottom w:w="50" w:type="dxa"/>
              <w:right w:w="50" w:type="dxa"/>
            </w:tcMar>
            <w:vAlign w:val="bottom"/>
          </w:tcPr>
          <w:p w14:paraId="3E34BBB6" w14:textId="0FFCA414" w:rsidR="000149C7" w:rsidRPr="00B03582" w:rsidRDefault="000149C7" w:rsidP="002351DC">
            <w:pPr>
              <w:spacing w:after="0"/>
              <w:rPr>
                <w:rFonts w:ascii="Arial" w:hAnsi="Arial" w:cs="Arial"/>
                <w:color w:val="auto"/>
                <w:szCs w:val="17"/>
              </w:rPr>
            </w:pPr>
            <w:r>
              <w:rPr>
                <w:color w:val="000000"/>
                <w:sz w:val="20"/>
                <w:szCs w:val="20"/>
              </w:rPr>
              <w:t>2 Pieces</w:t>
            </w:r>
          </w:p>
        </w:tc>
        <w:tc>
          <w:tcPr>
            <w:tcW w:w="390" w:type="pct"/>
            <w:shd w:val="clear" w:color="auto" w:fill="FAFAFA"/>
            <w:tcMar>
              <w:top w:w="50" w:type="dxa"/>
              <w:left w:w="50" w:type="dxa"/>
              <w:bottom w:w="50" w:type="dxa"/>
              <w:right w:w="50" w:type="dxa"/>
            </w:tcMar>
          </w:tcPr>
          <w:p w14:paraId="08121B19" w14:textId="2144EE08" w:rsidR="000149C7" w:rsidRPr="00B03582" w:rsidRDefault="000149C7" w:rsidP="002351DC">
            <w:pPr>
              <w:spacing w:after="0"/>
              <w:rPr>
                <w:rFonts w:ascii="Arial" w:hAnsi="Arial" w:cs="Arial"/>
                <w:color w:val="auto"/>
                <w:szCs w:val="17"/>
              </w:rPr>
            </w:pPr>
            <w:r w:rsidRPr="004E078E">
              <w:rPr>
                <w:rFonts w:ascii="Arial" w:hAnsi="Arial" w:cs="Arial"/>
                <w:color w:val="auto"/>
                <w:szCs w:val="17"/>
              </w:rPr>
              <w:t>Nos</w:t>
            </w:r>
          </w:p>
        </w:tc>
        <w:tc>
          <w:tcPr>
            <w:tcW w:w="500" w:type="pct"/>
            <w:shd w:val="clear" w:color="auto" w:fill="FAFAFA"/>
          </w:tcPr>
          <w:p w14:paraId="14B34102" w14:textId="5DAAF067" w:rsidR="000149C7" w:rsidRPr="004E078E" w:rsidRDefault="000149C7" w:rsidP="002351DC">
            <w:pPr>
              <w:spacing w:after="0"/>
              <w:rPr>
                <w:rFonts w:ascii="Arial" w:hAnsi="Arial" w:cs="Arial"/>
                <w:color w:val="auto"/>
                <w:szCs w:val="17"/>
              </w:rPr>
            </w:pPr>
            <w:r>
              <w:rPr>
                <w:rFonts w:ascii="Arial" w:hAnsi="Arial" w:cs="Arial"/>
                <w:noProof/>
                <w:color w:val="auto"/>
                <w:szCs w:val="17"/>
              </w:rPr>
              <w:drawing>
                <wp:inline distT="0" distB="0" distL="0" distR="0" wp14:anchorId="01D590F0" wp14:editId="1250C968">
                  <wp:extent cx="705678" cy="70567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7.jpeg"/>
                          <pic:cNvPicPr/>
                        </pic:nvPicPr>
                        <pic:blipFill>
                          <a:blip r:embed="rId12">
                            <a:extLst>
                              <a:ext uri="{28A0092B-C50C-407E-A947-70E740481C1C}">
                                <a14:useLocalDpi xmlns:a14="http://schemas.microsoft.com/office/drawing/2010/main" val="0"/>
                              </a:ext>
                            </a:extLst>
                          </a:blip>
                          <a:stretch>
                            <a:fillRect/>
                          </a:stretch>
                        </pic:blipFill>
                        <pic:spPr>
                          <a:xfrm>
                            <a:off x="0" y="0"/>
                            <a:ext cx="709808" cy="709808"/>
                          </a:xfrm>
                          <a:prstGeom prst="rect">
                            <a:avLst/>
                          </a:prstGeom>
                        </pic:spPr>
                      </pic:pic>
                    </a:graphicData>
                  </a:graphic>
                </wp:inline>
              </w:drawing>
            </w:r>
          </w:p>
        </w:tc>
      </w:tr>
      <w:tr w:rsidR="009D3325" w:rsidRPr="00B03582" w14:paraId="48B50B54" w14:textId="3BD1A54C" w:rsidTr="00692D79">
        <w:tc>
          <w:tcPr>
            <w:tcW w:w="242" w:type="pct"/>
            <w:shd w:val="clear" w:color="auto" w:fill="FAFAFA"/>
            <w:tcMar>
              <w:top w:w="50" w:type="dxa"/>
              <w:left w:w="50" w:type="dxa"/>
              <w:bottom w:w="50" w:type="dxa"/>
              <w:right w:w="50" w:type="dxa"/>
            </w:tcMar>
          </w:tcPr>
          <w:p w14:paraId="28849C50" w14:textId="77777777" w:rsidR="000149C7" w:rsidRPr="001A766D" w:rsidRDefault="000149C7" w:rsidP="001A766D">
            <w:pPr>
              <w:pStyle w:val="ListParagraph"/>
              <w:numPr>
                <w:ilvl w:val="0"/>
                <w:numId w:val="10"/>
              </w:numPr>
              <w:spacing w:after="0"/>
              <w:jc w:val="center"/>
              <w:rPr>
                <w:rFonts w:ascii="Arial" w:hAnsi="Arial" w:cs="Arial"/>
                <w:color w:val="auto"/>
                <w:szCs w:val="17"/>
              </w:rPr>
            </w:pPr>
          </w:p>
        </w:tc>
        <w:tc>
          <w:tcPr>
            <w:tcW w:w="1565" w:type="pct"/>
            <w:shd w:val="clear" w:color="auto" w:fill="auto"/>
            <w:tcMar>
              <w:top w:w="50" w:type="dxa"/>
              <w:left w:w="50" w:type="dxa"/>
              <w:bottom w:w="50" w:type="dxa"/>
              <w:right w:w="50" w:type="dxa"/>
            </w:tcMar>
            <w:vAlign w:val="bottom"/>
          </w:tcPr>
          <w:p w14:paraId="026D7DCF" w14:textId="3B3DB617" w:rsidR="000149C7" w:rsidRPr="00B03582" w:rsidRDefault="000149C7" w:rsidP="002351DC">
            <w:pPr>
              <w:spacing w:after="0"/>
              <w:rPr>
                <w:rFonts w:ascii="Arial" w:hAnsi="Arial" w:cs="Arial"/>
                <w:color w:val="auto"/>
                <w:szCs w:val="17"/>
              </w:rPr>
            </w:pPr>
            <w:r>
              <w:rPr>
                <w:color w:val="000000"/>
                <w:sz w:val="20"/>
                <w:szCs w:val="20"/>
              </w:rPr>
              <w:t>End Mill Cutter</w:t>
            </w:r>
          </w:p>
        </w:tc>
        <w:tc>
          <w:tcPr>
            <w:tcW w:w="1808" w:type="pct"/>
            <w:shd w:val="clear" w:color="auto" w:fill="auto"/>
            <w:vAlign w:val="bottom"/>
          </w:tcPr>
          <w:p w14:paraId="32EDCB58" w14:textId="60C766B7" w:rsidR="000149C7" w:rsidRPr="00B03582" w:rsidRDefault="000149C7" w:rsidP="002351DC">
            <w:pPr>
              <w:spacing w:after="0"/>
              <w:rPr>
                <w:rFonts w:ascii="Arial" w:hAnsi="Arial" w:cs="Arial"/>
                <w:color w:val="auto"/>
                <w:szCs w:val="17"/>
              </w:rPr>
            </w:pPr>
            <w:r>
              <w:rPr>
                <w:color w:val="000000"/>
                <w:sz w:val="20"/>
                <w:szCs w:val="20"/>
              </w:rPr>
              <w:t>Diameter (4mm, 6mm, 8mm, 10mm, 12mm)</w:t>
            </w:r>
          </w:p>
        </w:tc>
        <w:tc>
          <w:tcPr>
            <w:tcW w:w="496" w:type="pct"/>
            <w:shd w:val="clear" w:color="auto" w:fill="auto"/>
            <w:tcMar>
              <w:top w:w="50" w:type="dxa"/>
              <w:left w:w="50" w:type="dxa"/>
              <w:bottom w:w="50" w:type="dxa"/>
              <w:right w:w="50" w:type="dxa"/>
            </w:tcMar>
            <w:vAlign w:val="bottom"/>
          </w:tcPr>
          <w:p w14:paraId="3D803262" w14:textId="525EE315" w:rsidR="000149C7" w:rsidRPr="00B03582" w:rsidRDefault="000149C7" w:rsidP="002351DC">
            <w:pPr>
              <w:spacing w:after="0"/>
              <w:rPr>
                <w:rFonts w:ascii="Arial" w:hAnsi="Arial" w:cs="Arial"/>
                <w:color w:val="auto"/>
                <w:szCs w:val="17"/>
              </w:rPr>
            </w:pPr>
            <w:r w:rsidRPr="001A766D">
              <w:rPr>
                <w:color w:val="000000"/>
                <w:sz w:val="20"/>
                <w:szCs w:val="20"/>
              </w:rPr>
              <w:t>2 Pieces Each</w:t>
            </w:r>
            <w:r>
              <w:rPr>
                <w:color w:val="000000"/>
                <w:sz w:val="20"/>
                <w:szCs w:val="20"/>
              </w:rPr>
              <w:t xml:space="preserve"> (10)</w:t>
            </w:r>
          </w:p>
        </w:tc>
        <w:tc>
          <w:tcPr>
            <w:tcW w:w="390" w:type="pct"/>
            <w:shd w:val="clear" w:color="auto" w:fill="FAFAFA"/>
            <w:tcMar>
              <w:top w:w="50" w:type="dxa"/>
              <w:left w:w="50" w:type="dxa"/>
              <w:bottom w:w="50" w:type="dxa"/>
              <w:right w:w="50" w:type="dxa"/>
            </w:tcMar>
          </w:tcPr>
          <w:p w14:paraId="7A19BEAE" w14:textId="6C6C68F8" w:rsidR="000149C7" w:rsidRPr="00B03582" w:rsidRDefault="000149C7" w:rsidP="002351DC">
            <w:pPr>
              <w:spacing w:after="0"/>
              <w:rPr>
                <w:rFonts w:ascii="Arial" w:hAnsi="Arial" w:cs="Arial"/>
                <w:color w:val="auto"/>
                <w:szCs w:val="17"/>
              </w:rPr>
            </w:pPr>
            <w:r w:rsidRPr="004E078E">
              <w:rPr>
                <w:rFonts w:ascii="Arial" w:hAnsi="Arial" w:cs="Arial"/>
                <w:color w:val="auto"/>
                <w:szCs w:val="17"/>
              </w:rPr>
              <w:t>Nos</w:t>
            </w:r>
          </w:p>
        </w:tc>
        <w:tc>
          <w:tcPr>
            <w:tcW w:w="500" w:type="pct"/>
            <w:shd w:val="clear" w:color="auto" w:fill="FAFAFA"/>
          </w:tcPr>
          <w:p w14:paraId="74BF1798" w14:textId="24A4248A" w:rsidR="000149C7" w:rsidRPr="004E078E" w:rsidRDefault="000149C7" w:rsidP="002351DC">
            <w:pPr>
              <w:spacing w:after="0"/>
              <w:rPr>
                <w:rFonts w:ascii="Arial" w:hAnsi="Arial" w:cs="Arial"/>
                <w:color w:val="auto"/>
                <w:szCs w:val="17"/>
              </w:rPr>
            </w:pPr>
            <w:r>
              <w:rPr>
                <w:rFonts w:ascii="Arial" w:hAnsi="Arial" w:cs="Arial"/>
                <w:noProof/>
                <w:color w:val="auto"/>
                <w:szCs w:val="17"/>
              </w:rPr>
              <w:drawing>
                <wp:inline distT="0" distB="0" distL="0" distR="0" wp14:anchorId="481A78AE" wp14:editId="1AAB34CE">
                  <wp:extent cx="636104" cy="636104"/>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8.jpg"/>
                          <pic:cNvPicPr/>
                        </pic:nvPicPr>
                        <pic:blipFill>
                          <a:blip r:embed="rId13">
                            <a:extLst>
                              <a:ext uri="{28A0092B-C50C-407E-A947-70E740481C1C}">
                                <a14:useLocalDpi xmlns:a14="http://schemas.microsoft.com/office/drawing/2010/main" val="0"/>
                              </a:ext>
                            </a:extLst>
                          </a:blip>
                          <a:stretch>
                            <a:fillRect/>
                          </a:stretch>
                        </pic:blipFill>
                        <pic:spPr>
                          <a:xfrm>
                            <a:off x="0" y="0"/>
                            <a:ext cx="641189" cy="641189"/>
                          </a:xfrm>
                          <a:prstGeom prst="rect">
                            <a:avLst/>
                          </a:prstGeom>
                        </pic:spPr>
                      </pic:pic>
                    </a:graphicData>
                  </a:graphic>
                </wp:inline>
              </w:drawing>
            </w:r>
          </w:p>
        </w:tc>
      </w:tr>
      <w:tr w:rsidR="009D3325" w:rsidRPr="00B03582" w14:paraId="549F99E2" w14:textId="61F90AE4" w:rsidTr="00692D79">
        <w:tc>
          <w:tcPr>
            <w:tcW w:w="242" w:type="pct"/>
            <w:shd w:val="clear" w:color="auto" w:fill="FAFAFA"/>
            <w:tcMar>
              <w:top w:w="50" w:type="dxa"/>
              <w:left w:w="50" w:type="dxa"/>
              <w:bottom w:w="50" w:type="dxa"/>
              <w:right w:w="50" w:type="dxa"/>
            </w:tcMar>
          </w:tcPr>
          <w:p w14:paraId="607F9251" w14:textId="77777777" w:rsidR="000149C7" w:rsidRPr="001A766D" w:rsidRDefault="000149C7" w:rsidP="001A766D">
            <w:pPr>
              <w:pStyle w:val="ListParagraph"/>
              <w:numPr>
                <w:ilvl w:val="0"/>
                <w:numId w:val="10"/>
              </w:numPr>
              <w:spacing w:after="0"/>
              <w:jc w:val="center"/>
              <w:rPr>
                <w:rFonts w:ascii="Arial" w:hAnsi="Arial" w:cs="Arial"/>
                <w:color w:val="auto"/>
                <w:szCs w:val="17"/>
              </w:rPr>
            </w:pPr>
          </w:p>
        </w:tc>
        <w:tc>
          <w:tcPr>
            <w:tcW w:w="1565" w:type="pct"/>
            <w:shd w:val="clear" w:color="auto" w:fill="auto"/>
            <w:tcMar>
              <w:top w:w="50" w:type="dxa"/>
              <w:left w:w="50" w:type="dxa"/>
              <w:bottom w:w="50" w:type="dxa"/>
              <w:right w:w="50" w:type="dxa"/>
            </w:tcMar>
            <w:vAlign w:val="bottom"/>
          </w:tcPr>
          <w:p w14:paraId="191D10DC" w14:textId="1A13973E" w:rsidR="000149C7" w:rsidRPr="00B03582" w:rsidRDefault="000149C7" w:rsidP="002351DC">
            <w:pPr>
              <w:spacing w:after="0"/>
              <w:rPr>
                <w:rFonts w:ascii="Arial" w:hAnsi="Arial" w:cs="Arial"/>
                <w:color w:val="auto"/>
                <w:szCs w:val="17"/>
              </w:rPr>
            </w:pPr>
            <w:r>
              <w:rPr>
                <w:color w:val="000000"/>
                <w:sz w:val="20"/>
                <w:szCs w:val="20"/>
              </w:rPr>
              <w:t>Engine Oil</w:t>
            </w:r>
          </w:p>
        </w:tc>
        <w:tc>
          <w:tcPr>
            <w:tcW w:w="1808" w:type="pct"/>
            <w:shd w:val="clear" w:color="auto" w:fill="auto"/>
            <w:vAlign w:val="bottom"/>
          </w:tcPr>
          <w:p w14:paraId="4F31B9E6" w14:textId="5CBC6627" w:rsidR="000149C7" w:rsidRPr="00B03582" w:rsidRDefault="000149C7" w:rsidP="002351DC">
            <w:pPr>
              <w:spacing w:after="0"/>
              <w:rPr>
                <w:rFonts w:ascii="Arial" w:hAnsi="Arial" w:cs="Arial"/>
                <w:color w:val="auto"/>
                <w:szCs w:val="17"/>
              </w:rPr>
            </w:pPr>
            <w:r>
              <w:rPr>
                <w:color w:val="000000"/>
                <w:sz w:val="20"/>
                <w:szCs w:val="20"/>
              </w:rPr>
              <w:t xml:space="preserve">HD-50 </w:t>
            </w:r>
          </w:p>
        </w:tc>
        <w:tc>
          <w:tcPr>
            <w:tcW w:w="496" w:type="pct"/>
            <w:shd w:val="clear" w:color="auto" w:fill="auto"/>
            <w:tcMar>
              <w:top w:w="50" w:type="dxa"/>
              <w:left w:w="50" w:type="dxa"/>
              <w:bottom w:w="50" w:type="dxa"/>
              <w:right w:w="50" w:type="dxa"/>
            </w:tcMar>
            <w:vAlign w:val="bottom"/>
          </w:tcPr>
          <w:p w14:paraId="0B1C7CD3" w14:textId="6A6EEDBB" w:rsidR="000149C7" w:rsidRPr="00B03582" w:rsidRDefault="000149C7" w:rsidP="002351DC">
            <w:pPr>
              <w:spacing w:after="0"/>
              <w:rPr>
                <w:rFonts w:ascii="Arial" w:hAnsi="Arial" w:cs="Arial"/>
                <w:color w:val="auto"/>
                <w:szCs w:val="17"/>
              </w:rPr>
            </w:pPr>
            <w:r>
              <w:rPr>
                <w:color w:val="000000"/>
                <w:sz w:val="20"/>
                <w:szCs w:val="20"/>
              </w:rPr>
              <w:t>40 L </w:t>
            </w:r>
          </w:p>
        </w:tc>
        <w:tc>
          <w:tcPr>
            <w:tcW w:w="390" w:type="pct"/>
            <w:shd w:val="clear" w:color="auto" w:fill="FAFAFA"/>
            <w:tcMar>
              <w:top w:w="50" w:type="dxa"/>
              <w:left w:w="50" w:type="dxa"/>
              <w:bottom w:w="50" w:type="dxa"/>
              <w:right w:w="50" w:type="dxa"/>
            </w:tcMar>
          </w:tcPr>
          <w:p w14:paraId="5EED6745" w14:textId="2C70ED9A" w:rsidR="000149C7" w:rsidRPr="00B03582" w:rsidRDefault="000149C7" w:rsidP="002351DC">
            <w:pPr>
              <w:spacing w:after="0"/>
              <w:rPr>
                <w:rFonts w:ascii="Arial" w:hAnsi="Arial" w:cs="Arial"/>
                <w:color w:val="auto"/>
                <w:szCs w:val="17"/>
              </w:rPr>
            </w:pPr>
            <w:r>
              <w:rPr>
                <w:rFonts w:ascii="Arial" w:hAnsi="Arial" w:cs="Arial"/>
                <w:color w:val="auto"/>
                <w:szCs w:val="17"/>
              </w:rPr>
              <w:t xml:space="preserve">Liter </w:t>
            </w:r>
          </w:p>
        </w:tc>
        <w:tc>
          <w:tcPr>
            <w:tcW w:w="500" w:type="pct"/>
            <w:shd w:val="clear" w:color="auto" w:fill="FAFAFA"/>
          </w:tcPr>
          <w:p w14:paraId="2A23C397" w14:textId="12D33376" w:rsidR="000149C7" w:rsidRDefault="000149C7" w:rsidP="002351DC">
            <w:pPr>
              <w:spacing w:after="0"/>
              <w:rPr>
                <w:rFonts w:ascii="Arial" w:hAnsi="Arial" w:cs="Arial"/>
                <w:color w:val="auto"/>
                <w:szCs w:val="17"/>
              </w:rPr>
            </w:pPr>
            <w:r>
              <w:rPr>
                <w:rFonts w:ascii="Arial" w:hAnsi="Arial" w:cs="Arial"/>
                <w:noProof/>
                <w:color w:val="auto"/>
                <w:szCs w:val="17"/>
              </w:rPr>
              <w:drawing>
                <wp:inline distT="0" distB="0" distL="0" distR="0" wp14:anchorId="4B69FF5F" wp14:editId="65E325EC">
                  <wp:extent cx="576469" cy="576469"/>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9.jpeg"/>
                          <pic:cNvPicPr/>
                        </pic:nvPicPr>
                        <pic:blipFill>
                          <a:blip r:embed="rId14">
                            <a:extLst>
                              <a:ext uri="{28A0092B-C50C-407E-A947-70E740481C1C}">
                                <a14:useLocalDpi xmlns:a14="http://schemas.microsoft.com/office/drawing/2010/main" val="0"/>
                              </a:ext>
                            </a:extLst>
                          </a:blip>
                          <a:stretch>
                            <a:fillRect/>
                          </a:stretch>
                        </pic:blipFill>
                        <pic:spPr>
                          <a:xfrm>
                            <a:off x="0" y="0"/>
                            <a:ext cx="579475" cy="579475"/>
                          </a:xfrm>
                          <a:prstGeom prst="rect">
                            <a:avLst/>
                          </a:prstGeom>
                        </pic:spPr>
                      </pic:pic>
                    </a:graphicData>
                  </a:graphic>
                </wp:inline>
              </w:drawing>
            </w:r>
          </w:p>
        </w:tc>
      </w:tr>
      <w:tr w:rsidR="009D3325" w:rsidRPr="00B03582" w14:paraId="0CC55DA0" w14:textId="39134DE0" w:rsidTr="00692D79">
        <w:tc>
          <w:tcPr>
            <w:tcW w:w="242" w:type="pct"/>
            <w:shd w:val="clear" w:color="auto" w:fill="FAFAFA"/>
            <w:tcMar>
              <w:top w:w="50" w:type="dxa"/>
              <w:left w:w="50" w:type="dxa"/>
              <w:bottom w:w="50" w:type="dxa"/>
              <w:right w:w="50" w:type="dxa"/>
            </w:tcMar>
          </w:tcPr>
          <w:p w14:paraId="458E9426" w14:textId="77777777" w:rsidR="000149C7" w:rsidRPr="001A766D" w:rsidRDefault="000149C7" w:rsidP="001A766D">
            <w:pPr>
              <w:pStyle w:val="ListParagraph"/>
              <w:numPr>
                <w:ilvl w:val="0"/>
                <w:numId w:val="10"/>
              </w:numPr>
              <w:spacing w:after="0"/>
              <w:jc w:val="center"/>
              <w:rPr>
                <w:rFonts w:ascii="Arial" w:hAnsi="Arial" w:cs="Arial"/>
                <w:color w:val="auto"/>
                <w:szCs w:val="17"/>
              </w:rPr>
            </w:pPr>
          </w:p>
        </w:tc>
        <w:tc>
          <w:tcPr>
            <w:tcW w:w="1565" w:type="pct"/>
            <w:shd w:val="clear" w:color="auto" w:fill="auto"/>
            <w:tcMar>
              <w:top w:w="50" w:type="dxa"/>
              <w:left w:w="50" w:type="dxa"/>
              <w:bottom w:w="50" w:type="dxa"/>
              <w:right w:w="50" w:type="dxa"/>
            </w:tcMar>
            <w:vAlign w:val="bottom"/>
          </w:tcPr>
          <w:p w14:paraId="09D64828" w14:textId="497F5391" w:rsidR="000149C7" w:rsidRPr="00B03582" w:rsidRDefault="000149C7" w:rsidP="002351DC">
            <w:pPr>
              <w:spacing w:after="0"/>
              <w:rPr>
                <w:rFonts w:ascii="Arial" w:hAnsi="Arial" w:cs="Arial"/>
                <w:color w:val="auto"/>
                <w:szCs w:val="17"/>
              </w:rPr>
            </w:pPr>
            <w:r>
              <w:rPr>
                <w:color w:val="000000"/>
                <w:sz w:val="20"/>
                <w:szCs w:val="20"/>
              </w:rPr>
              <w:t>Digital Infrared Thermometer</w:t>
            </w:r>
          </w:p>
        </w:tc>
        <w:tc>
          <w:tcPr>
            <w:tcW w:w="1808" w:type="pct"/>
            <w:shd w:val="clear" w:color="auto" w:fill="auto"/>
            <w:vAlign w:val="bottom"/>
          </w:tcPr>
          <w:p w14:paraId="6E786543" w14:textId="42A7C0AE" w:rsidR="000149C7" w:rsidRPr="00B03582" w:rsidRDefault="000149C7" w:rsidP="002351DC">
            <w:pPr>
              <w:spacing w:after="0"/>
              <w:rPr>
                <w:rFonts w:ascii="Arial" w:hAnsi="Arial" w:cs="Arial"/>
                <w:color w:val="auto"/>
                <w:szCs w:val="17"/>
              </w:rPr>
            </w:pPr>
            <w:r>
              <w:rPr>
                <w:color w:val="000000"/>
                <w:sz w:val="20"/>
                <w:szCs w:val="20"/>
              </w:rPr>
              <w:t xml:space="preserve"> Max Range = 550°C</w:t>
            </w:r>
          </w:p>
        </w:tc>
        <w:tc>
          <w:tcPr>
            <w:tcW w:w="496" w:type="pct"/>
            <w:shd w:val="clear" w:color="auto" w:fill="auto"/>
            <w:tcMar>
              <w:top w:w="50" w:type="dxa"/>
              <w:left w:w="50" w:type="dxa"/>
              <w:bottom w:w="50" w:type="dxa"/>
              <w:right w:w="50" w:type="dxa"/>
            </w:tcMar>
            <w:vAlign w:val="bottom"/>
          </w:tcPr>
          <w:p w14:paraId="7C9ACB8B" w14:textId="7437F673" w:rsidR="000149C7" w:rsidRPr="00B03582" w:rsidRDefault="000149C7" w:rsidP="002351DC">
            <w:pPr>
              <w:spacing w:after="0"/>
              <w:rPr>
                <w:rFonts w:ascii="Arial" w:hAnsi="Arial" w:cs="Arial"/>
                <w:color w:val="auto"/>
                <w:szCs w:val="17"/>
              </w:rPr>
            </w:pPr>
            <w:r>
              <w:rPr>
                <w:color w:val="000000"/>
                <w:sz w:val="20"/>
                <w:szCs w:val="20"/>
              </w:rPr>
              <w:t>1 Piece</w:t>
            </w:r>
          </w:p>
        </w:tc>
        <w:tc>
          <w:tcPr>
            <w:tcW w:w="390" w:type="pct"/>
            <w:shd w:val="clear" w:color="auto" w:fill="FAFAFA"/>
            <w:tcMar>
              <w:top w:w="50" w:type="dxa"/>
              <w:left w:w="50" w:type="dxa"/>
              <w:bottom w:w="50" w:type="dxa"/>
              <w:right w:w="50" w:type="dxa"/>
            </w:tcMar>
          </w:tcPr>
          <w:p w14:paraId="597F895B" w14:textId="4BE27619" w:rsidR="000149C7" w:rsidRPr="00B03582" w:rsidRDefault="000149C7" w:rsidP="002351DC">
            <w:pPr>
              <w:spacing w:after="0"/>
              <w:rPr>
                <w:rFonts w:ascii="Arial" w:hAnsi="Arial" w:cs="Arial"/>
                <w:color w:val="auto"/>
                <w:szCs w:val="17"/>
              </w:rPr>
            </w:pPr>
            <w:r w:rsidRPr="00D53741">
              <w:rPr>
                <w:rFonts w:ascii="Arial" w:hAnsi="Arial" w:cs="Arial"/>
                <w:color w:val="auto"/>
                <w:szCs w:val="17"/>
              </w:rPr>
              <w:t>Nos</w:t>
            </w:r>
          </w:p>
        </w:tc>
        <w:tc>
          <w:tcPr>
            <w:tcW w:w="500" w:type="pct"/>
            <w:shd w:val="clear" w:color="auto" w:fill="FAFAFA"/>
          </w:tcPr>
          <w:p w14:paraId="349F51EF" w14:textId="7203AF5B" w:rsidR="000149C7" w:rsidRPr="00D53741" w:rsidRDefault="000149C7" w:rsidP="002351DC">
            <w:pPr>
              <w:spacing w:after="0"/>
              <w:rPr>
                <w:rFonts w:ascii="Arial" w:hAnsi="Arial" w:cs="Arial"/>
                <w:color w:val="auto"/>
                <w:szCs w:val="17"/>
              </w:rPr>
            </w:pPr>
            <w:r>
              <w:rPr>
                <w:rFonts w:ascii="Arial" w:hAnsi="Arial" w:cs="Arial"/>
                <w:noProof/>
                <w:color w:val="auto"/>
                <w:szCs w:val="17"/>
              </w:rPr>
              <w:drawing>
                <wp:inline distT="0" distB="0" distL="0" distR="0" wp14:anchorId="126B1A51" wp14:editId="483E6C28">
                  <wp:extent cx="575945" cy="57594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10.jpg"/>
                          <pic:cNvPicPr/>
                        </pic:nvPicPr>
                        <pic:blipFill>
                          <a:blip r:embed="rId15">
                            <a:extLst>
                              <a:ext uri="{28A0092B-C50C-407E-A947-70E740481C1C}">
                                <a14:useLocalDpi xmlns:a14="http://schemas.microsoft.com/office/drawing/2010/main" val="0"/>
                              </a:ext>
                            </a:extLst>
                          </a:blip>
                          <a:stretch>
                            <a:fillRect/>
                          </a:stretch>
                        </pic:blipFill>
                        <pic:spPr>
                          <a:xfrm>
                            <a:off x="0" y="0"/>
                            <a:ext cx="577209" cy="577209"/>
                          </a:xfrm>
                          <a:prstGeom prst="rect">
                            <a:avLst/>
                          </a:prstGeom>
                        </pic:spPr>
                      </pic:pic>
                    </a:graphicData>
                  </a:graphic>
                </wp:inline>
              </w:drawing>
            </w:r>
          </w:p>
        </w:tc>
      </w:tr>
      <w:tr w:rsidR="009D3325" w:rsidRPr="00B03582" w14:paraId="57DD26C2" w14:textId="5F170335" w:rsidTr="00692D79">
        <w:tc>
          <w:tcPr>
            <w:tcW w:w="242" w:type="pct"/>
            <w:shd w:val="clear" w:color="auto" w:fill="FAFAFA"/>
            <w:tcMar>
              <w:top w:w="50" w:type="dxa"/>
              <w:left w:w="50" w:type="dxa"/>
              <w:bottom w:w="50" w:type="dxa"/>
              <w:right w:w="50" w:type="dxa"/>
            </w:tcMar>
          </w:tcPr>
          <w:p w14:paraId="77C979C4" w14:textId="77777777" w:rsidR="000149C7" w:rsidRPr="001A766D" w:rsidRDefault="000149C7" w:rsidP="001A766D">
            <w:pPr>
              <w:pStyle w:val="ListParagraph"/>
              <w:numPr>
                <w:ilvl w:val="0"/>
                <w:numId w:val="10"/>
              </w:numPr>
              <w:spacing w:after="0"/>
              <w:jc w:val="center"/>
              <w:rPr>
                <w:rFonts w:ascii="Arial" w:hAnsi="Arial" w:cs="Arial"/>
                <w:color w:val="auto"/>
                <w:szCs w:val="17"/>
              </w:rPr>
            </w:pPr>
          </w:p>
        </w:tc>
        <w:tc>
          <w:tcPr>
            <w:tcW w:w="1565" w:type="pct"/>
            <w:shd w:val="clear" w:color="auto" w:fill="auto"/>
            <w:tcMar>
              <w:top w:w="50" w:type="dxa"/>
              <w:left w:w="50" w:type="dxa"/>
              <w:bottom w:w="50" w:type="dxa"/>
              <w:right w:w="50" w:type="dxa"/>
            </w:tcMar>
            <w:vAlign w:val="bottom"/>
          </w:tcPr>
          <w:p w14:paraId="07513D42" w14:textId="508070D1" w:rsidR="000149C7" w:rsidRPr="00B03582" w:rsidRDefault="000149C7" w:rsidP="002351DC">
            <w:pPr>
              <w:spacing w:after="0"/>
              <w:rPr>
                <w:rFonts w:ascii="Arial" w:hAnsi="Arial" w:cs="Arial"/>
                <w:color w:val="auto"/>
                <w:szCs w:val="17"/>
              </w:rPr>
            </w:pPr>
            <w:r>
              <w:rPr>
                <w:color w:val="000000"/>
                <w:sz w:val="20"/>
                <w:szCs w:val="20"/>
              </w:rPr>
              <w:t>Emery Paper</w:t>
            </w:r>
          </w:p>
        </w:tc>
        <w:tc>
          <w:tcPr>
            <w:tcW w:w="1808" w:type="pct"/>
            <w:shd w:val="clear" w:color="auto" w:fill="auto"/>
            <w:vAlign w:val="bottom"/>
          </w:tcPr>
          <w:p w14:paraId="57094158" w14:textId="3897BD3C" w:rsidR="000149C7" w:rsidRPr="00B03582" w:rsidRDefault="000149C7" w:rsidP="002351DC">
            <w:pPr>
              <w:spacing w:after="0"/>
              <w:rPr>
                <w:rFonts w:ascii="Arial" w:hAnsi="Arial" w:cs="Arial"/>
                <w:color w:val="auto"/>
                <w:szCs w:val="17"/>
              </w:rPr>
            </w:pPr>
            <w:r>
              <w:rPr>
                <w:color w:val="000000"/>
                <w:sz w:val="20"/>
                <w:szCs w:val="20"/>
              </w:rPr>
              <w:t>no 1</w:t>
            </w:r>
          </w:p>
        </w:tc>
        <w:tc>
          <w:tcPr>
            <w:tcW w:w="496" w:type="pct"/>
            <w:shd w:val="clear" w:color="auto" w:fill="auto"/>
            <w:tcMar>
              <w:top w:w="50" w:type="dxa"/>
              <w:left w:w="50" w:type="dxa"/>
              <w:bottom w:w="50" w:type="dxa"/>
              <w:right w:w="50" w:type="dxa"/>
            </w:tcMar>
            <w:vAlign w:val="bottom"/>
          </w:tcPr>
          <w:p w14:paraId="52A7B390" w14:textId="21F67DF5" w:rsidR="000149C7" w:rsidRPr="00B03582" w:rsidRDefault="000149C7" w:rsidP="002351DC">
            <w:pPr>
              <w:spacing w:after="0"/>
              <w:rPr>
                <w:rFonts w:ascii="Arial" w:hAnsi="Arial" w:cs="Arial"/>
                <w:color w:val="auto"/>
                <w:szCs w:val="17"/>
              </w:rPr>
            </w:pPr>
            <w:r>
              <w:rPr>
                <w:color w:val="000000"/>
                <w:sz w:val="20"/>
                <w:szCs w:val="20"/>
              </w:rPr>
              <w:t>36 Pieces</w:t>
            </w:r>
          </w:p>
        </w:tc>
        <w:tc>
          <w:tcPr>
            <w:tcW w:w="390" w:type="pct"/>
            <w:shd w:val="clear" w:color="auto" w:fill="FAFAFA"/>
            <w:tcMar>
              <w:top w:w="50" w:type="dxa"/>
              <w:left w:w="50" w:type="dxa"/>
              <w:bottom w:w="50" w:type="dxa"/>
              <w:right w:w="50" w:type="dxa"/>
            </w:tcMar>
          </w:tcPr>
          <w:p w14:paraId="06A08A0F" w14:textId="49D97366" w:rsidR="000149C7" w:rsidRPr="00B03582" w:rsidRDefault="000149C7" w:rsidP="002351DC">
            <w:pPr>
              <w:spacing w:after="0"/>
              <w:rPr>
                <w:rFonts w:ascii="Arial" w:hAnsi="Arial" w:cs="Arial"/>
                <w:color w:val="auto"/>
                <w:szCs w:val="17"/>
              </w:rPr>
            </w:pPr>
            <w:r w:rsidRPr="00D53741">
              <w:rPr>
                <w:rFonts w:ascii="Arial" w:hAnsi="Arial" w:cs="Arial"/>
                <w:color w:val="auto"/>
                <w:szCs w:val="17"/>
              </w:rPr>
              <w:t>Nos</w:t>
            </w:r>
          </w:p>
        </w:tc>
        <w:tc>
          <w:tcPr>
            <w:tcW w:w="500" w:type="pct"/>
            <w:shd w:val="clear" w:color="auto" w:fill="FAFAFA"/>
          </w:tcPr>
          <w:p w14:paraId="10E2E9BD" w14:textId="499DFA45" w:rsidR="000149C7" w:rsidRPr="00D53741" w:rsidRDefault="00A378FD" w:rsidP="002351DC">
            <w:pPr>
              <w:spacing w:after="0"/>
              <w:rPr>
                <w:rFonts w:ascii="Arial" w:hAnsi="Arial" w:cs="Arial"/>
                <w:color w:val="auto"/>
                <w:szCs w:val="17"/>
              </w:rPr>
            </w:pPr>
            <w:r>
              <w:rPr>
                <w:rFonts w:ascii="Arial" w:hAnsi="Arial" w:cs="Arial"/>
                <w:noProof/>
                <w:color w:val="auto"/>
                <w:szCs w:val="17"/>
              </w:rPr>
              <w:drawing>
                <wp:inline distT="0" distB="0" distL="0" distR="0" wp14:anchorId="4C9712CA" wp14:editId="2D566F35">
                  <wp:extent cx="575945" cy="57594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11.png"/>
                          <pic:cNvPicPr/>
                        </pic:nvPicPr>
                        <pic:blipFill>
                          <a:blip r:embed="rId16">
                            <a:extLst>
                              <a:ext uri="{28A0092B-C50C-407E-A947-70E740481C1C}">
                                <a14:useLocalDpi xmlns:a14="http://schemas.microsoft.com/office/drawing/2010/main" val="0"/>
                              </a:ext>
                            </a:extLst>
                          </a:blip>
                          <a:stretch>
                            <a:fillRect/>
                          </a:stretch>
                        </pic:blipFill>
                        <pic:spPr>
                          <a:xfrm>
                            <a:off x="0" y="0"/>
                            <a:ext cx="578218" cy="578218"/>
                          </a:xfrm>
                          <a:prstGeom prst="rect">
                            <a:avLst/>
                          </a:prstGeom>
                        </pic:spPr>
                      </pic:pic>
                    </a:graphicData>
                  </a:graphic>
                </wp:inline>
              </w:drawing>
            </w:r>
          </w:p>
        </w:tc>
      </w:tr>
      <w:tr w:rsidR="009D3325" w:rsidRPr="00B03582" w14:paraId="678ADB1F" w14:textId="6C2DB732" w:rsidTr="00692D79">
        <w:tc>
          <w:tcPr>
            <w:tcW w:w="242" w:type="pct"/>
            <w:shd w:val="clear" w:color="auto" w:fill="FAFAFA"/>
            <w:tcMar>
              <w:top w:w="50" w:type="dxa"/>
              <w:left w:w="50" w:type="dxa"/>
              <w:bottom w:w="50" w:type="dxa"/>
              <w:right w:w="50" w:type="dxa"/>
            </w:tcMar>
          </w:tcPr>
          <w:p w14:paraId="588C8946" w14:textId="77777777" w:rsidR="000149C7" w:rsidRPr="001A766D" w:rsidRDefault="000149C7" w:rsidP="001A766D">
            <w:pPr>
              <w:pStyle w:val="ListParagraph"/>
              <w:numPr>
                <w:ilvl w:val="0"/>
                <w:numId w:val="10"/>
              </w:numPr>
              <w:spacing w:after="0"/>
              <w:jc w:val="center"/>
              <w:rPr>
                <w:rFonts w:ascii="Arial" w:hAnsi="Arial" w:cs="Arial"/>
                <w:color w:val="auto"/>
                <w:szCs w:val="17"/>
              </w:rPr>
            </w:pPr>
          </w:p>
        </w:tc>
        <w:tc>
          <w:tcPr>
            <w:tcW w:w="1565" w:type="pct"/>
            <w:shd w:val="clear" w:color="auto" w:fill="auto"/>
            <w:tcMar>
              <w:top w:w="50" w:type="dxa"/>
              <w:left w:w="50" w:type="dxa"/>
              <w:bottom w:w="50" w:type="dxa"/>
              <w:right w:w="50" w:type="dxa"/>
            </w:tcMar>
            <w:vAlign w:val="bottom"/>
          </w:tcPr>
          <w:p w14:paraId="227B2BDB" w14:textId="34B5B8E5" w:rsidR="000149C7" w:rsidRPr="00B03582" w:rsidRDefault="000149C7" w:rsidP="002351DC">
            <w:pPr>
              <w:spacing w:after="0"/>
              <w:rPr>
                <w:rFonts w:ascii="Arial" w:hAnsi="Arial" w:cs="Arial"/>
                <w:color w:val="auto"/>
                <w:szCs w:val="17"/>
              </w:rPr>
            </w:pPr>
            <w:r>
              <w:rPr>
                <w:color w:val="000000"/>
                <w:sz w:val="20"/>
                <w:szCs w:val="20"/>
              </w:rPr>
              <w:t>Drill Bit</w:t>
            </w:r>
          </w:p>
        </w:tc>
        <w:tc>
          <w:tcPr>
            <w:tcW w:w="1808" w:type="pct"/>
            <w:shd w:val="clear" w:color="auto" w:fill="auto"/>
            <w:vAlign w:val="bottom"/>
          </w:tcPr>
          <w:p w14:paraId="7D2F2E3C" w14:textId="30438176" w:rsidR="000149C7" w:rsidRPr="00B03582" w:rsidRDefault="000149C7" w:rsidP="002351DC">
            <w:pPr>
              <w:spacing w:after="0"/>
              <w:rPr>
                <w:rFonts w:ascii="Arial" w:hAnsi="Arial" w:cs="Arial"/>
                <w:color w:val="auto"/>
                <w:szCs w:val="17"/>
              </w:rPr>
            </w:pPr>
            <w:r>
              <w:rPr>
                <w:color w:val="000000"/>
                <w:sz w:val="20"/>
                <w:szCs w:val="20"/>
              </w:rPr>
              <w:t>Diameter (5mm, 10.5mm 20mm, 18mm, 22mm)</w:t>
            </w:r>
          </w:p>
        </w:tc>
        <w:tc>
          <w:tcPr>
            <w:tcW w:w="496" w:type="pct"/>
            <w:shd w:val="clear" w:color="auto" w:fill="auto"/>
            <w:tcMar>
              <w:top w:w="50" w:type="dxa"/>
              <w:left w:w="50" w:type="dxa"/>
              <w:bottom w:w="50" w:type="dxa"/>
              <w:right w:w="50" w:type="dxa"/>
            </w:tcMar>
            <w:vAlign w:val="bottom"/>
          </w:tcPr>
          <w:p w14:paraId="6A4E39D6" w14:textId="55864AA3" w:rsidR="000149C7" w:rsidRPr="00B03582" w:rsidRDefault="000149C7" w:rsidP="002351DC">
            <w:pPr>
              <w:spacing w:after="0"/>
              <w:rPr>
                <w:rFonts w:ascii="Arial" w:hAnsi="Arial" w:cs="Arial"/>
                <w:color w:val="auto"/>
                <w:szCs w:val="17"/>
              </w:rPr>
            </w:pPr>
            <w:r w:rsidRPr="001A766D">
              <w:rPr>
                <w:color w:val="000000"/>
                <w:sz w:val="20"/>
                <w:szCs w:val="20"/>
              </w:rPr>
              <w:t>2 Pieces Each</w:t>
            </w:r>
            <w:r>
              <w:rPr>
                <w:color w:val="000000"/>
                <w:sz w:val="20"/>
                <w:szCs w:val="20"/>
              </w:rPr>
              <w:t xml:space="preserve"> (10)</w:t>
            </w:r>
          </w:p>
        </w:tc>
        <w:tc>
          <w:tcPr>
            <w:tcW w:w="390" w:type="pct"/>
            <w:shd w:val="clear" w:color="auto" w:fill="FAFAFA"/>
            <w:tcMar>
              <w:top w:w="50" w:type="dxa"/>
              <w:left w:w="50" w:type="dxa"/>
              <w:bottom w:w="50" w:type="dxa"/>
              <w:right w:w="50" w:type="dxa"/>
            </w:tcMar>
          </w:tcPr>
          <w:p w14:paraId="560DB94E" w14:textId="362CF37C" w:rsidR="000149C7" w:rsidRPr="00B03582" w:rsidRDefault="000149C7" w:rsidP="002351DC">
            <w:pPr>
              <w:spacing w:after="0"/>
              <w:rPr>
                <w:rFonts w:ascii="Arial" w:hAnsi="Arial" w:cs="Arial"/>
                <w:color w:val="auto"/>
                <w:szCs w:val="17"/>
              </w:rPr>
            </w:pPr>
            <w:r w:rsidRPr="00D53741">
              <w:rPr>
                <w:rFonts w:ascii="Arial" w:hAnsi="Arial" w:cs="Arial"/>
                <w:color w:val="auto"/>
                <w:szCs w:val="17"/>
              </w:rPr>
              <w:t>Nos</w:t>
            </w:r>
          </w:p>
        </w:tc>
        <w:tc>
          <w:tcPr>
            <w:tcW w:w="500" w:type="pct"/>
            <w:shd w:val="clear" w:color="auto" w:fill="FAFAFA"/>
          </w:tcPr>
          <w:p w14:paraId="30D9FA91" w14:textId="3F2EEBCF" w:rsidR="000149C7" w:rsidRPr="00D53741" w:rsidRDefault="00A378FD" w:rsidP="002351DC">
            <w:pPr>
              <w:spacing w:after="0"/>
              <w:rPr>
                <w:rFonts w:ascii="Arial" w:hAnsi="Arial" w:cs="Arial"/>
                <w:color w:val="auto"/>
                <w:szCs w:val="17"/>
              </w:rPr>
            </w:pPr>
            <w:r>
              <w:rPr>
                <w:rFonts w:ascii="Arial" w:hAnsi="Arial" w:cs="Arial"/>
                <w:noProof/>
                <w:color w:val="auto"/>
                <w:szCs w:val="17"/>
              </w:rPr>
              <w:drawing>
                <wp:inline distT="0" distB="0" distL="0" distR="0" wp14:anchorId="061934E7" wp14:editId="720A5F51">
                  <wp:extent cx="467139" cy="706405"/>
                  <wp:effectExtent l="0" t="5397" r="4127" b="4128"/>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12.jpg"/>
                          <pic:cNvPicPr/>
                        </pic:nvPicPr>
                        <pic:blipFill>
                          <a:blip r:embed="rId17">
                            <a:extLst>
                              <a:ext uri="{28A0092B-C50C-407E-A947-70E740481C1C}">
                                <a14:useLocalDpi xmlns:a14="http://schemas.microsoft.com/office/drawing/2010/main" val="0"/>
                              </a:ext>
                            </a:extLst>
                          </a:blip>
                          <a:stretch>
                            <a:fillRect/>
                          </a:stretch>
                        </pic:blipFill>
                        <pic:spPr>
                          <a:xfrm rot="16200000">
                            <a:off x="0" y="0"/>
                            <a:ext cx="469080" cy="709340"/>
                          </a:xfrm>
                          <a:prstGeom prst="rect">
                            <a:avLst/>
                          </a:prstGeom>
                        </pic:spPr>
                      </pic:pic>
                    </a:graphicData>
                  </a:graphic>
                </wp:inline>
              </w:drawing>
            </w:r>
          </w:p>
        </w:tc>
      </w:tr>
      <w:tr w:rsidR="009D3325" w:rsidRPr="00B03582" w14:paraId="3EE48EEC" w14:textId="356E5AD4" w:rsidTr="00692D79">
        <w:tc>
          <w:tcPr>
            <w:tcW w:w="242" w:type="pct"/>
            <w:shd w:val="clear" w:color="auto" w:fill="FAFAFA"/>
            <w:tcMar>
              <w:top w:w="50" w:type="dxa"/>
              <w:left w:w="50" w:type="dxa"/>
              <w:bottom w:w="50" w:type="dxa"/>
              <w:right w:w="50" w:type="dxa"/>
            </w:tcMar>
          </w:tcPr>
          <w:p w14:paraId="22BCC803" w14:textId="77777777" w:rsidR="000149C7" w:rsidRPr="001A766D" w:rsidRDefault="000149C7" w:rsidP="001A766D">
            <w:pPr>
              <w:pStyle w:val="ListParagraph"/>
              <w:numPr>
                <w:ilvl w:val="0"/>
                <w:numId w:val="10"/>
              </w:numPr>
              <w:spacing w:after="0"/>
              <w:jc w:val="center"/>
              <w:rPr>
                <w:rFonts w:ascii="Arial" w:hAnsi="Arial" w:cs="Arial"/>
                <w:color w:val="auto"/>
                <w:szCs w:val="17"/>
              </w:rPr>
            </w:pPr>
          </w:p>
        </w:tc>
        <w:tc>
          <w:tcPr>
            <w:tcW w:w="1565" w:type="pct"/>
            <w:shd w:val="clear" w:color="auto" w:fill="auto"/>
            <w:tcMar>
              <w:top w:w="50" w:type="dxa"/>
              <w:left w:w="50" w:type="dxa"/>
              <w:bottom w:w="50" w:type="dxa"/>
              <w:right w:w="50" w:type="dxa"/>
            </w:tcMar>
            <w:vAlign w:val="bottom"/>
          </w:tcPr>
          <w:p w14:paraId="3F51E139" w14:textId="3A82ED27" w:rsidR="000149C7" w:rsidRPr="00B03582" w:rsidRDefault="000149C7" w:rsidP="002351DC">
            <w:pPr>
              <w:spacing w:after="0"/>
              <w:rPr>
                <w:rFonts w:ascii="Arial" w:hAnsi="Arial" w:cs="Arial"/>
                <w:color w:val="auto"/>
                <w:szCs w:val="17"/>
              </w:rPr>
            </w:pPr>
            <w:r>
              <w:rPr>
                <w:color w:val="000000"/>
                <w:sz w:val="20"/>
                <w:szCs w:val="20"/>
              </w:rPr>
              <w:t>Digital spring scale</w:t>
            </w:r>
          </w:p>
        </w:tc>
        <w:tc>
          <w:tcPr>
            <w:tcW w:w="1808" w:type="pct"/>
            <w:shd w:val="clear" w:color="auto" w:fill="auto"/>
            <w:vAlign w:val="bottom"/>
          </w:tcPr>
          <w:p w14:paraId="27D60921" w14:textId="536DFE16" w:rsidR="000149C7" w:rsidRPr="00B03582" w:rsidRDefault="000149C7" w:rsidP="002351DC">
            <w:pPr>
              <w:spacing w:after="0"/>
              <w:rPr>
                <w:rFonts w:ascii="Arial" w:hAnsi="Arial" w:cs="Arial"/>
                <w:color w:val="auto"/>
                <w:szCs w:val="17"/>
              </w:rPr>
            </w:pPr>
            <w:r>
              <w:rPr>
                <w:color w:val="000000"/>
                <w:sz w:val="20"/>
                <w:szCs w:val="20"/>
              </w:rPr>
              <w:t>Range = 0-50 Kg (continuously reading)</w:t>
            </w:r>
          </w:p>
        </w:tc>
        <w:tc>
          <w:tcPr>
            <w:tcW w:w="496" w:type="pct"/>
            <w:shd w:val="clear" w:color="auto" w:fill="FAFAFA"/>
            <w:tcMar>
              <w:top w:w="50" w:type="dxa"/>
              <w:left w:w="50" w:type="dxa"/>
              <w:bottom w:w="50" w:type="dxa"/>
              <w:right w:w="50" w:type="dxa"/>
            </w:tcMar>
          </w:tcPr>
          <w:p w14:paraId="433A2225" w14:textId="3DB97C17" w:rsidR="000149C7" w:rsidRPr="00B03582" w:rsidRDefault="000149C7" w:rsidP="002351DC">
            <w:pPr>
              <w:spacing w:after="0"/>
              <w:rPr>
                <w:rFonts w:ascii="Arial" w:hAnsi="Arial" w:cs="Arial"/>
                <w:color w:val="auto"/>
                <w:szCs w:val="17"/>
              </w:rPr>
            </w:pPr>
            <w:r>
              <w:rPr>
                <w:rFonts w:ascii="Arial" w:hAnsi="Arial" w:cs="Arial"/>
                <w:color w:val="auto"/>
                <w:szCs w:val="17"/>
              </w:rPr>
              <w:t>02</w:t>
            </w:r>
          </w:p>
        </w:tc>
        <w:tc>
          <w:tcPr>
            <w:tcW w:w="390" w:type="pct"/>
            <w:shd w:val="clear" w:color="auto" w:fill="FAFAFA"/>
            <w:tcMar>
              <w:top w:w="50" w:type="dxa"/>
              <w:left w:w="50" w:type="dxa"/>
              <w:bottom w:w="50" w:type="dxa"/>
              <w:right w:w="50" w:type="dxa"/>
            </w:tcMar>
          </w:tcPr>
          <w:p w14:paraId="283CC880" w14:textId="7585B74E" w:rsidR="000149C7" w:rsidRPr="00B03582" w:rsidRDefault="000149C7" w:rsidP="002351DC">
            <w:pPr>
              <w:spacing w:after="0"/>
              <w:rPr>
                <w:rFonts w:ascii="Arial" w:hAnsi="Arial" w:cs="Arial"/>
                <w:color w:val="auto"/>
                <w:szCs w:val="17"/>
              </w:rPr>
            </w:pPr>
            <w:r w:rsidRPr="00D53741">
              <w:rPr>
                <w:rFonts w:ascii="Arial" w:hAnsi="Arial" w:cs="Arial"/>
                <w:color w:val="auto"/>
                <w:szCs w:val="17"/>
              </w:rPr>
              <w:t>Nos</w:t>
            </w:r>
          </w:p>
        </w:tc>
        <w:tc>
          <w:tcPr>
            <w:tcW w:w="500" w:type="pct"/>
            <w:shd w:val="clear" w:color="auto" w:fill="FAFAFA"/>
          </w:tcPr>
          <w:p w14:paraId="659F3BCC" w14:textId="142F91E2" w:rsidR="000149C7" w:rsidRPr="00D53741" w:rsidRDefault="009E49AF" w:rsidP="002351DC">
            <w:pPr>
              <w:spacing w:after="0"/>
              <w:rPr>
                <w:rFonts w:ascii="Arial" w:hAnsi="Arial" w:cs="Arial"/>
                <w:color w:val="auto"/>
                <w:szCs w:val="17"/>
              </w:rPr>
            </w:pPr>
            <w:r>
              <w:rPr>
                <w:rFonts w:ascii="Arial" w:hAnsi="Arial" w:cs="Arial"/>
                <w:noProof/>
                <w:color w:val="auto"/>
                <w:szCs w:val="17"/>
              </w:rPr>
              <w:drawing>
                <wp:inline distT="0" distB="0" distL="0" distR="0" wp14:anchorId="7FFC3BCD" wp14:editId="2BA0664D">
                  <wp:extent cx="584421" cy="584421"/>
                  <wp:effectExtent l="0" t="0" r="6350"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13.jpg"/>
                          <pic:cNvPicPr/>
                        </pic:nvPicPr>
                        <pic:blipFill>
                          <a:blip r:embed="rId18">
                            <a:extLst>
                              <a:ext uri="{28A0092B-C50C-407E-A947-70E740481C1C}">
                                <a14:useLocalDpi xmlns:a14="http://schemas.microsoft.com/office/drawing/2010/main" val="0"/>
                              </a:ext>
                            </a:extLst>
                          </a:blip>
                          <a:stretch>
                            <a:fillRect/>
                          </a:stretch>
                        </pic:blipFill>
                        <pic:spPr>
                          <a:xfrm>
                            <a:off x="0" y="0"/>
                            <a:ext cx="586336" cy="586336"/>
                          </a:xfrm>
                          <a:prstGeom prst="rect">
                            <a:avLst/>
                          </a:prstGeom>
                        </pic:spPr>
                      </pic:pic>
                    </a:graphicData>
                  </a:graphic>
                </wp:inline>
              </w:drawing>
            </w:r>
          </w:p>
        </w:tc>
      </w:tr>
      <w:tr w:rsidR="009D3325" w:rsidRPr="00B03582" w14:paraId="680A9641" w14:textId="28C5F793" w:rsidTr="00692D79">
        <w:tc>
          <w:tcPr>
            <w:tcW w:w="242" w:type="pct"/>
            <w:shd w:val="clear" w:color="auto" w:fill="FAFAFA"/>
            <w:tcMar>
              <w:top w:w="50" w:type="dxa"/>
              <w:left w:w="50" w:type="dxa"/>
              <w:bottom w:w="50" w:type="dxa"/>
              <w:right w:w="50" w:type="dxa"/>
            </w:tcMar>
          </w:tcPr>
          <w:p w14:paraId="6A83F41B" w14:textId="77777777" w:rsidR="000149C7" w:rsidRPr="001A766D" w:rsidRDefault="000149C7" w:rsidP="001A766D">
            <w:pPr>
              <w:pStyle w:val="ListParagraph"/>
              <w:numPr>
                <w:ilvl w:val="0"/>
                <w:numId w:val="10"/>
              </w:numPr>
              <w:spacing w:after="0"/>
              <w:jc w:val="center"/>
              <w:rPr>
                <w:rFonts w:ascii="Arial" w:hAnsi="Arial" w:cs="Arial"/>
                <w:color w:val="auto"/>
                <w:szCs w:val="17"/>
              </w:rPr>
            </w:pPr>
          </w:p>
        </w:tc>
        <w:tc>
          <w:tcPr>
            <w:tcW w:w="1565" w:type="pct"/>
            <w:shd w:val="clear" w:color="auto" w:fill="auto"/>
            <w:tcMar>
              <w:top w:w="50" w:type="dxa"/>
              <w:left w:w="50" w:type="dxa"/>
              <w:bottom w:w="50" w:type="dxa"/>
              <w:right w:w="50" w:type="dxa"/>
            </w:tcMar>
            <w:vAlign w:val="bottom"/>
          </w:tcPr>
          <w:p w14:paraId="6338A525" w14:textId="2563CBC1" w:rsidR="000149C7" w:rsidRPr="00B03582" w:rsidRDefault="000149C7" w:rsidP="002351DC">
            <w:pPr>
              <w:spacing w:after="0"/>
              <w:rPr>
                <w:rFonts w:ascii="Arial" w:hAnsi="Arial" w:cs="Arial"/>
                <w:color w:val="auto"/>
                <w:szCs w:val="17"/>
              </w:rPr>
            </w:pPr>
            <w:r>
              <w:rPr>
                <w:color w:val="000000"/>
                <w:sz w:val="20"/>
                <w:szCs w:val="20"/>
              </w:rPr>
              <w:t>Pneumatic Hose PU Pipe</w:t>
            </w:r>
          </w:p>
        </w:tc>
        <w:tc>
          <w:tcPr>
            <w:tcW w:w="1808" w:type="pct"/>
            <w:shd w:val="clear" w:color="auto" w:fill="auto"/>
            <w:vAlign w:val="bottom"/>
          </w:tcPr>
          <w:p w14:paraId="548C76F2" w14:textId="008C6304" w:rsidR="000149C7" w:rsidRPr="00B03582" w:rsidRDefault="000149C7" w:rsidP="002351DC">
            <w:pPr>
              <w:spacing w:after="0"/>
              <w:rPr>
                <w:rFonts w:ascii="Arial" w:hAnsi="Arial" w:cs="Arial"/>
                <w:color w:val="auto"/>
                <w:szCs w:val="17"/>
              </w:rPr>
            </w:pPr>
            <w:r>
              <w:rPr>
                <w:color w:val="000000"/>
                <w:sz w:val="20"/>
                <w:szCs w:val="20"/>
              </w:rPr>
              <w:t>10 mm OD: Inner size is 6.5 mm</w:t>
            </w:r>
          </w:p>
        </w:tc>
        <w:tc>
          <w:tcPr>
            <w:tcW w:w="496" w:type="pct"/>
            <w:shd w:val="clear" w:color="auto" w:fill="auto"/>
            <w:tcMar>
              <w:top w:w="50" w:type="dxa"/>
              <w:left w:w="50" w:type="dxa"/>
              <w:bottom w:w="50" w:type="dxa"/>
              <w:right w:w="50" w:type="dxa"/>
            </w:tcMar>
            <w:vAlign w:val="bottom"/>
          </w:tcPr>
          <w:p w14:paraId="0F246784" w14:textId="4C6BF2A2" w:rsidR="000149C7" w:rsidRPr="00B03582" w:rsidRDefault="000149C7" w:rsidP="002351DC">
            <w:pPr>
              <w:spacing w:after="0"/>
              <w:rPr>
                <w:rFonts w:ascii="Arial" w:hAnsi="Arial" w:cs="Arial"/>
                <w:color w:val="auto"/>
                <w:szCs w:val="17"/>
              </w:rPr>
            </w:pPr>
            <w:r>
              <w:rPr>
                <w:color w:val="000000"/>
                <w:sz w:val="20"/>
                <w:szCs w:val="20"/>
              </w:rPr>
              <w:t>40 Feet</w:t>
            </w:r>
          </w:p>
        </w:tc>
        <w:tc>
          <w:tcPr>
            <w:tcW w:w="390" w:type="pct"/>
            <w:shd w:val="clear" w:color="auto" w:fill="auto"/>
            <w:tcMar>
              <w:top w:w="50" w:type="dxa"/>
              <w:left w:w="50" w:type="dxa"/>
              <w:bottom w:w="50" w:type="dxa"/>
              <w:right w:w="50" w:type="dxa"/>
            </w:tcMar>
            <w:vAlign w:val="bottom"/>
          </w:tcPr>
          <w:p w14:paraId="02A3FC16" w14:textId="7DAC2546" w:rsidR="000149C7" w:rsidRPr="00B03582" w:rsidRDefault="000149C7" w:rsidP="002351DC">
            <w:pPr>
              <w:spacing w:after="0"/>
              <w:rPr>
                <w:rFonts w:ascii="Arial" w:hAnsi="Arial" w:cs="Arial"/>
                <w:color w:val="auto"/>
                <w:szCs w:val="17"/>
              </w:rPr>
            </w:pPr>
            <w:r>
              <w:rPr>
                <w:rFonts w:ascii="Arial" w:hAnsi="Arial" w:cs="Arial"/>
                <w:color w:val="auto"/>
                <w:szCs w:val="17"/>
              </w:rPr>
              <w:t>Feet</w:t>
            </w:r>
          </w:p>
        </w:tc>
        <w:tc>
          <w:tcPr>
            <w:tcW w:w="500" w:type="pct"/>
          </w:tcPr>
          <w:p w14:paraId="4DB77C8C" w14:textId="5593C5C8" w:rsidR="000149C7" w:rsidRDefault="009E49AF" w:rsidP="002351DC">
            <w:pPr>
              <w:spacing w:after="0"/>
              <w:rPr>
                <w:rFonts w:ascii="Arial" w:hAnsi="Arial" w:cs="Arial"/>
                <w:color w:val="auto"/>
                <w:szCs w:val="17"/>
              </w:rPr>
            </w:pPr>
            <w:r>
              <w:rPr>
                <w:rFonts w:ascii="Arial" w:hAnsi="Arial" w:cs="Arial"/>
                <w:noProof/>
                <w:color w:val="auto"/>
                <w:szCs w:val="17"/>
              </w:rPr>
              <w:drawing>
                <wp:inline distT="0" distB="0" distL="0" distR="0" wp14:anchorId="21175E7A" wp14:editId="53E5C965">
                  <wp:extent cx="526774" cy="526774"/>
                  <wp:effectExtent l="0" t="0" r="6985" b="698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14.jpeg"/>
                          <pic:cNvPicPr/>
                        </pic:nvPicPr>
                        <pic:blipFill>
                          <a:blip r:embed="rId19">
                            <a:extLst>
                              <a:ext uri="{28A0092B-C50C-407E-A947-70E740481C1C}">
                                <a14:useLocalDpi xmlns:a14="http://schemas.microsoft.com/office/drawing/2010/main" val="0"/>
                              </a:ext>
                            </a:extLst>
                          </a:blip>
                          <a:stretch>
                            <a:fillRect/>
                          </a:stretch>
                        </pic:blipFill>
                        <pic:spPr>
                          <a:xfrm>
                            <a:off x="0" y="0"/>
                            <a:ext cx="530475" cy="530475"/>
                          </a:xfrm>
                          <a:prstGeom prst="rect">
                            <a:avLst/>
                          </a:prstGeom>
                        </pic:spPr>
                      </pic:pic>
                    </a:graphicData>
                  </a:graphic>
                </wp:inline>
              </w:drawing>
            </w:r>
          </w:p>
        </w:tc>
      </w:tr>
      <w:tr w:rsidR="009D3325" w:rsidRPr="00B03582" w14:paraId="2BC0853C" w14:textId="1331DEE7" w:rsidTr="00692D79">
        <w:tc>
          <w:tcPr>
            <w:tcW w:w="242" w:type="pct"/>
            <w:shd w:val="clear" w:color="auto" w:fill="FAFAFA"/>
            <w:tcMar>
              <w:top w:w="50" w:type="dxa"/>
              <w:left w:w="50" w:type="dxa"/>
              <w:bottom w:w="50" w:type="dxa"/>
              <w:right w:w="50" w:type="dxa"/>
            </w:tcMar>
          </w:tcPr>
          <w:p w14:paraId="46541F2E" w14:textId="77777777" w:rsidR="000149C7" w:rsidRPr="001A766D" w:rsidRDefault="000149C7" w:rsidP="002351DC">
            <w:pPr>
              <w:pStyle w:val="ListParagraph"/>
              <w:numPr>
                <w:ilvl w:val="0"/>
                <w:numId w:val="10"/>
              </w:numPr>
              <w:spacing w:after="0"/>
              <w:jc w:val="center"/>
              <w:rPr>
                <w:rFonts w:ascii="Arial" w:hAnsi="Arial" w:cs="Arial"/>
                <w:color w:val="auto"/>
                <w:szCs w:val="17"/>
              </w:rPr>
            </w:pPr>
          </w:p>
        </w:tc>
        <w:tc>
          <w:tcPr>
            <w:tcW w:w="1565" w:type="pct"/>
            <w:shd w:val="clear" w:color="auto" w:fill="auto"/>
            <w:tcMar>
              <w:top w:w="50" w:type="dxa"/>
              <w:left w:w="50" w:type="dxa"/>
              <w:bottom w:w="50" w:type="dxa"/>
              <w:right w:w="50" w:type="dxa"/>
            </w:tcMar>
            <w:vAlign w:val="bottom"/>
          </w:tcPr>
          <w:p w14:paraId="243CF377" w14:textId="3D0D4F9D" w:rsidR="000149C7" w:rsidRPr="00B03582" w:rsidRDefault="000149C7" w:rsidP="002351DC">
            <w:pPr>
              <w:spacing w:after="0"/>
              <w:rPr>
                <w:rFonts w:ascii="Arial" w:hAnsi="Arial" w:cs="Arial"/>
                <w:color w:val="auto"/>
                <w:szCs w:val="17"/>
              </w:rPr>
            </w:pPr>
            <w:r>
              <w:rPr>
                <w:color w:val="000000"/>
                <w:sz w:val="20"/>
                <w:szCs w:val="20"/>
              </w:rPr>
              <w:t>Ink (fountain ink)</w:t>
            </w:r>
          </w:p>
        </w:tc>
        <w:tc>
          <w:tcPr>
            <w:tcW w:w="1808" w:type="pct"/>
            <w:shd w:val="clear" w:color="auto" w:fill="auto"/>
            <w:vAlign w:val="bottom"/>
          </w:tcPr>
          <w:p w14:paraId="67F7B2CA" w14:textId="0CD3DF85" w:rsidR="000149C7" w:rsidRPr="00B03582" w:rsidRDefault="000149C7" w:rsidP="002351DC">
            <w:pPr>
              <w:spacing w:after="0"/>
              <w:rPr>
                <w:rFonts w:ascii="Arial" w:hAnsi="Arial" w:cs="Arial"/>
                <w:color w:val="auto"/>
                <w:szCs w:val="17"/>
              </w:rPr>
            </w:pPr>
            <w:r>
              <w:rPr>
                <w:color w:val="000000"/>
                <w:sz w:val="20"/>
                <w:szCs w:val="20"/>
              </w:rPr>
              <w:t>Blue (60 ml)</w:t>
            </w:r>
          </w:p>
        </w:tc>
        <w:tc>
          <w:tcPr>
            <w:tcW w:w="496" w:type="pct"/>
            <w:shd w:val="clear" w:color="auto" w:fill="auto"/>
            <w:tcMar>
              <w:top w:w="50" w:type="dxa"/>
              <w:left w:w="50" w:type="dxa"/>
              <w:bottom w:w="50" w:type="dxa"/>
              <w:right w:w="50" w:type="dxa"/>
            </w:tcMar>
            <w:vAlign w:val="bottom"/>
          </w:tcPr>
          <w:p w14:paraId="5154E835" w14:textId="41D5C37A" w:rsidR="000149C7" w:rsidRPr="00B03582" w:rsidRDefault="000149C7" w:rsidP="002351DC">
            <w:pPr>
              <w:spacing w:after="0"/>
              <w:rPr>
                <w:rFonts w:ascii="Arial" w:hAnsi="Arial" w:cs="Arial"/>
                <w:color w:val="auto"/>
                <w:szCs w:val="17"/>
              </w:rPr>
            </w:pPr>
            <w:r>
              <w:rPr>
                <w:color w:val="000000"/>
                <w:sz w:val="20"/>
                <w:szCs w:val="20"/>
              </w:rPr>
              <w:t>6 Bottle</w:t>
            </w:r>
          </w:p>
        </w:tc>
        <w:tc>
          <w:tcPr>
            <w:tcW w:w="390" w:type="pct"/>
            <w:shd w:val="clear" w:color="auto" w:fill="auto"/>
            <w:tcMar>
              <w:top w:w="50" w:type="dxa"/>
              <w:left w:w="50" w:type="dxa"/>
              <w:bottom w:w="50" w:type="dxa"/>
              <w:right w:w="50" w:type="dxa"/>
            </w:tcMar>
          </w:tcPr>
          <w:p w14:paraId="415D1A23" w14:textId="43545D99" w:rsidR="000149C7" w:rsidRPr="00B03582" w:rsidRDefault="000149C7" w:rsidP="002351DC">
            <w:pPr>
              <w:spacing w:after="0"/>
              <w:rPr>
                <w:rFonts w:ascii="Arial" w:hAnsi="Arial" w:cs="Arial"/>
                <w:color w:val="auto"/>
                <w:szCs w:val="17"/>
              </w:rPr>
            </w:pPr>
            <w:r w:rsidRPr="0050483D">
              <w:rPr>
                <w:rFonts w:ascii="Arial" w:hAnsi="Arial" w:cs="Arial"/>
                <w:color w:val="auto"/>
                <w:szCs w:val="17"/>
              </w:rPr>
              <w:t>Nos</w:t>
            </w:r>
          </w:p>
        </w:tc>
        <w:tc>
          <w:tcPr>
            <w:tcW w:w="500" w:type="pct"/>
          </w:tcPr>
          <w:p w14:paraId="7B4107CD" w14:textId="164A3E2D" w:rsidR="000149C7" w:rsidRPr="0050483D" w:rsidRDefault="009E49AF" w:rsidP="002351DC">
            <w:pPr>
              <w:spacing w:after="0"/>
              <w:rPr>
                <w:rFonts w:ascii="Arial" w:hAnsi="Arial" w:cs="Arial"/>
                <w:color w:val="auto"/>
                <w:szCs w:val="17"/>
              </w:rPr>
            </w:pPr>
            <w:r>
              <w:rPr>
                <w:rFonts w:ascii="Arial" w:hAnsi="Arial" w:cs="Arial"/>
                <w:noProof/>
                <w:color w:val="auto"/>
                <w:szCs w:val="17"/>
              </w:rPr>
              <w:drawing>
                <wp:inline distT="0" distB="0" distL="0" distR="0" wp14:anchorId="39401293" wp14:editId="5298A4F1">
                  <wp:extent cx="566928" cy="566928"/>
                  <wp:effectExtent l="0" t="0" r="5080" b="508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15.jpg"/>
                          <pic:cNvPicPr/>
                        </pic:nvPicPr>
                        <pic:blipFill>
                          <a:blip r:embed="rId20">
                            <a:extLst>
                              <a:ext uri="{28A0092B-C50C-407E-A947-70E740481C1C}">
                                <a14:useLocalDpi xmlns:a14="http://schemas.microsoft.com/office/drawing/2010/main" val="0"/>
                              </a:ext>
                            </a:extLst>
                          </a:blip>
                          <a:stretch>
                            <a:fillRect/>
                          </a:stretch>
                        </pic:blipFill>
                        <pic:spPr>
                          <a:xfrm>
                            <a:off x="0" y="0"/>
                            <a:ext cx="566928" cy="566928"/>
                          </a:xfrm>
                          <a:prstGeom prst="rect">
                            <a:avLst/>
                          </a:prstGeom>
                        </pic:spPr>
                      </pic:pic>
                    </a:graphicData>
                  </a:graphic>
                </wp:inline>
              </w:drawing>
            </w:r>
          </w:p>
        </w:tc>
      </w:tr>
      <w:tr w:rsidR="009D3325" w:rsidRPr="00B03582" w14:paraId="62BBE8C2" w14:textId="08D5330B" w:rsidTr="00692D79">
        <w:tc>
          <w:tcPr>
            <w:tcW w:w="242" w:type="pct"/>
            <w:shd w:val="clear" w:color="auto" w:fill="FAFAFA"/>
            <w:tcMar>
              <w:top w:w="50" w:type="dxa"/>
              <w:left w:w="50" w:type="dxa"/>
              <w:bottom w:w="50" w:type="dxa"/>
              <w:right w:w="50" w:type="dxa"/>
            </w:tcMar>
          </w:tcPr>
          <w:p w14:paraId="759EACB6" w14:textId="77777777" w:rsidR="000149C7" w:rsidRPr="001A766D" w:rsidRDefault="000149C7" w:rsidP="002351DC">
            <w:pPr>
              <w:pStyle w:val="ListParagraph"/>
              <w:numPr>
                <w:ilvl w:val="0"/>
                <w:numId w:val="10"/>
              </w:numPr>
              <w:spacing w:after="0"/>
              <w:jc w:val="center"/>
              <w:rPr>
                <w:rFonts w:ascii="Arial" w:hAnsi="Arial" w:cs="Arial"/>
                <w:color w:val="auto"/>
                <w:szCs w:val="17"/>
              </w:rPr>
            </w:pPr>
          </w:p>
        </w:tc>
        <w:tc>
          <w:tcPr>
            <w:tcW w:w="1565" w:type="pct"/>
            <w:shd w:val="clear" w:color="auto" w:fill="auto"/>
            <w:tcMar>
              <w:top w:w="50" w:type="dxa"/>
              <w:left w:w="50" w:type="dxa"/>
              <w:bottom w:w="50" w:type="dxa"/>
              <w:right w:w="50" w:type="dxa"/>
            </w:tcMar>
            <w:vAlign w:val="bottom"/>
          </w:tcPr>
          <w:p w14:paraId="6354B954" w14:textId="5987DE6D" w:rsidR="000149C7" w:rsidRPr="00B03582" w:rsidRDefault="000149C7" w:rsidP="002351DC">
            <w:pPr>
              <w:spacing w:after="0"/>
              <w:rPr>
                <w:rFonts w:ascii="Arial" w:hAnsi="Arial" w:cs="Arial"/>
                <w:color w:val="auto"/>
                <w:szCs w:val="17"/>
              </w:rPr>
            </w:pPr>
            <w:r>
              <w:rPr>
                <w:color w:val="000000"/>
                <w:sz w:val="20"/>
                <w:szCs w:val="20"/>
              </w:rPr>
              <w:t>Teflon Tape</w:t>
            </w:r>
          </w:p>
        </w:tc>
        <w:tc>
          <w:tcPr>
            <w:tcW w:w="1808" w:type="pct"/>
            <w:shd w:val="clear" w:color="auto" w:fill="auto"/>
            <w:vAlign w:val="bottom"/>
          </w:tcPr>
          <w:p w14:paraId="3085E721" w14:textId="4C6CDBBB" w:rsidR="000149C7" w:rsidRPr="00B03582" w:rsidRDefault="000149C7" w:rsidP="002351DC">
            <w:pPr>
              <w:spacing w:after="0"/>
              <w:rPr>
                <w:rFonts w:ascii="Arial" w:hAnsi="Arial" w:cs="Arial"/>
                <w:color w:val="auto"/>
                <w:szCs w:val="17"/>
              </w:rPr>
            </w:pPr>
            <w:r>
              <w:rPr>
                <w:color w:val="000000"/>
                <w:sz w:val="20"/>
                <w:szCs w:val="20"/>
              </w:rPr>
              <w:t>(12 mm) width</w:t>
            </w:r>
          </w:p>
        </w:tc>
        <w:tc>
          <w:tcPr>
            <w:tcW w:w="496" w:type="pct"/>
            <w:shd w:val="clear" w:color="auto" w:fill="auto"/>
            <w:tcMar>
              <w:top w:w="50" w:type="dxa"/>
              <w:left w:w="50" w:type="dxa"/>
              <w:bottom w:w="50" w:type="dxa"/>
              <w:right w:w="50" w:type="dxa"/>
            </w:tcMar>
            <w:vAlign w:val="bottom"/>
          </w:tcPr>
          <w:p w14:paraId="4456A50E" w14:textId="145DBE82" w:rsidR="000149C7" w:rsidRPr="00B03582" w:rsidRDefault="000149C7" w:rsidP="002351DC">
            <w:pPr>
              <w:spacing w:after="0"/>
              <w:rPr>
                <w:rFonts w:ascii="Arial" w:hAnsi="Arial" w:cs="Arial"/>
                <w:color w:val="auto"/>
                <w:szCs w:val="17"/>
              </w:rPr>
            </w:pPr>
            <w:r>
              <w:rPr>
                <w:color w:val="000000"/>
                <w:sz w:val="20"/>
                <w:szCs w:val="20"/>
              </w:rPr>
              <w:t>8 Pieces</w:t>
            </w:r>
          </w:p>
        </w:tc>
        <w:tc>
          <w:tcPr>
            <w:tcW w:w="390" w:type="pct"/>
            <w:shd w:val="clear" w:color="auto" w:fill="auto"/>
            <w:tcMar>
              <w:top w:w="50" w:type="dxa"/>
              <w:left w:w="50" w:type="dxa"/>
              <w:bottom w:w="50" w:type="dxa"/>
              <w:right w:w="50" w:type="dxa"/>
            </w:tcMar>
          </w:tcPr>
          <w:p w14:paraId="4B06E63F" w14:textId="16978E67" w:rsidR="000149C7" w:rsidRPr="00B03582" w:rsidRDefault="000149C7" w:rsidP="002351DC">
            <w:pPr>
              <w:spacing w:after="0"/>
              <w:rPr>
                <w:rFonts w:ascii="Arial" w:hAnsi="Arial" w:cs="Arial"/>
                <w:color w:val="auto"/>
                <w:szCs w:val="17"/>
              </w:rPr>
            </w:pPr>
            <w:r w:rsidRPr="0050483D">
              <w:rPr>
                <w:rFonts w:ascii="Arial" w:hAnsi="Arial" w:cs="Arial"/>
                <w:color w:val="auto"/>
                <w:szCs w:val="17"/>
              </w:rPr>
              <w:t>Nos</w:t>
            </w:r>
          </w:p>
        </w:tc>
        <w:tc>
          <w:tcPr>
            <w:tcW w:w="500" w:type="pct"/>
          </w:tcPr>
          <w:p w14:paraId="7613F24D" w14:textId="2B05C444" w:rsidR="000149C7" w:rsidRPr="0050483D" w:rsidRDefault="009E49AF" w:rsidP="002351DC">
            <w:pPr>
              <w:spacing w:after="0"/>
              <w:rPr>
                <w:rFonts w:ascii="Arial" w:hAnsi="Arial" w:cs="Arial"/>
                <w:color w:val="auto"/>
                <w:szCs w:val="17"/>
              </w:rPr>
            </w:pPr>
            <w:r>
              <w:rPr>
                <w:rFonts w:ascii="Arial" w:hAnsi="Arial" w:cs="Arial"/>
                <w:noProof/>
                <w:color w:val="auto"/>
                <w:szCs w:val="17"/>
              </w:rPr>
              <w:drawing>
                <wp:inline distT="0" distB="0" distL="0" distR="0" wp14:anchorId="17471DF3" wp14:editId="17501EDC">
                  <wp:extent cx="496956" cy="496956"/>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16.jpeg"/>
                          <pic:cNvPicPr/>
                        </pic:nvPicPr>
                        <pic:blipFill>
                          <a:blip r:embed="rId21">
                            <a:extLst>
                              <a:ext uri="{28A0092B-C50C-407E-A947-70E740481C1C}">
                                <a14:useLocalDpi xmlns:a14="http://schemas.microsoft.com/office/drawing/2010/main" val="0"/>
                              </a:ext>
                            </a:extLst>
                          </a:blip>
                          <a:stretch>
                            <a:fillRect/>
                          </a:stretch>
                        </pic:blipFill>
                        <pic:spPr>
                          <a:xfrm>
                            <a:off x="0" y="0"/>
                            <a:ext cx="497785" cy="497785"/>
                          </a:xfrm>
                          <a:prstGeom prst="rect">
                            <a:avLst/>
                          </a:prstGeom>
                        </pic:spPr>
                      </pic:pic>
                    </a:graphicData>
                  </a:graphic>
                </wp:inline>
              </w:drawing>
            </w:r>
          </w:p>
        </w:tc>
      </w:tr>
      <w:tr w:rsidR="009D3325" w:rsidRPr="00B03582" w14:paraId="31EE0BBD" w14:textId="764374D9" w:rsidTr="00692D79">
        <w:tc>
          <w:tcPr>
            <w:tcW w:w="242" w:type="pct"/>
            <w:shd w:val="clear" w:color="auto" w:fill="FAFAFA"/>
            <w:tcMar>
              <w:top w:w="50" w:type="dxa"/>
              <w:left w:w="50" w:type="dxa"/>
              <w:bottom w:w="50" w:type="dxa"/>
              <w:right w:w="50" w:type="dxa"/>
            </w:tcMar>
          </w:tcPr>
          <w:p w14:paraId="7F0D597D" w14:textId="77777777" w:rsidR="000149C7" w:rsidRPr="001A766D" w:rsidRDefault="000149C7" w:rsidP="002351DC">
            <w:pPr>
              <w:pStyle w:val="ListParagraph"/>
              <w:numPr>
                <w:ilvl w:val="0"/>
                <w:numId w:val="10"/>
              </w:numPr>
              <w:spacing w:after="0"/>
              <w:jc w:val="center"/>
              <w:rPr>
                <w:rFonts w:ascii="Arial" w:hAnsi="Arial" w:cs="Arial"/>
                <w:color w:val="auto"/>
                <w:szCs w:val="17"/>
              </w:rPr>
            </w:pPr>
          </w:p>
        </w:tc>
        <w:tc>
          <w:tcPr>
            <w:tcW w:w="1565" w:type="pct"/>
            <w:shd w:val="clear" w:color="auto" w:fill="auto"/>
            <w:tcMar>
              <w:top w:w="50" w:type="dxa"/>
              <w:left w:w="50" w:type="dxa"/>
              <w:bottom w:w="50" w:type="dxa"/>
              <w:right w:w="50" w:type="dxa"/>
            </w:tcMar>
            <w:vAlign w:val="bottom"/>
          </w:tcPr>
          <w:p w14:paraId="3E2F127C" w14:textId="1B6737D3" w:rsidR="000149C7" w:rsidRDefault="000149C7" w:rsidP="002351DC">
            <w:pPr>
              <w:spacing w:after="0"/>
              <w:rPr>
                <w:rFonts w:ascii="Arial" w:hAnsi="Arial" w:cs="Arial"/>
                <w:color w:val="auto"/>
                <w:szCs w:val="17"/>
              </w:rPr>
            </w:pPr>
            <w:proofErr w:type="spellStart"/>
            <w:r>
              <w:rPr>
                <w:color w:val="000000"/>
                <w:sz w:val="20"/>
                <w:szCs w:val="20"/>
              </w:rPr>
              <w:t>Smad</w:t>
            </w:r>
            <w:proofErr w:type="spellEnd"/>
            <w:r>
              <w:rPr>
                <w:color w:val="000000"/>
                <w:sz w:val="20"/>
                <w:szCs w:val="20"/>
              </w:rPr>
              <w:t xml:space="preserve"> Bond</w:t>
            </w:r>
          </w:p>
        </w:tc>
        <w:tc>
          <w:tcPr>
            <w:tcW w:w="1808" w:type="pct"/>
            <w:shd w:val="clear" w:color="auto" w:fill="auto"/>
            <w:vAlign w:val="bottom"/>
          </w:tcPr>
          <w:p w14:paraId="5DBE4AE0" w14:textId="42B3FCCC" w:rsidR="000149C7" w:rsidRDefault="000149C7" w:rsidP="002351DC">
            <w:pPr>
              <w:spacing w:after="0"/>
              <w:rPr>
                <w:rFonts w:ascii="Arial" w:hAnsi="Arial" w:cs="Arial"/>
                <w:color w:val="auto"/>
                <w:szCs w:val="17"/>
              </w:rPr>
            </w:pPr>
            <w:r>
              <w:rPr>
                <w:color w:val="000000"/>
                <w:sz w:val="20"/>
                <w:szCs w:val="20"/>
              </w:rPr>
              <w:t>60 ml Tube</w:t>
            </w:r>
          </w:p>
        </w:tc>
        <w:tc>
          <w:tcPr>
            <w:tcW w:w="496" w:type="pct"/>
            <w:shd w:val="clear" w:color="auto" w:fill="auto"/>
            <w:tcMar>
              <w:top w:w="50" w:type="dxa"/>
              <w:left w:w="50" w:type="dxa"/>
              <w:bottom w:w="50" w:type="dxa"/>
              <w:right w:w="50" w:type="dxa"/>
            </w:tcMar>
            <w:vAlign w:val="bottom"/>
          </w:tcPr>
          <w:p w14:paraId="2EE5057A" w14:textId="3258C5E2" w:rsidR="000149C7" w:rsidRDefault="000149C7" w:rsidP="002351DC">
            <w:pPr>
              <w:spacing w:after="0"/>
              <w:rPr>
                <w:rFonts w:ascii="Arial" w:hAnsi="Arial" w:cs="Arial"/>
                <w:color w:val="auto"/>
                <w:szCs w:val="17"/>
              </w:rPr>
            </w:pPr>
            <w:r>
              <w:rPr>
                <w:color w:val="000000"/>
                <w:sz w:val="20"/>
                <w:szCs w:val="20"/>
              </w:rPr>
              <w:t>2 Pieces</w:t>
            </w:r>
          </w:p>
        </w:tc>
        <w:tc>
          <w:tcPr>
            <w:tcW w:w="390" w:type="pct"/>
            <w:shd w:val="clear" w:color="auto" w:fill="auto"/>
            <w:tcMar>
              <w:top w:w="50" w:type="dxa"/>
              <w:left w:w="50" w:type="dxa"/>
              <w:bottom w:w="50" w:type="dxa"/>
              <w:right w:w="50" w:type="dxa"/>
            </w:tcMar>
          </w:tcPr>
          <w:p w14:paraId="230FD869" w14:textId="4F3EB466" w:rsidR="000149C7" w:rsidRPr="00B03582" w:rsidRDefault="000149C7" w:rsidP="002351DC">
            <w:pPr>
              <w:spacing w:after="0"/>
              <w:rPr>
                <w:rFonts w:ascii="Arial" w:hAnsi="Arial" w:cs="Arial"/>
                <w:color w:val="auto"/>
                <w:szCs w:val="17"/>
              </w:rPr>
            </w:pPr>
            <w:r w:rsidRPr="0050483D">
              <w:rPr>
                <w:rFonts w:ascii="Arial" w:hAnsi="Arial" w:cs="Arial"/>
                <w:color w:val="auto"/>
                <w:szCs w:val="17"/>
              </w:rPr>
              <w:t>Nos</w:t>
            </w:r>
          </w:p>
        </w:tc>
        <w:tc>
          <w:tcPr>
            <w:tcW w:w="500" w:type="pct"/>
          </w:tcPr>
          <w:p w14:paraId="14E692DC" w14:textId="5D1821D5" w:rsidR="00452A85" w:rsidRPr="0050483D" w:rsidRDefault="00452A85" w:rsidP="002351DC">
            <w:pPr>
              <w:spacing w:after="0"/>
              <w:rPr>
                <w:rFonts w:ascii="Arial" w:hAnsi="Arial" w:cs="Arial"/>
                <w:color w:val="auto"/>
                <w:szCs w:val="17"/>
              </w:rPr>
            </w:pPr>
            <w:r>
              <w:rPr>
                <w:rFonts w:ascii="Arial" w:hAnsi="Arial" w:cs="Arial"/>
                <w:noProof/>
                <w:color w:val="auto"/>
                <w:szCs w:val="17"/>
              </w:rPr>
              <w:drawing>
                <wp:inline distT="0" distB="0" distL="0" distR="0" wp14:anchorId="419862F1" wp14:editId="0AF91C32">
                  <wp:extent cx="758952" cy="758952"/>
                  <wp:effectExtent l="0" t="0" r="3175" b="317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17.jpg"/>
                          <pic:cNvPicPr/>
                        </pic:nvPicPr>
                        <pic:blipFill>
                          <a:blip r:embed="rId22">
                            <a:extLst>
                              <a:ext uri="{28A0092B-C50C-407E-A947-70E740481C1C}">
                                <a14:useLocalDpi xmlns:a14="http://schemas.microsoft.com/office/drawing/2010/main" val="0"/>
                              </a:ext>
                            </a:extLst>
                          </a:blip>
                          <a:stretch>
                            <a:fillRect/>
                          </a:stretch>
                        </pic:blipFill>
                        <pic:spPr>
                          <a:xfrm>
                            <a:off x="0" y="0"/>
                            <a:ext cx="758952" cy="758952"/>
                          </a:xfrm>
                          <a:prstGeom prst="rect">
                            <a:avLst/>
                          </a:prstGeom>
                        </pic:spPr>
                      </pic:pic>
                    </a:graphicData>
                  </a:graphic>
                </wp:inline>
              </w:drawing>
            </w:r>
          </w:p>
        </w:tc>
      </w:tr>
      <w:tr w:rsidR="009D3325" w:rsidRPr="00B03582" w14:paraId="450AC35E" w14:textId="6C9CB64B" w:rsidTr="00692D79">
        <w:tc>
          <w:tcPr>
            <w:tcW w:w="242" w:type="pct"/>
            <w:shd w:val="clear" w:color="auto" w:fill="FAFAFA"/>
            <w:tcMar>
              <w:top w:w="50" w:type="dxa"/>
              <w:left w:w="50" w:type="dxa"/>
              <w:bottom w:w="50" w:type="dxa"/>
              <w:right w:w="50" w:type="dxa"/>
            </w:tcMar>
          </w:tcPr>
          <w:p w14:paraId="2774BCC4" w14:textId="77777777" w:rsidR="000149C7" w:rsidRPr="001A766D" w:rsidRDefault="000149C7" w:rsidP="001A766D">
            <w:pPr>
              <w:pStyle w:val="ListParagraph"/>
              <w:numPr>
                <w:ilvl w:val="0"/>
                <w:numId w:val="10"/>
              </w:numPr>
              <w:spacing w:after="0"/>
              <w:jc w:val="center"/>
              <w:rPr>
                <w:rFonts w:ascii="Arial" w:hAnsi="Arial" w:cs="Arial"/>
                <w:color w:val="auto"/>
                <w:szCs w:val="17"/>
              </w:rPr>
            </w:pPr>
          </w:p>
        </w:tc>
        <w:tc>
          <w:tcPr>
            <w:tcW w:w="1565" w:type="pct"/>
            <w:shd w:val="clear" w:color="auto" w:fill="auto"/>
            <w:tcMar>
              <w:top w:w="50" w:type="dxa"/>
              <w:left w:w="50" w:type="dxa"/>
              <w:bottom w:w="50" w:type="dxa"/>
              <w:right w:w="50" w:type="dxa"/>
            </w:tcMar>
            <w:vAlign w:val="bottom"/>
          </w:tcPr>
          <w:p w14:paraId="447A85CB" w14:textId="71A70F8C" w:rsidR="000149C7" w:rsidRDefault="000149C7" w:rsidP="002351DC">
            <w:pPr>
              <w:spacing w:after="0"/>
              <w:rPr>
                <w:rFonts w:ascii="Arial" w:hAnsi="Arial" w:cs="Arial"/>
                <w:color w:val="auto"/>
                <w:szCs w:val="17"/>
              </w:rPr>
            </w:pPr>
            <w:r>
              <w:rPr>
                <w:color w:val="000000"/>
                <w:sz w:val="20"/>
                <w:szCs w:val="20"/>
              </w:rPr>
              <w:t>Glycol Chemical</w:t>
            </w:r>
          </w:p>
        </w:tc>
        <w:tc>
          <w:tcPr>
            <w:tcW w:w="1808" w:type="pct"/>
            <w:shd w:val="clear" w:color="auto" w:fill="auto"/>
            <w:vAlign w:val="bottom"/>
          </w:tcPr>
          <w:p w14:paraId="2B6B8760" w14:textId="14FEE6E2" w:rsidR="000149C7" w:rsidRDefault="000149C7" w:rsidP="002351DC">
            <w:pPr>
              <w:spacing w:after="0"/>
              <w:rPr>
                <w:rFonts w:ascii="Arial" w:hAnsi="Arial" w:cs="Arial"/>
                <w:color w:val="auto"/>
                <w:szCs w:val="17"/>
              </w:rPr>
            </w:pPr>
            <w:r>
              <w:rPr>
                <w:color w:val="000000"/>
                <w:sz w:val="20"/>
                <w:szCs w:val="20"/>
              </w:rPr>
              <w:t>Grade 5</w:t>
            </w:r>
          </w:p>
        </w:tc>
        <w:tc>
          <w:tcPr>
            <w:tcW w:w="496" w:type="pct"/>
            <w:shd w:val="clear" w:color="auto" w:fill="auto"/>
            <w:tcMar>
              <w:top w:w="50" w:type="dxa"/>
              <w:left w:w="50" w:type="dxa"/>
              <w:bottom w:w="50" w:type="dxa"/>
              <w:right w:w="50" w:type="dxa"/>
            </w:tcMar>
            <w:vAlign w:val="bottom"/>
          </w:tcPr>
          <w:p w14:paraId="5735446B" w14:textId="72CE0161" w:rsidR="000149C7" w:rsidRDefault="000149C7" w:rsidP="002351DC">
            <w:pPr>
              <w:spacing w:after="0"/>
              <w:rPr>
                <w:rFonts w:ascii="Arial" w:hAnsi="Arial" w:cs="Arial"/>
                <w:color w:val="auto"/>
                <w:szCs w:val="17"/>
              </w:rPr>
            </w:pPr>
            <w:r>
              <w:rPr>
                <w:color w:val="000000"/>
                <w:sz w:val="20"/>
                <w:szCs w:val="20"/>
              </w:rPr>
              <w:t>2 Liter</w:t>
            </w:r>
          </w:p>
        </w:tc>
        <w:tc>
          <w:tcPr>
            <w:tcW w:w="390" w:type="pct"/>
            <w:shd w:val="clear" w:color="auto" w:fill="auto"/>
            <w:tcMar>
              <w:top w:w="50" w:type="dxa"/>
              <w:left w:w="50" w:type="dxa"/>
              <w:bottom w:w="50" w:type="dxa"/>
              <w:right w:w="50" w:type="dxa"/>
            </w:tcMar>
            <w:vAlign w:val="bottom"/>
          </w:tcPr>
          <w:p w14:paraId="318E8ED8" w14:textId="3DB5F3E8" w:rsidR="000149C7" w:rsidRPr="00B03582" w:rsidRDefault="000149C7" w:rsidP="002351DC">
            <w:pPr>
              <w:spacing w:after="0"/>
              <w:rPr>
                <w:rFonts w:ascii="Arial" w:hAnsi="Arial" w:cs="Arial"/>
                <w:color w:val="auto"/>
                <w:szCs w:val="17"/>
              </w:rPr>
            </w:pPr>
            <w:r w:rsidRPr="00E555C3">
              <w:rPr>
                <w:rFonts w:ascii="Arial" w:hAnsi="Arial" w:cs="Arial"/>
                <w:color w:val="auto"/>
                <w:szCs w:val="17"/>
              </w:rPr>
              <w:t>Liter</w:t>
            </w:r>
          </w:p>
        </w:tc>
        <w:tc>
          <w:tcPr>
            <w:tcW w:w="500" w:type="pct"/>
          </w:tcPr>
          <w:p w14:paraId="530A5A2C" w14:textId="446F4650" w:rsidR="000149C7" w:rsidRPr="00E555C3" w:rsidRDefault="0023617B" w:rsidP="002351DC">
            <w:pPr>
              <w:spacing w:after="0"/>
              <w:rPr>
                <w:rFonts w:ascii="Arial" w:hAnsi="Arial" w:cs="Arial"/>
                <w:color w:val="auto"/>
                <w:szCs w:val="17"/>
              </w:rPr>
            </w:pPr>
            <w:r>
              <w:rPr>
                <w:rFonts w:ascii="Arial" w:hAnsi="Arial" w:cs="Arial"/>
                <w:noProof/>
                <w:color w:val="auto"/>
                <w:szCs w:val="17"/>
              </w:rPr>
              <w:drawing>
                <wp:inline distT="0" distB="0" distL="0" distR="0" wp14:anchorId="7BE955D5" wp14:editId="7F591E56">
                  <wp:extent cx="606287" cy="606287"/>
                  <wp:effectExtent l="0" t="0" r="3810" b="381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18.jpg"/>
                          <pic:cNvPicPr/>
                        </pic:nvPicPr>
                        <pic:blipFill>
                          <a:blip r:embed="rId23">
                            <a:extLst>
                              <a:ext uri="{28A0092B-C50C-407E-A947-70E740481C1C}">
                                <a14:useLocalDpi xmlns:a14="http://schemas.microsoft.com/office/drawing/2010/main" val="0"/>
                              </a:ext>
                            </a:extLst>
                          </a:blip>
                          <a:stretch>
                            <a:fillRect/>
                          </a:stretch>
                        </pic:blipFill>
                        <pic:spPr>
                          <a:xfrm>
                            <a:off x="0" y="0"/>
                            <a:ext cx="614967" cy="614967"/>
                          </a:xfrm>
                          <a:prstGeom prst="rect">
                            <a:avLst/>
                          </a:prstGeom>
                        </pic:spPr>
                      </pic:pic>
                    </a:graphicData>
                  </a:graphic>
                </wp:inline>
              </w:drawing>
            </w:r>
          </w:p>
        </w:tc>
      </w:tr>
      <w:tr w:rsidR="009D3325" w:rsidRPr="00B03582" w14:paraId="476A0D79" w14:textId="4F323ECC" w:rsidTr="00692D79">
        <w:tc>
          <w:tcPr>
            <w:tcW w:w="242" w:type="pct"/>
            <w:shd w:val="clear" w:color="auto" w:fill="FAFAFA"/>
            <w:tcMar>
              <w:top w:w="50" w:type="dxa"/>
              <w:left w:w="50" w:type="dxa"/>
              <w:bottom w:w="50" w:type="dxa"/>
              <w:right w:w="50" w:type="dxa"/>
            </w:tcMar>
          </w:tcPr>
          <w:p w14:paraId="4747866C" w14:textId="77777777" w:rsidR="000149C7" w:rsidRPr="001A766D" w:rsidRDefault="000149C7" w:rsidP="002351DC">
            <w:pPr>
              <w:pStyle w:val="ListParagraph"/>
              <w:numPr>
                <w:ilvl w:val="0"/>
                <w:numId w:val="10"/>
              </w:numPr>
              <w:spacing w:after="0"/>
              <w:jc w:val="center"/>
              <w:rPr>
                <w:rFonts w:ascii="Arial" w:hAnsi="Arial" w:cs="Arial"/>
                <w:color w:val="auto"/>
                <w:szCs w:val="17"/>
              </w:rPr>
            </w:pPr>
          </w:p>
        </w:tc>
        <w:tc>
          <w:tcPr>
            <w:tcW w:w="1565" w:type="pct"/>
            <w:shd w:val="clear" w:color="auto" w:fill="auto"/>
            <w:tcMar>
              <w:top w:w="50" w:type="dxa"/>
              <w:left w:w="50" w:type="dxa"/>
              <w:bottom w:w="50" w:type="dxa"/>
              <w:right w:w="50" w:type="dxa"/>
            </w:tcMar>
            <w:vAlign w:val="bottom"/>
          </w:tcPr>
          <w:p w14:paraId="1DFCC4F0" w14:textId="40901514" w:rsidR="000149C7" w:rsidRDefault="000149C7" w:rsidP="002351DC">
            <w:pPr>
              <w:spacing w:after="0"/>
              <w:rPr>
                <w:rFonts w:ascii="Arial" w:hAnsi="Arial" w:cs="Arial"/>
                <w:color w:val="auto"/>
                <w:szCs w:val="17"/>
              </w:rPr>
            </w:pPr>
            <w:proofErr w:type="spellStart"/>
            <w:r>
              <w:rPr>
                <w:color w:val="000000"/>
                <w:sz w:val="20"/>
                <w:szCs w:val="20"/>
              </w:rPr>
              <w:t>Elfi</w:t>
            </w:r>
            <w:proofErr w:type="spellEnd"/>
          </w:p>
        </w:tc>
        <w:tc>
          <w:tcPr>
            <w:tcW w:w="1808" w:type="pct"/>
            <w:shd w:val="clear" w:color="auto" w:fill="auto"/>
            <w:vAlign w:val="bottom"/>
          </w:tcPr>
          <w:p w14:paraId="051BEDA7" w14:textId="72858677" w:rsidR="000149C7" w:rsidRDefault="000149C7" w:rsidP="002351DC">
            <w:pPr>
              <w:spacing w:after="0"/>
              <w:rPr>
                <w:rFonts w:ascii="Arial" w:hAnsi="Arial" w:cs="Arial"/>
                <w:color w:val="auto"/>
                <w:szCs w:val="17"/>
              </w:rPr>
            </w:pPr>
            <w:r>
              <w:rPr>
                <w:color w:val="000000"/>
                <w:sz w:val="20"/>
                <w:szCs w:val="20"/>
              </w:rPr>
              <w:t>Tube (20 ml)</w:t>
            </w:r>
          </w:p>
        </w:tc>
        <w:tc>
          <w:tcPr>
            <w:tcW w:w="496" w:type="pct"/>
            <w:shd w:val="clear" w:color="auto" w:fill="auto"/>
            <w:tcMar>
              <w:top w:w="50" w:type="dxa"/>
              <w:left w:w="50" w:type="dxa"/>
              <w:bottom w:w="50" w:type="dxa"/>
              <w:right w:w="50" w:type="dxa"/>
            </w:tcMar>
            <w:vAlign w:val="bottom"/>
          </w:tcPr>
          <w:p w14:paraId="1B78D791" w14:textId="03FBCE49" w:rsidR="000149C7" w:rsidRDefault="000149C7" w:rsidP="002351DC">
            <w:pPr>
              <w:spacing w:after="0"/>
              <w:rPr>
                <w:rFonts w:ascii="Arial" w:hAnsi="Arial" w:cs="Arial"/>
                <w:color w:val="auto"/>
                <w:szCs w:val="17"/>
              </w:rPr>
            </w:pPr>
            <w:r>
              <w:rPr>
                <w:color w:val="000000"/>
                <w:sz w:val="20"/>
                <w:szCs w:val="20"/>
              </w:rPr>
              <w:t>1 Piece</w:t>
            </w:r>
          </w:p>
        </w:tc>
        <w:tc>
          <w:tcPr>
            <w:tcW w:w="390" w:type="pct"/>
            <w:shd w:val="clear" w:color="auto" w:fill="auto"/>
            <w:tcMar>
              <w:top w:w="50" w:type="dxa"/>
              <w:left w:w="50" w:type="dxa"/>
              <w:bottom w:w="50" w:type="dxa"/>
              <w:right w:w="50" w:type="dxa"/>
            </w:tcMar>
          </w:tcPr>
          <w:p w14:paraId="05F29C7D" w14:textId="5498E9B9" w:rsidR="000149C7" w:rsidRPr="00B03582" w:rsidRDefault="000149C7" w:rsidP="002351DC">
            <w:pPr>
              <w:spacing w:after="0"/>
              <w:rPr>
                <w:rFonts w:ascii="Arial" w:hAnsi="Arial" w:cs="Arial"/>
                <w:color w:val="auto"/>
                <w:szCs w:val="17"/>
              </w:rPr>
            </w:pPr>
            <w:r w:rsidRPr="00545099">
              <w:rPr>
                <w:rFonts w:ascii="Arial" w:hAnsi="Arial" w:cs="Arial"/>
                <w:color w:val="auto"/>
                <w:szCs w:val="17"/>
              </w:rPr>
              <w:t>Nos</w:t>
            </w:r>
          </w:p>
        </w:tc>
        <w:tc>
          <w:tcPr>
            <w:tcW w:w="500" w:type="pct"/>
          </w:tcPr>
          <w:p w14:paraId="559FF8C4" w14:textId="72085CA5" w:rsidR="000149C7" w:rsidRPr="00545099" w:rsidRDefault="0023617B" w:rsidP="002351DC">
            <w:pPr>
              <w:spacing w:after="0"/>
              <w:rPr>
                <w:rFonts w:ascii="Arial" w:hAnsi="Arial" w:cs="Arial"/>
                <w:color w:val="auto"/>
                <w:szCs w:val="17"/>
              </w:rPr>
            </w:pPr>
            <w:r>
              <w:rPr>
                <w:rFonts w:ascii="Arial" w:hAnsi="Arial" w:cs="Arial"/>
                <w:noProof/>
                <w:color w:val="auto"/>
                <w:szCs w:val="17"/>
              </w:rPr>
              <w:drawing>
                <wp:inline distT="0" distB="0" distL="0" distR="0" wp14:anchorId="45D70E64" wp14:editId="1B9E6EE8">
                  <wp:extent cx="654221" cy="646043"/>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19.jpg"/>
                          <pic:cNvPicPr/>
                        </pic:nvPicPr>
                        <pic:blipFill>
                          <a:blip r:embed="rId24">
                            <a:extLst>
                              <a:ext uri="{28A0092B-C50C-407E-A947-70E740481C1C}">
                                <a14:useLocalDpi xmlns:a14="http://schemas.microsoft.com/office/drawing/2010/main" val="0"/>
                              </a:ext>
                            </a:extLst>
                          </a:blip>
                          <a:stretch>
                            <a:fillRect/>
                          </a:stretch>
                        </pic:blipFill>
                        <pic:spPr>
                          <a:xfrm>
                            <a:off x="0" y="0"/>
                            <a:ext cx="656875" cy="648664"/>
                          </a:xfrm>
                          <a:prstGeom prst="rect">
                            <a:avLst/>
                          </a:prstGeom>
                        </pic:spPr>
                      </pic:pic>
                    </a:graphicData>
                  </a:graphic>
                </wp:inline>
              </w:drawing>
            </w:r>
          </w:p>
        </w:tc>
      </w:tr>
      <w:tr w:rsidR="009D3325" w:rsidRPr="00B03582" w14:paraId="0900F668" w14:textId="75175D2D" w:rsidTr="00692D79">
        <w:tc>
          <w:tcPr>
            <w:tcW w:w="242" w:type="pct"/>
            <w:shd w:val="clear" w:color="auto" w:fill="FAFAFA"/>
            <w:tcMar>
              <w:top w:w="50" w:type="dxa"/>
              <w:left w:w="50" w:type="dxa"/>
              <w:bottom w:w="50" w:type="dxa"/>
              <w:right w:w="50" w:type="dxa"/>
            </w:tcMar>
          </w:tcPr>
          <w:p w14:paraId="676F03F9" w14:textId="77777777" w:rsidR="000149C7" w:rsidRPr="001A766D" w:rsidRDefault="000149C7" w:rsidP="002351DC">
            <w:pPr>
              <w:pStyle w:val="ListParagraph"/>
              <w:numPr>
                <w:ilvl w:val="0"/>
                <w:numId w:val="10"/>
              </w:numPr>
              <w:spacing w:after="0"/>
              <w:jc w:val="center"/>
              <w:rPr>
                <w:rFonts w:ascii="Arial" w:hAnsi="Arial" w:cs="Arial"/>
                <w:color w:val="auto"/>
                <w:szCs w:val="17"/>
              </w:rPr>
            </w:pPr>
          </w:p>
        </w:tc>
        <w:tc>
          <w:tcPr>
            <w:tcW w:w="1565" w:type="pct"/>
            <w:shd w:val="clear" w:color="auto" w:fill="auto"/>
            <w:tcMar>
              <w:top w:w="50" w:type="dxa"/>
              <w:left w:w="50" w:type="dxa"/>
              <w:bottom w:w="50" w:type="dxa"/>
              <w:right w:w="50" w:type="dxa"/>
            </w:tcMar>
            <w:vAlign w:val="bottom"/>
          </w:tcPr>
          <w:p w14:paraId="28F86018" w14:textId="62A14774" w:rsidR="000149C7" w:rsidRDefault="000149C7" w:rsidP="002351DC">
            <w:pPr>
              <w:spacing w:after="0"/>
              <w:rPr>
                <w:rFonts w:ascii="Arial" w:hAnsi="Arial" w:cs="Arial"/>
                <w:color w:val="auto"/>
                <w:szCs w:val="17"/>
              </w:rPr>
            </w:pPr>
            <w:r>
              <w:rPr>
                <w:color w:val="000000"/>
                <w:sz w:val="20"/>
                <w:szCs w:val="20"/>
              </w:rPr>
              <w:t>Cell (AAA)</w:t>
            </w:r>
          </w:p>
        </w:tc>
        <w:tc>
          <w:tcPr>
            <w:tcW w:w="1808" w:type="pct"/>
            <w:shd w:val="clear" w:color="auto" w:fill="auto"/>
            <w:vAlign w:val="bottom"/>
          </w:tcPr>
          <w:p w14:paraId="5B8B3D20" w14:textId="603F1584" w:rsidR="000149C7" w:rsidRDefault="000149C7" w:rsidP="002351DC">
            <w:pPr>
              <w:spacing w:after="0"/>
              <w:rPr>
                <w:rFonts w:ascii="Arial" w:hAnsi="Arial" w:cs="Arial"/>
                <w:color w:val="auto"/>
                <w:szCs w:val="17"/>
              </w:rPr>
            </w:pPr>
            <w:r>
              <w:rPr>
                <w:color w:val="000000"/>
                <w:sz w:val="20"/>
                <w:szCs w:val="20"/>
              </w:rPr>
              <w:t>Power Plus 1.5 v</w:t>
            </w:r>
          </w:p>
        </w:tc>
        <w:tc>
          <w:tcPr>
            <w:tcW w:w="496" w:type="pct"/>
            <w:shd w:val="clear" w:color="auto" w:fill="auto"/>
            <w:tcMar>
              <w:top w:w="50" w:type="dxa"/>
              <w:left w:w="50" w:type="dxa"/>
              <w:bottom w:w="50" w:type="dxa"/>
              <w:right w:w="50" w:type="dxa"/>
            </w:tcMar>
            <w:vAlign w:val="bottom"/>
          </w:tcPr>
          <w:p w14:paraId="07B4EE9D" w14:textId="2D47AE83" w:rsidR="000149C7" w:rsidRDefault="000149C7" w:rsidP="002351DC">
            <w:pPr>
              <w:spacing w:after="0"/>
              <w:rPr>
                <w:rFonts w:ascii="Arial" w:hAnsi="Arial" w:cs="Arial"/>
                <w:color w:val="auto"/>
                <w:szCs w:val="17"/>
              </w:rPr>
            </w:pPr>
            <w:r>
              <w:rPr>
                <w:color w:val="000000"/>
                <w:sz w:val="20"/>
                <w:szCs w:val="20"/>
              </w:rPr>
              <w:t>12 Pair</w:t>
            </w:r>
          </w:p>
        </w:tc>
        <w:tc>
          <w:tcPr>
            <w:tcW w:w="390" w:type="pct"/>
            <w:shd w:val="clear" w:color="auto" w:fill="auto"/>
            <w:tcMar>
              <w:top w:w="50" w:type="dxa"/>
              <w:left w:w="50" w:type="dxa"/>
              <w:bottom w:w="50" w:type="dxa"/>
              <w:right w:w="50" w:type="dxa"/>
            </w:tcMar>
          </w:tcPr>
          <w:p w14:paraId="4332A56C" w14:textId="094B4DA1" w:rsidR="000149C7" w:rsidRPr="00B03582" w:rsidRDefault="000149C7" w:rsidP="002351DC">
            <w:pPr>
              <w:spacing w:after="0"/>
              <w:rPr>
                <w:rFonts w:ascii="Arial" w:hAnsi="Arial" w:cs="Arial"/>
                <w:color w:val="auto"/>
                <w:szCs w:val="17"/>
              </w:rPr>
            </w:pPr>
            <w:r w:rsidRPr="00545099">
              <w:rPr>
                <w:rFonts w:ascii="Arial" w:hAnsi="Arial" w:cs="Arial"/>
                <w:color w:val="auto"/>
                <w:szCs w:val="17"/>
              </w:rPr>
              <w:t>Nos</w:t>
            </w:r>
          </w:p>
        </w:tc>
        <w:tc>
          <w:tcPr>
            <w:tcW w:w="500" w:type="pct"/>
          </w:tcPr>
          <w:p w14:paraId="1C5E8FB8" w14:textId="1A0AF957" w:rsidR="000149C7" w:rsidRPr="00545099" w:rsidRDefault="003E57E8" w:rsidP="002351DC">
            <w:pPr>
              <w:spacing w:after="0"/>
              <w:rPr>
                <w:rFonts w:ascii="Arial" w:hAnsi="Arial" w:cs="Arial"/>
                <w:color w:val="auto"/>
                <w:szCs w:val="17"/>
              </w:rPr>
            </w:pPr>
            <w:r>
              <w:rPr>
                <w:rFonts w:ascii="Arial" w:hAnsi="Arial" w:cs="Arial"/>
                <w:noProof/>
                <w:color w:val="auto"/>
                <w:szCs w:val="17"/>
              </w:rPr>
              <w:drawing>
                <wp:inline distT="0" distB="0" distL="0" distR="0" wp14:anchorId="320C4723" wp14:editId="1552CEBD">
                  <wp:extent cx="639556" cy="639556"/>
                  <wp:effectExtent l="0" t="0" r="8255" b="825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20.jpg"/>
                          <pic:cNvPicPr/>
                        </pic:nvPicPr>
                        <pic:blipFill>
                          <a:blip r:embed="rId25">
                            <a:extLst>
                              <a:ext uri="{28A0092B-C50C-407E-A947-70E740481C1C}">
                                <a14:useLocalDpi xmlns:a14="http://schemas.microsoft.com/office/drawing/2010/main" val="0"/>
                              </a:ext>
                            </a:extLst>
                          </a:blip>
                          <a:stretch>
                            <a:fillRect/>
                          </a:stretch>
                        </pic:blipFill>
                        <pic:spPr>
                          <a:xfrm>
                            <a:off x="0" y="0"/>
                            <a:ext cx="642527" cy="642527"/>
                          </a:xfrm>
                          <a:prstGeom prst="rect">
                            <a:avLst/>
                          </a:prstGeom>
                        </pic:spPr>
                      </pic:pic>
                    </a:graphicData>
                  </a:graphic>
                </wp:inline>
              </w:drawing>
            </w:r>
          </w:p>
        </w:tc>
      </w:tr>
      <w:tr w:rsidR="009D3325" w:rsidRPr="00B03582" w14:paraId="799AB0BC" w14:textId="72BC4FCC" w:rsidTr="00692D79">
        <w:tc>
          <w:tcPr>
            <w:tcW w:w="242" w:type="pct"/>
            <w:shd w:val="clear" w:color="auto" w:fill="FAFAFA"/>
            <w:tcMar>
              <w:top w:w="50" w:type="dxa"/>
              <w:left w:w="50" w:type="dxa"/>
              <w:bottom w:w="50" w:type="dxa"/>
              <w:right w:w="50" w:type="dxa"/>
            </w:tcMar>
          </w:tcPr>
          <w:p w14:paraId="14CC07F6" w14:textId="77777777" w:rsidR="000149C7" w:rsidRPr="001A766D" w:rsidRDefault="000149C7" w:rsidP="002351DC">
            <w:pPr>
              <w:pStyle w:val="ListParagraph"/>
              <w:numPr>
                <w:ilvl w:val="0"/>
                <w:numId w:val="10"/>
              </w:numPr>
              <w:spacing w:after="0"/>
              <w:jc w:val="center"/>
              <w:rPr>
                <w:rFonts w:ascii="Arial" w:hAnsi="Arial" w:cs="Arial"/>
                <w:color w:val="auto"/>
                <w:szCs w:val="17"/>
              </w:rPr>
            </w:pPr>
          </w:p>
        </w:tc>
        <w:tc>
          <w:tcPr>
            <w:tcW w:w="1565" w:type="pct"/>
            <w:shd w:val="clear" w:color="auto" w:fill="auto"/>
            <w:tcMar>
              <w:top w:w="50" w:type="dxa"/>
              <w:left w:w="50" w:type="dxa"/>
              <w:bottom w:w="50" w:type="dxa"/>
              <w:right w:w="50" w:type="dxa"/>
            </w:tcMar>
            <w:vAlign w:val="bottom"/>
          </w:tcPr>
          <w:p w14:paraId="725A164C" w14:textId="2E61A8EC" w:rsidR="000149C7" w:rsidRDefault="000149C7" w:rsidP="002351DC">
            <w:pPr>
              <w:spacing w:after="0"/>
              <w:rPr>
                <w:rFonts w:ascii="Arial" w:hAnsi="Arial" w:cs="Arial"/>
                <w:color w:val="auto"/>
                <w:szCs w:val="17"/>
              </w:rPr>
            </w:pPr>
            <w:r>
              <w:rPr>
                <w:color w:val="000000"/>
                <w:sz w:val="20"/>
                <w:szCs w:val="20"/>
              </w:rPr>
              <w:t>Glass Tubes</w:t>
            </w:r>
          </w:p>
        </w:tc>
        <w:tc>
          <w:tcPr>
            <w:tcW w:w="1808" w:type="pct"/>
            <w:shd w:val="clear" w:color="auto" w:fill="auto"/>
            <w:vAlign w:val="bottom"/>
          </w:tcPr>
          <w:p w14:paraId="051648B7" w14:textId="739A3B00" w:rsidR="000149C7" w:rsidRDefault="000149C7" w:rsidP="002351DC">
            <w:pPr>
              <w:spacing w:after="0"/>
              <w:rPr>
                <w:rFonts w:ascii="Arial" w:hAnsi="Arial" w:cs="Arial"/>
                <w:color w:val="auto"/>
                <w:szCs w:val="17"/>
              </w:rPr>
            </w:pPr>
            <w:proofErr w:type="spellStart"/>
            <w:r>
              <w:rPr>
                <w:color w:val="000000"/>
                <w:sz w:val="20"/>
                <w:szCs w:val="20"/>
              </w:rPr>
              <w:t>Dia</w:t>
            </w:r>
            <w:proofErr w:type="spellEnd"/>
            <w:r>
              <w:rPr>
                <w:color w:val="000000"/>
                <w:sz w:val="20"/>
                <w:szCs w:val="20"/>
              </w:rPr>
              <w:t>=10mm L= 1m</w:t>
            </w:r>
          </w:p>
        </w:tc>
        <w:tc>
          <w:tcPr>
            <w:tcW w:w="496" w:type="pct"/>
            <w:shd w:val="clear" w:color="auto" w:fill="auto"/>
            <w:tcMar>
              <w:top w:w="50" w:type="dxa"/>
              <w:left w:w="50" w:type="dxa"/>
              <w:bottom w:w="50" w:type="dxa"/>
              <w:right w:w="50" w:type="dxa"/>
            </w:tcMar>
            <w:vAlign w:val="bottom"/>
          </w:tcPr>
          <w:p w14:paraId="42F0458F" w14:textId="0EC20A7D" w:rsidR="000149C7" w:rsidRDefault="000149C7" w:rsidP="002351DC">
            <w:pPr>
              <w:spacing w:after="0"/>
              <w:rPr>
                <w:rFonts w:ascii="Arial" w:hAnsi="Arial" w:cs="Arial"/>
                <w:color w:val="auto"/>
                <w:szCs w:val="17"/>
              </w:rPr>
            </w:pPr>
            <w:r>
              <w:rPr>
                <w:color w:val="000000"/>
                <w:sz w:val="20"/>
                <w:szCs w:val="20"/>
              </w:rPr>
              <w:t>2 Pieces</w:t>
            </w:r>
          </w:p>
        </w:tc>
        <w:tc>
          <w:tcPr>
            <w:tcW w:w="390" w:type="pct"/>
            <w:shd w:val="clear" w:color="auto" w:fill="auto"/>
            <w:tcMar>
              <w:top w:w="50" w:type="dxa"/>
              <w:left w:w="50" w:type="dxa"/>
              <w:bottom w:w="50" w:type="dxa"/>
              <w:right w:w="50" w:type="dxa"/>
            </w:tcMar>
          </w:tcPr>
          <w:p w14:paraId="16A957D1" w14:textId="28EDD0C9" w:rsidR="000149C7" w:rsidRPr="00B03582" w:rsidRDefault="000149C7" w:rsidP="002351DC">
            <w:pPr>
              <w:spacing w:after="0"/>
              <w:rPr>
                <w:rFonts w:ascii="Arial" w:hAnsi="Arial" w:cs="Arial"/>
                <w:color w:val="auto"/>
                <w:szCs w:val="17"/>
              </w:rPr>
            </w:pPr>
            <w:r w:rsidRPr="00545099">
              <w:rPr>
                <w:rFonts w:ascii="Arial" w:hAnsi="Arial" w:cs="Arial"/>
                <w:color w:val="auto"/>
                <w:szCs w:val="17"/>
              </w:rPr>
              <w:t>Nos</w:t>
            </w:r>
          </w:p>
        </w:tc>
        <w:tc>
          <w:tcPr>
            <w:tcW w:w="500" w:type="pct"/>
          </w:tcPr>
          <w:p w14:paraId="3D4E29AA" w14:textId="4205BDC7" w:rsidR="000149C7" w:rsidRPr="00545099" w:rsidRDefault="00587BEB" w:rsidP="002351DC">
            <w:pPr>
              <w:spacing w:after="0"/>
              <w:rPr>
                <w:rFonts w:ascii="Arial" w:hAnsi="Arial" w:cs="Arial"/>
                <w:color w:val="auto"/>
                <w:szCs w:val="17"/>
              </w:rPr>
            </w:pPr>
            <w:r>
              <w:rPr>
                <w:rFonts w:ascii="Arial" w:hAnsi="Arial" w:cs="Arial"/>
                <w:noProof/>
                <w:color w:val="auto"/>
                <w:szCs w:val="17"/>
              </w:rPr>
              <w:drawing>
                <wp:inline distT="0" distB="0" distL="0" distR="0" wp14:anchorId="714E4C96" wp14:editId="2649B0B2">
                  <wp:extent cx="556591" cy="556591"/>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21.jpeg"/>
                          <pic:cNvPicPr/>
                        </pic:nvPicPr>
                        <pic:blipFill>
                          <a:blip r:embed="rId26">
                            <a:extLst>
                              <a:ext uri="{28A0092B-C50C-407E-A947-70E740481C1C}">
                                <a14:useLocalDpi xmlns:a14="http://schemas.microsoft.com/office/drawing/2010/main" val="0"/>
                              </a:ext>
                            </a:extLst>
                          </a:blip>
                          <a:stretch>
                            <a:fillRect/>
                          </a:stretch>
                        </pic:blipFill>
                        <pic:spPr>
                          <a:xfrm>
                            <a:off x="0" y="0"/>
                            <a:ext cx="564571" cy="564571"/>
                          </a:xfrm>
                          <a:prstGeom prst="rect">
                            <a:avLst/>
                          </a:prstGeom>
                        </pic:spPr>
                      </pic:pic>
                    </a:graphicData>
                  </a:graphic>
                </wp:inline>
              </w:drawing>
            </w:r>
          </w:p>
        </w:tc>
      </w:tr>
      <w:tr w:rsidR="009D3325" w:rsidRPr="00B03582" w14:paraId="25357149" w14:textId="7AA12F9A" w:rsidTr="00692D79">
        <w:tc>
          <w:tcPr>
            <w:tcW w:w="242" w:type="pct"/>
            <w:shd w:val="clear" w:color="auto" w:fill="FAFAFA"/>
            <w:tcMar>
              <w:top w:w="50" w:type="dxa"/>
              <w:left w:w="50" w:type="dxa"/>
              <w:bottom w:w="50" w:type="dxa"/>
              <w:right w:w="50" w:type="dxa"/>
            </w:tcMar>
          </w:tcPr>
          <w:p w14:paraId="55EDABC8" w14:textId="77777777" w:rsidR="000149C7" w:rsidRPr="001A766D" w:rsidRDefault="000149C7" w:rsidP="002351DC">
            <w:pPr>
              <w:pStyle w:val="ListParagraph"/>
              <w:numPr>
                <w:ilvl w:val="0"/>
                <w:numId w:val="10"/>
              </w:numPr>
              <w:spacing w:after="0"/>
              <w:jc w:val="center"/>
              <w:rPr>
                <w:rFonts w:ascii="Arial" w:hAnsi="Arial" w:cs="Arial"/>
                <w:color w:val="auto"/>
                <w:szCs w:val="17"/>
              </w:rPr>
            </w:pPr>
          </w:p>
        </w:tc>
        <w:tc>
          <w:tcPr>
            <w:tcW w:w="1565" w:type="pct"/>
            <w:shd w:val="clear" w:color="auto" w:fill="auto"/>
            <w:tcMar>
              <w:top w:w="50" w:type="dxa"/>
              <w:left w:w="50" w:type="dxa"/>
              <w:bottom w:w="50" w:type="dxa"/>
              <w:right w:w="50" w:type="dxa"/>
            </w:tcMar>
            <w:vAlign w:val="bottom"/>
          </w:tcPr>
          <w:p w14:paraId="19E40B0C" w14:textId="67B89E59" w:rsidR="000149C7" w:rsidRDefault="000149C7" w:rsidP="002351DC">
            <w:pPr>
              <w:spacing w:after="0"/>
              <w:rPr>
                <w:rFonts w:ascii="Arial" w:hAnsi="Arial" w:cs="Arial"/>
                <w:color w:val="auto"/>
                <w:szCs w:val="17"/>
              </w:rPr>
            </w:pPr>
            <w:r>
              <w:rPr>
                <w:color w:val="000000"/>
                <w:sz w:val="20"/>
                <w:szCs w:val="20"/>
              </w:rPr>
              <w:t>Pipe Fitting ( Quick Fitting)</w:t>
            </w:r>
          </w:p>
        </w:tc>
        <w:tc>
          <w:tcPr>
            <w:tcW w:w="1808" w:type="pct"/>
            <w:shd w:val="clear" w:color="auto" w:fill="auto"/>
            <w:vAlign w:val="bottom"/>
          </w:tcPr>
          <w:p w14:paraId="5C889AB5" w14:textId="6EAC52F6" w:rsidR="000149C7" w:rsidRDefault="000149C7" w:rsidP="002351DC">
            <w:pPr>
              <w:spacing w:after="0"/>
              <w:rPr>
                <w:rFonts w:ascii="Arial" w:hAnsi="Arial" w:cs="Arial"/>
                <w:color w:val="auto"/>
                <w:szCs w:val="17"/>
              </w:rPr>
            </w:pPr>
            <w:proofErr w:type="spellStart"/>
            <w:r>
              <w:rPr>
                <w:color w:val="000000"/>
                <w:sz w:val="20"/>
                <w:szCs w:val="20"/>
              </w:rPr>
              <w:t>Dia</w:t>
            </w:r>
            <w:proofErr w:type="spellEnd"/>
            <w:r>
              <w:rPr>
                <w:color w:val="000000"/>
                <w:sz w:val="20"/>
                <w:szCs w:val="20"/>
              </w:rPr>
              <w:t>=1 Inch</w:t>
            </w:r>
          </w:p>
        </w:tc>
        <w:tc>
          <w:tcPr>
            <w:tcW w:w="496" w:type="pct"/>
            <w:shd w:val="clear" w:color="auto" w:fill="auto"/>
            <w:tcMar>
              <w:top w:w="50" w:type="dxa"/>
              <w:left w:w="50" w:type="dxa"/>
              <w:bottom w:w="50" w:type="dxa"/>
              <w:right w:w="50" w:type="dxa"/>
            </w:tcMar>
            <w:vAlign w:val="bottom"/>
          </w:tcPr>
          <w:p w14:paraId="7FA3F94D" w14:textId="6C22B7B9" w:rsidR="000149C7" w:rsidRDefault="000149C7" w:rsidP="002351DC">
            <w:pPr>
              <w:spacing w:after="0"/>
              <w:rPr>
                <w:rFonts w:ascii="Arial" w:hAnsi="Arial" w:cs="Arial"/>
                <w:color w:val="auto"/>
                <w:szCs w:val="17"/>
              </w:rPr>
            </w:pPr>
            <w:r>
              <w:rPr>
                <w:color w:val="000000"/>
                <w:sz w:val="20"/>
                <w:szCs w:val="20"/>
              </w:rPr>
              <w:t>6 Pieces</w:t>
            </w:r>
          </w:p>
        </w:tc>
        <w:tc>
          <w:tcPr>
            <w:tcW w:w="390" w:type="pct"/>
            <w:shd w:val="clear" w:color="auto" w:fill="auto"/>
            <w:tcMar>
              <w:top w:w="50" w:type="dxa"/>
              <w:left w:w="50" w:type="dxa"/>
              <w:bottom w:w="50" w:type="dxa"/>
              <w:right w:w="50" w:type="dxa"/>
            </w:tcMar>
          </w:tcPr>
          <w:p w14:paraId="50A00039" w14:textId="466F8ACE" w:rsidR="000149C7" w:rsidRPr="00B03582" w:rsidRDefault="000149C7" w:rsidP="002351DC">
            <w:pPr>
              <w:spacing w:after="0"/>
              <w:rPr>
                <w:rFonts w:ascii="Arial" w:hAnsi="Arial" w:cs="Arial"/>
                <w:color w:val="auto"/>
                <w:szCs w:val="17"/>
              </w:rPr>
            </w:pPr>
            <w:r w:rsidRPr="00545099">
              <w:rPr>
                <w:rFonts w:ascii="Arial" w:hAnsi="Arial" w:cs="Arial"/>
                <w:color w:val="auto"/>
                <w:szCs w:val="17"/>
              </w:rPr>
              <w:t>Nos</w:t>
            </w:r>
          </w:p>
        </w:tc>
        <w:tc>
          <w:tcPr>
            <w:tcW w:w="500" w:type="pct"/>
          </w:tcPr>
          <w:p w14:paraId="14AC26C7" w14:textId="18DB3633" w:rsidR="000149C7" w:rsidRPr="00545099" w:rsidRDefault="00587BEB" w:rsidP="002351DC">
            <w:pPr>
              <w:spacing w:after="0"/>
              <w:rPr>
                <w:rFonts w:ascii="Arial" w:hAnsi="Arial" w:cs="Arial"/>
                <w:color w:val="auto"/>
                <w:szCs w:val="17"/>
              </w:rPr>
            </w:pPr>
            <w:r>
              <w:rPr>
                <w:rFonts w:ascii="Arial" w:hAnsi="Arial" w:cs="Arial"/>
                <w:noProof/>
                <w:color w:val="auto"/>
                <w:szCs w:val="17"/>
              </w:rPr>
              <w:drawing>
                <wp:inline distT="0" distB="0" distL="0" distR="0" wp14:anchorId="2CBAFF4C" wp14:editId="1A50D855">
                  <wp:extent cx="603504" cy="603504"/>
                  <wp:effectExtent l="0" t="0" r="6350" b="635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22.jpg"/>
                          <pic:cNvPicPr/>
                        </pic:nvPicPr>
                        <pic:blipFill>
                          <a:blip r:embed="rId27">
                            <a:extLst>
                              <a:ext uri="{28A0092B-C50C-407E-A947-70E740481C1C}">
                                <a14:useLocalDpi xmlns:a14="http://schemas.microsoft.com/office/drawing/2010/main" val="0"/>
                              </a:ext>
                            </a:extLst>
                          </a:blip>
                          <a:stretch>
                            <a:fillRect/>
                          </a:stretch>
                        </pic:blipFill>
                        <pic:spPr>
                          <a:xfrm>
                            <a:off x="0" y="0"/>
                            <a:ext cx="603504" cy="603504"/>
                          </a:xfrm>
                          <a:prstGeom prst="rect">
                            <a:avLst/>
                          </a:prstGeom>
                        </pic:spPr>
                      </pic:pic>
                    </a:graphicData>
                  </a:graphic>
                </wp:inline>
              </w:drawing>
            </w:r>
          </w:p>
        </w:tc>
      </w:tr>
      <w:tr w:rsidR="009D3325" w:rsidRPr="00B03582" w14:paraId="2629B093" w14:textId="2B584F46" w:rsidTr="00692D79">
        <w:tc>
          <w:tcPr>
            <w:tcW w:w="242" w:type="pct"/>
            <w:shd w:val="clear" w:color="auto" w:fill="FAFAFA"/>
            <w:tcMar>
              <w:top w:w="50" w:type="dxa"/>
              <w:left w:w="50" w:type="dxa"/>
              <w:bottom w:w="50" w:type="dxa"/>
              <w:right w:w="50" w:type="dxa"/>
            </w:tcMar>
          </w:tcPr>
          <w:p w14:paraId="57A7511E" w14:textId="77777777" w:rsidR="000149C7" w:rsidRPr="001A766D" w:rsidRDefault="000149C7" w:rsidP="002351DC">
            <w:pPr>
              <w:pStyle w:val="ListParagraph"/>
              <w:numPr>
                <w:ilvl w:val="0"/>
                <w:numId w:val="10"/>
              </w:numPr>
              <w:spacing w:after="0"/>
              <w:jc w:val="center"/>
              <w:rPr>
                <w:rFonts w:ascii="Arial" w:hAnsi="Arial" w:cs="Arial"/>
                <w:color w:val="auto"/>
                <w:szCs w:val="17"/>
              </w:rPr>
            </w:pPr>
          </w:p>
        </w:tc>
        <w:tc>
          <w:tcPr>
            <w:tcW w:w="1565" w:type="pct"/>
            <w:shd w:val="clear" w:color="auto" w:fill="auto"/>
            <w:tcMar>
              <w:top w:w="50" w:type="dxa"/>
              <w:left w:w="50" w:type="dxa"/>
              <w:bottom w:w="50" w:type="dxa"/>
              <w:right w:w="50" w:type="dxa"/>
            </w:tcMar>
            <w:vAlign w:val="bottom"/>
          </w:tcPr>
          <w:p w14:paraId="48DFC4D7" w14:textId="6E77639A" w:rsidR="000149C7" w:rsidRDefault="000149C7" w:rsidP="002351DC">
            <w:pPr>
              <w:spacing w:after="0"/>
              <w:rPr>
                <w:rFonts w:ascii="Arial" w:hAnsi="Arial" w:cs="Arial"/>
                <w:color w:val="auto"/>
                <w:szCs w:val="17"/>
              </w:rPr>
            </w:pPr>
            <w:r>
              <w:rPr>
                <w:color w:val="000000"/>
                <w:sz w:val="20"/>
                <w:szCs w:val="20"/>
              </w:rPr>
              <w:t>Push Connect Pipe Fittings</w:t>
            </w:r>
          </w:p>
        </w:tc>
        <w:tc>
          <w:tcPr>
            <w:tcW w:w="1808" w:type="pct"/>
            <w:shd w:val="clear" w:color="auto" w:fill="auto"/>
            <w:vAlign w:val="bottom"/>
          </w:tcPr>
          <w:p w14:paraId="4B8F36E2" w14:textId="75350B4B" w:rsidR="000149C7" w:rsidRDefault="000149C7" w:rsidP="002351DC">
            <w:pPr>
              <w:spacing w:after="0"/>
              <w:rPr>
                <w:rFonts w:ascii="Arial" w:hAnsi="Arial" w:cs="Arial"/>
                <w:color w:val="auto"/>
                <w:szCs w:val="17"/>
              </w:rPr>
            </w:pPr>
            <w:proofErr w:type="spellStart"/>
            <w:r>
              <w:rPr>
                <w:color w:val="000000"/>
                <w:sz w:val="20"/>
                <w:szCs w:val="20"/>
              </w:rPr>
              <w:t>dia</w:t>
            </w:r>
            <w:proofErr w:type="spellEnd"/>
            <w:r>
              <w:rPr>
                <w:color w:val="000000"/>
                <w:sz w:val="20"/>
                <w:szCs w:val="20"/>
              </w:rPr>
              <w:t xml:space="preserve"> =10mm,5mm</w:t>
            </w:r>
          </w:p>
        </w:tc>
        <w:tc>
          <w:tcPr>
            <w:tcW w:w="496" w:type="pct"/>
            <w:shd w:val="clear" w:color="auto" w:fill="auto"/>
            <w:tcMar>
              <w:top w:w="50" w:type="dxa"/>
              <w:left w:w="50" w:type="dxa"/>
              <w:bottom w:w="50" w:type="dxa"/>
              <w:right w:w="50" w:type="dxa"/>
            </w:tcMar>
            <w:vAlign w:val="bottom"/>
          </w:tcPr>
          <w:p w14:paraId="50396094" w14:textId="136A4C89" w:rsidR="000149C7" w:rsidRDefault="000149C7" w:rsidP="002351DC">
            <w:pPr>
              <w:spacing w:after="0"/>
              <w:rPr>
                <w:rFonts w:ascii="Arial" w:hAnsi="Arial" w:cs="Arial"/>
                <w:color w:val="auto"/>
                <w:szCs w:val="17"/>
              </w:rPr>
            </w:pPr>
            <w:r>
              <w:rPr>
                <w:color w:val="000000"/>
                <w:sz w:val="20"/>
                <w:szCs w:val="20"/>
              </w:rPr>
              <w:t>12 Pieces</w:t>
            </w:r>
          </w:p>
        </w:tc>
        <w:tc>
          <w:tcPr>
            <w:tcW w:w="390" w:type="pct"/>
            <w:shd w:val="clear" w:color="auto" w:fill="auto"/>
            <w:tcMar>
              <w:top w:w="50" w:type="dxa"/>
              <w:left w:w="50" w:type="dxa"/>
              <w:bottom w:w="50" w:type="dxa"/>
              <w:right w:w="50" w:type="dxa"/>
            </w:tcMar>
          </w:tcPr>
          <w:p w14:paraId="443AFDDC" w14:textId="402CEE3B" w:rsidR="000149C7" w:rsidRPr="00B03582" w:rsidRDefault="000149C7" w:rsidP="002351DC">
            <w:pPr>
              <w:spacing w:after="0"/>
              <w:rPr>
                <w:rFonts w:ascii="Arial" w:hAnsi="Arial" w:cs="Arial"/>
                <w:color w:val="auto"/>
                <w:szCs w:val="17"/>
              </w:rPr>
            </w:pPr>
            <w:r w:rsidRPr="00545099">
              <w:rPr>
                <w:rFonts w:ascii="Arial" w:hAnsi="Arial" w:cs="Arial"/>
                <w:color w:val="auto"/>
                <w:szCs w:val="17"/>
              </w:rPr>
              <w:t>Nos</w:t>
            </w:r>
          </w:p>
        </w:tc>
        <w:tc>
          <w:tcPr>
            <w:tcW w:w="500" w:type="pct"/>
          </w:tcPr>
          <w:p w14:paraId="75E605FF" w14:textId="3C4E2CB2" w:rsidR="000149C7" w:rsidRPr="00545099" w:rsidRDefault="00587BEB" w:rsidP="002351DC">
            <w:pPr>
              <w:spacing w:after="0"/>
              <w:rPr>
                <w:rFonts w:ascii="Arial" w:hAnsi="Arial" w:cs="Arial"/>
                <w:color w:val="auto"/>
                <w:szCs w:val="17"/>
              </w:rPr>
            </w:pPr>
            <w:r>
              <w:rPr>
                <w:rFonts w:ascii="Arial" w:hAnsi="Arial" w:cs="Arial"/>
                <w:noProof/>
                <w:color w:val="auto"/>
                <w:szCs w:val="17"/>
              </w:rPr>
              <w:drawing>
                <wp:inline distT="0" distB="0" distL="0" distR="0" wp14:anchorId="1E1575C5" wp14:editId="71C00B5C">
                  <wp:extent cx="601896" cy="556592"/>
                  <wp:effectExtent l="0" t="0" r="825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23.jpg"/>
                          <pic:cNvPicPr/>
                        </pic:nvPicPr>
                        <pic:blipFill>
                          <a:blip r:embed="rId28">
                            <a:extLst>
                              <a:ext uri="{28A0092B-C50C-407E-A947-70E740481C1C}">
                                <a14:useLocalDpi xmlns:a14="http://schemas.microsoft.com/office/drawing/2010/main" val="0"/>
                              </a:ext>
                            </a:extLst>
                          </a:blip>
                          <a:stretch>
                            <a:fillRect/>
                          </a:stretch>
                        </pic:blipFill>
                        <pic:spPr>
                          <a:xfrm>
                            <a:off x="0" y="0"/>
                            <a:ext cx="610697" cy="564731"/>
                          </a:xfrm>
                          <a:prstGeom prst="rect">
                            <a:avLst/>
                          </a:prstGeom>
                        </pic:spPr>
                      </pic:pic>
                    </a:graphicData>
                  </a:graphic>
                </wp:inline>
              </w:drawing>
            </w:r>
          </w:p>
        </w:tc>
      </w:tr>
      <w:tr w:rsidR="009D3325" w:rsidRPr="00B03582" w14:paraId="5ED02867" w14:textId="1480F21D" w:rsidTr="00692D79">
        <w:tc>
          <w:tcPr>
            <w:tcW w:w="242" w:type="pct"/>
            <w:shd w:val="clear" w:color="auto" w:fill="FAFAFA"/>
            <w:tcMar>
              <w:top w:w="50" w:type="dxa"/>
              <w:left w:w="50" w:type="dxa"/>
              <w:bottom w:w="50" w:type="dxa"/>
              <w:right w:w="50" w:type="dxa"/>
            </w:tcMar>
          </w:tcPr>
          <w:p w14:paraId="572DC7D3" w14:textId="77777777" w:rsidR="000149C7" w:rsidRPr="001A766D" w:rsidRDefault="000149C7" w:rsidP="001A766D">
            <w:pPr>
              <w:pStyle w:val="ListParagraph"/>
              <w:numPr>
                <w:ilvl w:val="0"/>
                <w:numId w:val="10"/>
              </w:numPr>
              <w:spacing w:after="0"/>
              <w:jc w:val="center"/>
              <w:rPr>
                <w:rFonts w:ascii="Arial" w:hAnsi="Arial" w:cs="Arial"/>
                <w:color w:val="auto"/>
                <w:szCs w:val="17"/>
              </w:rPr>
            </w:pPr>
          </w:p>
        </w:tc>
        <w:tc>
          <w:tcPr>
            <w:tcW w:w="1565" w:type="pct"/>
            <w:shd w:val="clear" w:color="auto" w:fill="auto"/>
            <w:tcMar>
              <w:top w:w="50" w:type="dxa"/>
              <w:left w:w="50" w:type="dxa"/>
              <w:bottom w:w="50" w:type="dxa"/>
              <w:right w:w="50" w:type="dxa"/>
            </w:tcMar>
            <w:vAlign w:val="bottom"/>
          </w:tcPr>
          <w:p w14:paraId="1257BC27" w14:textId="5E1DF5B3" w:rsidR="000149C7" w:rsidRDefault="000149C7" w:rsidP="002351DC">
            <w:pPr>
              <w:spacing w:after="0"/>
              <w:rPr>
                <w:rFonts w:ascii="Arial" w:hAnsi="Arial" w:cs="Arial"/>
                <w:color w:val="auto"/>
                <w:szCs w:val="17"/>
              </w:rPr>
            </w:pPr>
            <w:r>
              <w:rPr>
                <w:color w:val="000000"/>
                <w:sz w:val="20"/>
                <w:szCs w:val="20"/>
              </w:rPr>
              <w:t>Welding Rod (iron)</w:t>
            </w:r>
          </w:p>
        </w:tc>
        <w:tc>
          <w:tcPr>
            <w:tcW w:w="1808" w:type="pct"/>
            <w:shd w:val="clear" w:color="auto" w:fill="auto"/>
            <w:vAlign w:val="bottom"/>
          </w:tcPr>
          <w:p w14:paraId="4AD9D71E" w14:textId="1336ACDD" w:rsidR="000149C7" w:rsidRDefault="000149C7" w:rsidP="002351DC">
            <w:pPr>
              <w:spacing w:after="0"/>
              <w:rPr>
                <w:rFonts w:ascii="Arial" w:hAnsi="Arial" w:cs="Arial"/>
                <w:color w:val="auto"/>
                <w:szCs w:val="17"/>
              </w:rPr>
            </w:pPr>
            <w:r>
              <w:rPr>
                <w:color w:val="000000"/>
                <w:sz w:val="20"/>
                <w:szCs w:val="20"/>
              </w:rPr>
              <w:t>2.5mm (12 No)</w:t>
            </w:r>
          </w:p>
        </w:tc>
        <w:tc>
          <w:tcPr>
            <w:tcW w:w="496" w:type="pct"/>
            <w:shd w:val="clear" w:color="auto" w:fill="auto"/>
            <w:tcMar>
              <w:top w:w="50" w:type="dxa"/>
              <w:left w:w="50" w:type="dxa"/>
              <w:bottom w:w="50" w:type="dxa"/>
              <w:right w:w="50" w:type="dxa"/>
            </w:tcMar>
            <w:vAlign w:val="bottom"/>
          </w:tcPr>
          <w:p w14:paraId="221E8785" w14:textId="4024BFE2" w:rsidR="000149C7" w:rsidRDefault="000149C7" w:rsidP="002351DC">
            <w:pPr>
              <w:spacing w:after="0"/>
              <w:rPr>
                <w:rFonts w:ascii="Arial" w:hAnsi="Arial" w:cs="Arial"/>
                <w:color w:val="auto"/>
                <w:szCs w:val="17"/>
              </w:rPr>
            </w:pPr>
            <w:r>
              <w:rPr>
                <w:color w:val="000000"/>
                <w:sz w:val="20"/>
                <w:szCs w:val="20"/>
              </w:rPr>
              <w:t>2 cotton (8 Pack) 40 kg</w:t>
            </w:r>
          </w:p>
        </w:tc>
        <w:tc>
          <w:tcPr>
            <w:tcW w:w="390" w:type="pct"/>
            <w:shd w:val="clear" w:color="auto" w:fill="auto"/>
            <w:tcMar>
              <w:top w:w="50" w:type="dxa"/>
              <w:left w:w="50" w:type="dxa"/>
              <w:bottom w:w="50" w:type="dxa"/>
              <w:right w:w="50" w:type="dxa"/>
            </w:tcMar>
            <w:vAlign w:val="bottom"/>
          </w:tcPr>
          <w:p w14:paraId="0841C932" w14:textId="33C53069" w:rsidR="000149C7" w:rsidRPr="00B03582" w:rsidRDefault="000149C7" w:rsidP="002351DC">
            <w:pPr>
              <w:spacing w:after="0"/>
              <w:rPr>
                <w:rFonts w:ascii="Arial" w:hAnsi="Arial" w:cs="Arial"/>
                <w:color w:val="auto"/>
                <w:szCs w:val="17"/>
              </w:rPr>
            </w:pPr>
            <w:r>
              <w:rPr>
                <w:color w:val="000000"/>
                <w:sz w:val="20"/>
                <w:szCs w:val="20"/>
              </w:rPr>
              <w:t>KG</w:t>
            </w:r>
          </w:p>
        </w:tc>
        <w:tc>
          <w:tcPr>
            <w:tcW w:w="500" w:type="pct"/>
          </w:tcPr>
          <w:p w14:paraId="31D4FA5C" w14:textId="3AB472D6" w:rsidR="000149C7" w:rsidRDefault="00587BEB" w:rsidP="002351DC">
            <w:pPr>
              <w:spacing w:after="0"/>
              <w:rPr>
                <w:color w:val="000000"/>
                <w:sz w:val="20"/>
                <w:szCs w:val="20"/>
              </w:rPr>
            </w:pPr>
            <w:r>
              <w:rPr>
                <w:noProof/>
                <w:color w:val="000000"/>
                <w:sz w:val="20"/>
                <w:szCs w:val="20"/>
              </w:rPr>
              <w:drawing>
                <wp:inline distT="0" distB="0" distL="0" distR="0" wp14:anchorId="37A66192" wp14:editId="7E9AF151">
                  <wp:extent cx="616226" cy="55334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24.jpeg"/>
                          <pic:cNvPicPr/>
                        </pic:nvPicPr>
                        <pic:blipFill>
                          <a:blip r:embed="rId29">
                            <a:extLst>
                              <a:ext uri="{28A0092B-C50C-407E-A947-70E740481C1C}">
                                <a14:useLocalDpi xmlns:a14="http://schemas.microsoft.com/office/drawing/2010/main" val="0"/>
                              </a:ext>
                            </a:extLst>
                          </a:blip>
                          <a:stretch>
                            <a:fillRect/>
                          </a:stretch>
                        </pic:blipFill>
                        <pic:spPr>
                          <a:xfrm>
                            <a:off x="0" y="0"/>
                            <a:ext cx="618543" cy="555426"/>
                          </a:xfrm>
                          <a:prstGeom prst="rect">
                            <a:avLst/>
                          </a:prstGeom>
                        </pic:spPr>
                      </pic:pic>
                    </a:graphicData>
                  </a:graphic>
                </wp:inline>
              </w:drawing>
            </w:r>
          </w:p>
        </w:tc>
      </w:tr>
      <w:tr w:rsidR="009D3325" w:rsidRPr="00B03582" w14:paraId="217D91A1" w14:textId="52955B43" w:rsidTr="00692D79">
        <w:tc>
          <w:tcPr>
            <w:tcW w:w="242" w:type="pct"/>
            <w:shd w:val="clear" w:color="auto" w:fill="FAFAFA"/>
            <w:tcMar>
              <w:top w:w="50" w:type="dxa"/>
              <w:left w:w="50" w:type="dxa"/>
              <w:bottom w:w="50" w:type="dxa"/>
              <w:right w:w="50" w:type="dxa"/>
            </w:tcMar>
          </w:tcPr>
          <w:p w14:paraId="280AC334" w14:textId="77777777" w:rsidR="000149C7" w:rsidRPr="001A766D" w:rsidRDefault="000149C7" w:rsidP="001A766D">
            <w:pPr>
              <w:pStyle w:val="ListParagraph"/>
              <w:numPr>
                <w:ilvl w:val="0"/>
                <w:numId w:val="10"/>
              </w:numPr>
              <w:spacing w:after="0"/>
              <w:jc w:val="center"/>
              <w:rPr>
                <w:rFonts w:ascii="Arial" w:hAnsi="Arial" w:cs="Arial"/>
                <w:color w:val="auto"/>
                <w:szCs w:val="17"/>
              </w:rPr>
            </w:pPr>
          </w:p>
        </w:tc>
        <w:tc>
          <w:tcPr>
            <w:tcW w:w="1565" w:type="pct"/>
            <w:shd w:val="clear" w:color="auto" w:fill="auto"/>
            <w:tcMar>
              <w:top w:w="50" w:type="dxa"/>
              <w:left w:w="50" w:type="dxa"/>
              <w:bottom w:w="50" w:type="dxa"/>
              <w:right w:w="50" w:type="dxa"/>
            </w:tcMar>
            <w:vAlign w:val="bottom"/>
          </w:tcPr>
          <w:p w14:paraId="3FEF5943" w14:textId="70C74343" w:rsidR="000149C7" w:rsidRDefault="000149C7" w:rsidP="002351DC">
            <w:pPr>
              <w:spacing w:after="0"/>
              <w:rPr>
                <w:rFonts w:ascii="Arial" w:hAnsi="Arial" w:cs="Arial"/>
                <w:color w:val="auto"/>
                <w:szCs w:val="17"/>
              </w:rPr>
            </w:pPr>
            <w:r>
              <w:rPr>
                <w:color w:val="000000"/>
                <w:sz w:val="20"/>
                <w:szCs w:val="20"/>
              </w:rPr>
              <w:t>Welding Cable with 2 thimble</w:t>
            </w:r>
          </w:p>
        </w:tc>
        <w:tc>
          <w:tcPr>
            <w:tcW w:w="1808" w:type="pct"/>
            <w:shd w:val="clear" w:color="auto" w:fill="auto"/>
            <w:vAlign w:val="bottom"/>
          </w:tcPr>
          <w:p w14:paraId="5C404218" w14:textId="276C5CF9" w:rsidR="000149C7" w:rsidRDefault="000149C7" w:rsidP="002351DC">
            <w:pPr>
              <w:spacing w:after="0"/>
              <w:rPr>
                <w:rFonts w:ascii="Arial" w:hAnsi="Arial" w:cs="Arial"/>
                <w:color w:val="auto"/>
                <w:szCs w:val="17"/>
              </w:rPr>
            </w:pPr>
            <w:r>
              <w:rPr>
                <w:color w:val="000000"/>
                <w:sz w:val="20"/>
                <w:szCs w:val="20"/>
              </w:rPr>
              <w:t xml:space="preserve">16mm </w:t>
            </w:r>
          </w:p>
        </w:tc>
        <w:tc>
          <w:tcPr>
            <w:tcW w:w="496" w:type="pct"/>
            <w:shd w:val="clear" w:color="auto" w:fill="auto"/>
            <w:tcMar>
              <w:top w:w="50" w:type="dxa"/>
              <w:left w:w="50" w:type="dxa"/>
              <w:bottom w:w="50" w:type="dxa"/>
              <w:right w:w="50" w:type="dxa"/>
            </w:tcMar>
            <w:vAlign w:val="bottom"/>
          </w:tcPr>
          <w:p w14:paraId="28347BFF" w14:textId="19793947" w:rsidR="000149C7" w:rsidRDefault="000149C7" w:rsidP="002351DC">
            <w:pPr>
              <w:spacing w:after="0"/>
              <w:rPr>
                <w:rFonts w:ascii="Arial" w:hAnsi="Arial" w:cs="Arial"/>
                <w:color w:val="auto"/>
                <w:szCs w:val="17"/>
              </w:rPr>
            </w:pPr>
            <w:r>
              <w:rPr>
                <w:color w:val="000000"/>
                <w:sz w:val="20"/>
                <w:szCs w:val="20"/>
              </w:rPr>
              <w:t>10 Meter</w:t>
            </w:r>
          </w:p>
        </w:tc>
        <w:tc>
          <w:tcPr>
            <w:tcW w:w="390" w:type="pct"/>
            <w:shd w:val="clear" w:color="auto" w:fill="auto"/>
            <w:tcMar>
              <w:top w:w="50" w:type="dxa"/>
              <w:left w:w="50" w:type="dxa"/>
              <w:bottom w:w="50" w:type="dxa"/>
              <w:right w:w="50" w:type="dxa"/>
            </w:tcMar>
            <w:vAlign w:val="bottom"/>
          </w:tcPr>
          <w:p w14:paraId="0085A0FC" w14:textId="57496DE6" w:rsidR="000149C7" w:rsidRPr="00B03582" w:rsidRDefault="000149C7" w:rsidP="002351DC">
            <w:pPr>
              <w:spacing w:after="0"/>
              <w:rPr>
                <w:rFonts w:ascii="Arial" w:hAnsi="Arial" w:cs="Arial"/>
                <w:color w:val="auto"/>
                <w:szCs w:val="17"/>
              </w:rPr>
            </w:pPr>
            <w:r>
              <w:rPr>
                <w:color w:val="000000"/>
                <w:sz w:val="20"/>
                <w:szCs w:val="20"/>
              </w:rPr>
              <w:t>Meter</w:t>
            </w:r>
          </w:p>
        </w:tc>
        <w:tc>
          <w:tcPr>
            <w:tcW w:w="500" w:type="pct"/>
          </w:tcPr>
          <w:p w14:paraId="46DAE9E3" w14:textId="486069FF" w:rsidR="000149C7" w:rsidRDefault="00587BEB" w:rsidP="002351DC">
            <w:pPr>
              <w:spacing w:after="0"/>
              <w:rPr>
                <w:color w:val="000000"/>
                <w:sz w:val="20"/>
                <w:szCs w:val="20"/>
              </w:rPr>
            </w:pPr>
            <w:r>
              <w:rPr>
                <w:noProof/>
                <w:color w:val="000000"/>
                <w:sz w:val="20"/>
                <w:szCs w:val="20"/>
              </w:rPr>
              <w:drawing>
                <wp:inline distT="0" distB="0" distL="0" distR="0" wp14:anchorId="35CF26B7" wp14:editId="1304D657">
                  <wp:extent cx="619142" cy="556592"/>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25.jpeg"/>
                          <pic:cNvPicPr/>
                        </pic:nvPicPr>
                        <pic:blipFill>
                          <a:blip r:embed="rId30">
                            <a:extLst>
                              <a:ext uri="{28A0092B-C50C-407E-A947-70E740481C1C}">
                                <a14:useLocalDpi xmlns:a14="http://schemas.microsoft.com/office/drawing/2010/main" val="0"/>
                              </a:ext>
                            </a:extLst>
                          </a:blip>
                          <a:stretch>
                            <a:fillRect/>
                          </a:stretch>
                        </pic:blipFill>
                        <pic:spPr>
                          <a:xfrm>
                            <a:off x="0" y="0"/>
                            <a:ext cx="629815" cy="566187"/>
                          </a:xfrm>
                          <a:prstGeom prst="rect">
                            <a:avLst/>
                          </a:prstGeom>
                        </pic:spPr>
                      </pic:pic>
                    </a:graphicData>
                  </a:graphic>
                </wp:inline>
              </w:drawing>
            </w:r>
          </w:p>
        </w:tc>
      </w:tr>
      <w:tr w:rsidR="009D3325" w:rsidRPr="00B03582" w14:paraId="10A508C0" w14:textId="574B8D6B" w:rsidTr="00692D79">
        <w:tc>
          <w:tcPr>
            <w:tcW w:w="242" w:type="pct"/>
            <w:shd w:val="clear" w:color="auto" w:fill="FAFAFA"/>
            <w:tcMar>
              <w:top w:w="50" w:type="dxa"/>
              <w:left w:w="50" w:type="dxa"/>
              <w:bottom w:w="50" w:type="dxa"/>
              <w:right w:w="50" w:type="dxa"/>
            </w:tcMar>
          </w:tcPr>
          <w:p w14:paraId="07CEEB9A" w14:textId="77777777" w:rsidR="000149C7" w:rsidRPr="001A766D" w:rsidRDefault="000149C7" w:rsidP="002351DC">
            <w:pPr>
              <w:pStyle w:val="ListParagraph"/>
              <w:numPr>
                <w:ilvl w:val="0"/>
                <w:numId w:val="10"/>
              </w:numPr>
              <w:spacing w:after="0"/>
              <w:jc w:val="center"/>
              <w:rPr>
                <w:rFonts w:ascii="Arial" w:hAnsi="Arial" w:cs="Arial"/>
                <w:color w:val="auto"/>
                <w:szCs w:val="17"/>
              </w:rPr>
            </w:pPr>
          </w:p>
        </w:tc>
        <w:tc>
          <w:tcPr>
            <w:tcW w:w="1565" w:type="pct"/>
            <w:shd w:val="clear" w:color="auto" w:fill="auto"/>
            <w:tcMar>
              <w:top w:w="50" w:type="dxa"/>
              <w:left w:w="50" w:type="dxa"/>
              <w:bottom w:w="50" w:type="dxa"/>
              <w:right w:w="50" w:type="dxa"/>
            </w:tcMar>
            <w:vAlign w:val="bottom"/>
          </w:tcPr>
          <w:p w14:paraId="28311CE8" w14:textId="0870FF71" w:rsidR="000149C7" w:rsidRDefault="000149C7" w:rsidP="002351DC">
            <w:pPr>
              <w:spacing w:after="0"/>
              <w:rPr>
                <w:rFonts w:ascii="Arial" w:hAnsi="Arial" w:cs="Arial"/>
                <w:color w:val="auto"/>
                <w:szCs w:val="17"/>
              </w:rPr>
            </w:pPr>
            <w:r>
              <w:rPr>
                <w:color w:val="000000"/>
                <w:sz w:val="20"/>
                <w:szCs w:val="20"/>
              </w:rPr>
              <w:t>Cutting Disks (iron)</w:t>
            </w:r>
          </w:p>
        </w:tc>
        <w:tc>
          <w:tcPr>
            <w:tcW w:w="1808" w:type="pct"/>
            <w:shd w:val="clear" w:color="auto" w:fill="auto"/>
            <w:vAlign w:val="bottom"/>
          </w:tcPr>
          <w:p w14:paraId="7F2EBF54" w14:textId="5C344411" w:rsidR="000149C7" w:rsidRDefault="000149C7" w:rsidP="002351DC">
            <w:pPr>
              <w:spacing w:after="0"/>
              <w:rPr>
                <w:rFonts w:ascii="Arial" w:hAnsi="Arial" w:cs="Arial"/>
                <w:color w:val="auto"/>
                <w:szCs w:val="17"/>
              </w:rPr>
            </w:pPr>
            <w:r>
              <w:rPr>
                <w:color w:val="000000"/>
                <w:sz w:val="20"/>
                <w:szCs w:val="20"/>
              </w:rPr>
              <w:t>14 Inch</w:t>
            </w:r>
          </w:p>
        </w:tc>
        <w:tc>
          <w:tcPr>
            <w:tcW w:w="496" w:type="pct"/>
            <w:shd w:val="clear" w:color="auto" w:fill="auto"/>
            <w:tcMar>
              <w:top w:w="50" w:type="dxa"/>
              <w:left w:w="50" w:type="dxa"/>
              <w:bottom w:w="50" w:type="dxa"/>
              <w:right w:w="50" w:type="dxa"/>
            </w:tcMar>
            <w:vAlign w:val="bottom"/>
          </w:tcPr>
          <w:p w14:paraId="3F6EEB8F" w14:textId="73423C42" w:rsidR="000149C7" w:rsidRDefault="000149C7" w:rsidP="002351DC">
            <w:pPr>
              <w:spacing w:after="0"/>
              <w:rPr>
                <w:rFonts w:ascii="Arial" w:hAnsi="Arial" w:cs="Arial"/>
                <w:color w:val="auto"/>
                <w:szCs w:val="17"/>
              </w:rPr>
            </w:pPr>
            <w:r>
              <w:rPr>
                <w:color w:val="000000"/>
                <w:sz w:val="20"/>
                <w:szCs w:val="20"/>
              </w:rPr>
              <w:t>6 Pieces</w:t>
            </w:r>
          </w:p>
        </w:tc>
        <w:tc>
          <w:tcPr>
            <w:tcW w:w="390" w:type="pct"/>
            <w:shd w:val="clear" w:color="auto" w:fill="auto"/>
            <w:tcMar>
              <w:top w:w="50" w:type="dxa"/>
              <w:left w:w="50" w:type="dxa"/>
              <w:bottom w:w="50" w:type="dxa"/>
              <w:right w:w="50" w:type="dxa"/>
            </w:tcMar>
          </w:tcPr>
          <w:p w14:paraId="1D4F921C" w14:textId="1E8BB781" w:rsidR="000149C7" w:rsidRPr="00B03582" w:rsidRDefault="000149C7" w:rsidP="002351DC">
            <w:pPr>
              <w:spacing w:after="0"/>
              <w:rPr>
                <w:rFonts w:ascii="Arial" w:hAnsi="Arial" w:cs="Arial"/>
                <w:color w:val="auto"/>
                <w:szCs w:val="17"/>
              </w:rPr>
            </w:pPr>
            <w:r w:rsidRPr="009C2122">
              <w:rPr>
                <w:rFonts w:ascii="Arial" w:hAnsi="Arial" w:cs="Arial"/>
                <w:color w:val="auto"/>
                <w:szCs w:val="17"/>
              </w:rPr>
              <w:t>Nos</w:t>
            </w:r>
          </w:p>
        </w:tc>
        <w:tc>
          <w:tcPr>
            <w:tcW w:w="500" w:type="pct"/>
          </w:tcPr>
          <w:p w14:paraId="087D278D" w14:textId="6EF1556E" w:rsidR="000149C7" w:rsidRPr="009C2122" w:rsidRDefault="00587BEB" w:rsidP="002351DC">
            <w:pPr>
              <w:spacing w:after="0"/>
              <w:rPr>
                <w:rFonts w:ascii="Arial" w:hAnsi="Arial" w:cs="Arial"/>
                <w:color w:val="auto"/>
                <w:szCs w:val="17"/>
              </w:rPr>
            </w:pPr>
            <w:r>
              <w:rPr>
                <w:rFonts w:ascii="Arial" w:hAnsi="Arial" w:cs="Arial"/>
                <w:noProof/>
                <w:color w:val="auto"/>
                <w:szCs w:val="17"/>
              </w:rPr>
              <w:drawing>
                <wp:inline distT="0" distB="0" distL="0" distR="0" wp14:anchorId="3B674C28" wp14:editId="151ECD84">
                  <wp:extent cx="566530" cy="566530"/>
                  <wp:effectExtent l="0" t="0" r="5080" b="508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26.jpeg"/>
                          <pic:cNvPicPr/>
                        </pic:nvPicPr>
                        <pic:blipFill>
                          <a:blip r:embed="rId31">
                            <a:extLst>
                              <a:ext uri="{28A0092B-C50C-407E-A947-70E740481C1C}">
                                <a14:useLocalDpi xmlns:a14="http://schemas.microsoft.com/office/drawing/2010/main" val="0"/>
                              </a:ext>
                            </a:extLst>
                          </a:blip>
                          <a:stretch>
                            <a:fillRect/>
                          </a:stretch>
                        </pic:blipFill>
                        <pic:spPr>
                          <a:xfrm>
                            <a:off x="0" y="0"/>
                            <a:ext cx="569127" cy="569127"/>
                          </a:xfrm>
                          <a:prstGeom prst="rect">
                            <a:avLst/>
                          </a:prstGeom>
                        </pic:spPr>
                      </pic:pic>
                    </a:graphicData>
                  </a:graphic>
                </wp:inline>
              </w:drawing>
            </w:r>
          </w:p>
        </w:tc>
      </w:tr>
      <w:tr w:rsidR="009D3325" w:rsidRPr="00B03582" w14:paraId="4465A215" w14:textId="4463125B" w:rsidTr="00692D79">
        <w:tc>
          <w:tcPr>
            <w:tcW w:w="242" w:type="pct"/>
            <w:shd w:val="clear" w:color="auto" w:fill="FAFAFA"/>
            <w:tcMar>
              <w:top w:w="50" w:type="dxa"/>
              <w:left w:w="50" w:type="dxa"/>
              <w:bottom w:w="50" w:type="dxa"/>
              <w:right w:w="50" w:type="dxa"/>
            </w:tcMar>
          </w:tcPr>
          <w:p w14:paraId="0C37F380" w14:textId="77777777" w:rsidR="000149C7" w:rsidRPr="001A766D" w:rsidRDefault="000149C7" w:rsidP="002351DC">
            <w:pPr>
              <w:pStyle w:val="ListParagraph"/>
              <w:numPr>
                <w:ilvl w:val="0"/>
                <w:numId w:val="10"/>
              </w:numPr>
              <w:spacing w:after="0"/>
              <w:jc w:val="center"/>
              <w:rPr>
                <w:rFonts w:ascii="Arial" w:hAnsi="Arial" w:cs="Arial"/>
                <w:color w:val="auto"/>
                <w:szCs w:val="17"/>
              </w:rPr>
            </w:pPr>
          </w:p>
        </w:tc>
        <w:tc>
          <w:tcPr>
            <w:tcW w:w="1565" w:type="pct"/>
            <w:shd w:val="clear" w:color="auto" w:fill="auto"/>
            <w:tcMar>
              <w:top w:w="50" w:type="dxa"/>
              <w:left w:w="50" w:type="dxa"/>
              <w:bottom w:w="50" w:type="dxa"/>
              <w:right w:w="50" w:type="dxa"/>
            </w:tcMar>
            <w:vAlign w:val="bottom"/>
          </w:tcPr>
          <w:p w14:paraId="59852BAC" w14:textId="275C8FB1" w:rsidR="000149C7" w:rsidRDefault="000149C7" w:rsidP="002351DC">
            <w:pPr>
              <w:spacing w:after="0"/>
              <w:rPr>
                <w:rFonts w:ascii="Arial" w:hAnsi="Arial" w:cs="Arial"/>
                <w:color w:val="auto"/>
                <w:szCs w:val="17"/>
              </w:rPr>
            </w:pPr>
            <w:r>
              <w:rPr>
                <w:color w:val="000000"/>
                <w:sz w:val="20"/>
                <w:szCs w:val="20"/>
              </w:rPr>
              <w:t>Grinding Disks (iron)</w:t>
            </w:r>
          </w:p>
        </w:tc>
        <w:tc>
          <w:tcPr>
            <w:tcW w:w="1808" w:type="pct"/>
            <w:shd w:val="clear" w:color="auto" w:fill="auto"/>
            <w:vAlign w:val="bottom"/>
          </w:tcPr>
          <w:p w14:paraId="64E94BD6" w14:textId="52A28A4E" w:rsidR="000149C7" w:rsidRDefault="000149C7" w:rsidP="002351DC">
            <w:pPr>
              <w:spacing w:after="0"/>
              <w:rPr>
                <w:rFonts w:ascii="Arial" w:hAnsi="Arial" w:cs="Arial"/>
                <w:color w:val="auto"/>
                <w:szCs w:val="17"/>
              </w:rPr>
            </w:pPr>
            <w:r>
              <w:rPr>
                <w:color w:val="000000"/>
                <w:sz w:val="20"/>
                <w:szCs w:val="20"/>
              </w:rPr>
              <w:t>4 Inch</w:t>
            </w:r>
          </w:p>
        </w:tc>
        <w:tc>
          <w:tcPr>
            <w:tcW w:w="496" w:type="pct"/>
            <w:shd w:val="clear" w:color="auto" w:fill="auto"/>
            <w:tcMar>
              <w:top w:w="50" w:type="dxa"/>
              <w:left w:w="50" w:type="dxa"/>
              <w:bottom w:w="50" w:type="dxa"/>
              <w:right w:w="50" w:type="dxa"/>
            </w:tcMar>
            <w:vAlign w:val="bottom"/>
          </w:tcPr>
          <w:p w14:paraId="650F2F3A" w14:textId="7DE3708F" w:rsidR="000149C7" w:rsidRDefault="000149C7" w:rsidP="002351DC">
            <w:pPr>
              <w:spacing w:after="0"/>
              <w:rPr>
                <w:rFonts w:ascii="Arial" w:hAnsi="Arial" w:cs="Arial"/>
                <w:color w:val="auto"/>
                <w:szCs w:val="17"/>
              </w:rPr>
            </w:pPr>
            <w:r>
              <w:rPr>
                <w:color w:val="000000"/>
                <w:sz w:val="20"/>
                <w:szCs w:val="20"/>
              </w:rPr>
              <w:t>12 Pieces</w:t>
            </w:r>
          </w:p>
        </w:tc>
        <w:tc>
          <w:tcPr>
            <w:tcW w:w="390" w:type="pct"/>
            <w:shd w:val="clear" w:color="auto" w:fill="auto"/>
            <w:tcMar>
              <w:top w:w="50" w:type="dxa"/>
              <w:left w:w="50" w:type="dxa"/>
              <w:bottom w:w="50" w:type="dxa"/>
              <w:right w:w="50" w:type="dxa"/>
            </w:tcMar>
          </w:tcPr>
          <w:p w14:paraId="12939FC9" w14:textId="710B8C8D" w:rsidR="000149C7" w:rsidRPr="00B03582" w:rsidRDefault="000149C7" w:rsidP="002351DC">
            <w:pPr>
              <w:spacing w:after="0"/>
              <w:rPr>
                <w:rFonts w:ascii="Arial" w:hAnsi="Arial" w:cs="Arial"/>
                <w:color w:val="auto"/>
                <w:szCs w:val="17"/>
              </w:rPr>
            </w:pPr>
            <w:r w:rsidRPr="009C2122">
              <w:rPr>
                <w:rFonts w:ascii="Arial" w:hAnsi="Arial" w:cs="Arial"/>
                <w:color w:val="auto"/>
                <w:szCs w:val="17"/>
              </w:rPr>
              <w:t>Nos</w:t>
            </w:r>
          </w:p>
        </w:tc>
        <w:tc>
          <w:tcPr>
            <w:tcW w:w="500" w:type="pct"/>
          </w:tcPr>
          <w:p w14:paraId="27C40780" w14:textId="0DD0B058" w:rsidR="000149C7" w:rsidRPr="009C2122" w:rsidRDefault="00587BEB" w:rsidP="002351DC">
            <w:pPr>
              <w:spacing w:after="0"/>
              <w:rPr>
                <w:rFonts w:ascii="Arial" w:hAnsi="Arial" w:cs="Arial"/>
                <w:color w:val="auto"/>
                <w:szCs w:val="17"/>
              </w:rPr>
            </w:pPr>
            <w:r>
              <w:rPr>
                <w:rFonts w:ascii="Arial" w:hAnsi="Arial" w:cs="Arial"/>
                <w:noProof/>
                <w:color w:val="auto"/>
                <w:szCs w:val="17"/>
              </w:rPr>
              <w:drawing>
                <wp:inline distT="0" distB="0" distL="0" distR="0" wp14:anchorId="1A09D026" wp14:editId="62DBB885">
                  <wp:extent cx="586408" cy="586408"/>
                  <wp:effectExtent l="0" t="0" r="4445" b="444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27.jpeg"/>
                          <pic:cNvPicPr/>
                        </pic:nvPicPr>
                        <pic:blipFill>
                          <a:blip r:embed="rId32">
                            <a:extLst>
                              <a:ext uri="{28A0092B-C50C-407E-A947-70E740481C1C}">
                                <a14:useLocalDpi xmlns:a14="http://schemas.microsoft.com/office/drawing/2010/main" val="0"/>
                              </a:ext>
                            </a:extLst>
                          </a:blip>
                          <a:stretch>
                            <a:fillRect/>
                          </a:stretch>
                        </pic:blipFill>
                        <pic:spPr>
                          <a:xfrm>
                            <a:off x="0" y="0"/>
                            <a:ext cx="587445" cy="587445"/>
                          </a:xfrm>
                          <a:prstGeom prst="rect">
                            <a:avLst/>
                          </a:prstGeom>
                        </pic:spPr>
                      </pic:pic>
                    </a:graphicData>
                  </a:graphic>
                </wp:inline>
              </w:drawing>
            </w:r>
          </w:p>
        </w:tc>
      </w:tr>
      <w:tr w:rsidR="009D3325" w:rsidRPr="00B03582" w14:paraId="1439159F" w14:textId="26607632" w:rsidTr="00692D79">
        <w:tc>
          <w:tcPr>
            <w:tcW w:w="242" w:type="pct"/>
            <w:shd w:val="clear" w:color="auto" w:fill="FAFAFA"/>
            <w:tcMar>
              <w:top w:w="50" w:type="dxa"/>
              <w:left w:w="50" w:type="dxa"/>
              <w:bottom w:w="50" w:type="dxa"/>
              <w:right w:w="50" w:type="dxa"/>
            </w:tcMar>
          </w:tcPr>
          <w:p w14:paraId="68D19B2B" w14:textId="77777777" w:rsidR="000149C7" w:rsidRPr="001A766D" w:rsidRDefault="000149C7" w:rsidP="002351DC">
            <w:pPr>
              <w:pStyle w:val="ListParagraph"/>
              <w:numPr>
                <w:ilvl w:val="0"/>
                <w:numId w:val="10"/>
              </w:numPr>
              <w:spacing w:after="0"/>
              <w:jc w:val="center"/>
              <w:rPr>
                <w:rFonts w:ascii="Arial" w:hAnsi="Arial" w:cs="Arial"/>
                <w:color w:val="auto"/>
                <w:szCs w:val="17"/>
              </w:rPr>
            </w:pPr>
          </w:p>
        </w:tc>
        <w:tc>
          <w:tcPr>
            <w:tcW w:w="1565" w:type="pct"/>
            <w:shd w:val="clear" w:color="auto" w:fill="auto"/>
            <w:tcMar>
              <w:top w:w="50" w:type="dxa"/>
              <w:left w:w="50" w:type="dxa"/>
              <w:bottom w:w="50" w:type="dxa"/>
              <w:right w:w="50" w:type="dxa"/>
            </w:tcMar>
            <w:vAlign w:val="bottom"/>
          </w:tcPr>
          <w:p w14:paraId="4C3ABD4D" w14:textId="3E6C62EC" w:rsidR="000149C7" w:rsidRDefault="000149C7" w:rsidP="002351DC">
            <w:pPr>
              <w:spacing w:after="0"/>
              <w:rPr>
                <w:rFonts w:ascii="Arial" w:hAnsi="Arial" w:cs="Arial"/>
                <w:color w:val="auto"/>
                <w:szCs w:val="17"/>
              </w:rPr>
            </w:pPr>
            <w:r>
              <w:rPr>
                <w:color w:val="000000"/>
                <w:sz w:val="20"/>
                <w:szCs w:val="20"/>
              </w:rPr>
              <w:t>Cutting Disks (iron)</w:t>
            </w:r>
          </w:p>
        </w:tc>
        <w:tc>
          <w:tcPr>
            <w:tcW w:w="1808" w:type="pct"/>
            <w:shd w:val="clear" w:color="auto" w:fill="auto"/>
            <w:vAlign w:val="bottom"/>
          </w:tcPr>
          <w:p w14:paraId="047D1668" w14:textId="5E3C83BE" w:rsidR="000149C7" w:rsidRDefault="000149C7" w:rsidP="002351DC">
            <w:pPr>
              <w:spacing w:after="0"/>
              <w:rPr>
                <w:rFonts w:ascii="Arial" w:hAnsi="Arial" w:cs="Arial"/>
                <w:color w:val="auto"/>
                <w:szCs w:val="17"/>
              </w:rPr>
            </w:pPr>
            <w:r>
              <w:rPr>
                <w:color w:val="000000"/>
                <w:sz w:val="20"/>
                <w:szCs w:val="20"/>
              </w:rPr>
              <w:t>4"  (</w:t>
            </w:r>
            <w:proofErr w:type="spellStart"/>
            <w:r>
              <w:rPr>
                <w:color w:val="000000"/>
                <w:sz w:val="20"/>
                <w:szCs w:val="20"/>
              </w:rPr>
              <w:t>Thicknes</w:t>
            </w:r>
            <w:proofErr w:type="spellEnd"/>
            <w:r>
              <w:rPr>
                <w:color w:val="000000"/>
                <w:sz w:val="20"/>
                <w:szCs w:val="20"/>
              </w:rPr>
              <w:t xml:space="preserve"> = 1mm )</w:t>
            </w:r>
          </w:p>
        </w:tc>
        <w:tc>
          <w:tcPr>
            <w:tcW w:w="496" w:type="pct"/>
            <w:shd w:val="clear" w:color="auto" w:fill="auto"/>
            <w:tcMar>
              <w:top w:w="50" w:type="dxa"/>
              <w:left w:w="50" w:type="dxa"/>
              <w:bottom w:w="50" w:type="dxa"/>
              <w:right w:w="50" w:type="dxa"/>
            </w:tcMar>
            <w:vAlign w:val="bottom"/>
          </w:tcPr>
          <w:p w14:paraId="4DD148AE" w14:textId="65AF9E87" w:rsidR="000149C7" w:rsidRDefault="000149C7" w:rsidP="002351DC">
            <w:pPr>
              <w:spacing w:after="0"/>
              <w:rPr>
                <w:rFonts w:ascii="Arial" w:hAnsi="Arial" w:cs="Arial"/>
                <w:color w:val="auto"/>
                <w:szCs w:val="17"/>
              </w:rPr>
            </w:pPr>
            <w:r>
              <w:rPr>
                <w:color w:val="000000"/>
                <w:sz w:val="20"/>
                <w:szCs w:val="20"/>
              </w:rPr>
              <w:t>36 Pieces</w:t>
            </w:r>
          </w:p>
        </w:tc>
        <w:tc>
          <w:tcPr>
            <w:tcW w:w="390" w:type="pct"/>
            <w:shd w:val="clear" w:color="auto" w:fill="auto"/>
            <w:tcMar>
              <w:top w:w="50" w:type="dxa"/>
              <w:left w:w="50" w:type="dxa"/>
              <w:bottom w:w="50" w:type="dxa"/>
              <w:right w:w="50" w:type="dxa"/>
            </w:tcMar>
          </w:tcPr>
          <w:p w14:paraId="70DE1E30" w14:textId="631C025E" w:rsidR="000149C7" w:rsidRPr="00B03582" w:rsidRDefault="000149C7" w:rsidP="002351DC">
            <w:pPr>
              <w:spacing w:after="0"/>
              <w:rPr>
                <w:rFonts w:ascii="Arial" w:hAnsi="Arial" w:cs="Arial"/>
                <w:color w:val="auto"/>
                <w:szCs w:val="17"/>
              </w:rPr>
            </w:pPr>
            <w:r w:rsidRPr="009C2122">
              <w:rPr>
                <w:rFonts w:ascii="Arial" w:hAnsi="Arial" w:cs="Arial"/>
                <w:color w:val="auto"/>
                <w:szCs w:val="17"/>
              </w:rPr>
              <w:t>Nos</w:t>
            </w:r>
          </w:p>
        </w:tc>
        <w:tc>
          <w:tcPr>
            <w:tcW w:w="500" w:type="pct"/>
          </w:tcPr>
          <w:p w14:paraId="5DA31495" w14:textId="71154F8E" w:rsidR="000149C7" w:rsidRPr="009C2122" w:rsidRDefault="00587BEB" w:rsidP="002351DC">
            <w:pPr>
              <w:spacing w:after="0"/>
              <w:rPr>
                <w:rFonts w:ascii="Arial" w:hAnsi="Arial" w:cs="Arial"/>
                <w:color w:val="auto"/>
                <w:szCs w:val="17"/>
              </w:rPr>
            </w:pPr>
            <w:r>
              <w:rPr>
                <w:rFonts w:ascii="Arial" w:hAnsi="Arial" w:cs="Arial"/>
                <w:noProof/>
                <w:color w:val="auto"/>
                <w:szCs w:val="17"/>
              </w:rPr>
              <w:drawing>
                <wp:inline distT="0" distB="0" distL="0" distR="0" wp14:anchorId="5999E5BB" wp14:editId="18863B0C">
                  <wp:extent cx="566420" cy="531019"/>
                  <wp:effectExtent l="0" t="0" r="5080" b="254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28.jpeg"/>
                          <pic:cNvPicPr/>
                        </pic:nvPicPr>
                        <pic:blipFill>
                          <a:blip r:embed="rId33">
                            <a:extLst>
                              <a:ext uri="{28A0092B-C50C-407E-A947-70E740481C1C}">
                                <a14:useLocalDpi xmlns:a14="http://schemas.microsoft.com/office/drawing/2010/main" val="0"/>
                              </a:ext>
                            </a:extLst>
                          </a:blip>
                          <a:stretch>
                            <a:fillRect/>
                          </a:stretch>
                        </pic:blipFill>
                        <pic:spPr>
                          <a:xfrm>
                            <a:off x="0" y="0"/>
                            <a:ext cx="569146" cy="533575"/>
                          </a:xfrm>
                          <a:prstGeom prst="rect">
                            <a:avLst/>
                          </a:prstGeom>
                        </pic:spPr>
                      </pic:pic>
                    </a:graphicData>
                  </a:graphic>
                </wp:inline>
              </w:drawing>
            </w:r>
          </w:p>
        </w:tc>
      </w:tr>
      <w:tr w:rsidR="009D3325" w:rsidRPr="00B03582" w14:paraId="0B5395E3" w14:textId="54598FB7" w:rsidTr="00692D79">
        <w:tc>
          <w:tcPr>
            <w:tcW w:w="242" w:type="pct"/>
            <w:shd w:val="clear" w:color="auto" w:fill="FAFAFA"/>
            <w:tcMar>
              <w:top w:w="50" w:type="dxa"/>
              <w:left w:w="50" w:type="dxa"/>
              <w:bottom w:w="50" w:type="dxa"/>
              <w:right w:w="50" w:type="dxa"/>
            </w:tcMar>
          </w:tcPr>
          <w:p w14:paraId="7426EB78" w14:textId="77777777" w:rsidR="000149C7" w:rsidRPr="001A766D" w:rsidRDefault="000149C7" w:rsidP="002351DC">
            <w:pPr>
              <w:pStyle w:val="ListParagraph"/>
              <w:numPr>
                <w:ilvl w:val="0"/>
                <w:numId w:val="10"/>
              </w:numPr>
              <w:spacing w:after="0"/>
              <w:jc w:val="center"/>
              <w:rPr>
                <w:rFonts w:ascii="Arial" w:hAnsi="Arial" w:cs="Arial"/>
                <w:color w:val="auto"/>
                <w:szCs w:val="17"/>
              </w:rPr>
            </w:pPr>
          </w:p>
        </w:tc>
        <w:tc>
          <w:tcPr>
            <w:tcW w:w="1565" w:type="pct"/>
            <w:shd w:val="clear" w:color="auto" w:fill="auto"/>
            <w:tcMar>
              <w:top w:w="50" w:type="dxa"/>
              <w:left w:w="50" w:type="dxa"/>
              <w:bottom w:w="50" w:type="dxa"/>
              <w:right w:w="50" w:type="dxa"/>
            </w:tcMar>
            <w:vAlign w:val="bottom"/>
          </w:tcPr>
          <w:p w14:paraId="14244F1C" w14:textId="71C32134" w:rsidR="000149C7" w:rsidRDefault="000149C7" w:rsidP="002351DC">
            <w:pPr>
              <w:spacing w:after="0"/>
              <w:rPr>
                <w:rFonts w:ascii="Arial" w:hAnsi="Arial" w:cs="Arial"/>
                <w:color w:val="auto"/>
                <w:szCs w:val="17"/>
              </w:rPr>
            </w:pPr>
            <w:r>
              <w:rPr>
                <w:color w:val="000000"/>
                <w:sz w:val="20"/>
                <w:szCs w:val="20"/>
              </w:rPr>
              <w:t>leather gloves</w:t>
            </w:r>
          </w:p>
        </w:tc>
        <w:tc>
          <w:tcPr>
            <w:tcW w:w="1808" w:type="pct"/>
            <w:shd w:val="clear" w:color="auto" w:fill="auto"/>
            <w:vAlign w:val="bottom"/>
          </w:tcPr>
          <w:p w14:paraId="4FFBAA08" w14:textId="65DDABFF" w:rsidR="000149C7" w:rsidRDefault="000149C7" w:rsidP="002351DC">
            <w:pPr>
              <w:spacing w:after="0"/>
              <w:rPr>
                <w:rFonts w:ascii="Arial" w:hAnsi="Arial" w:cs="Arial"/>
                <w:color w:val="auto"/>
                <w:szCs w:val="17"/>
              </w:rPr>
            </w:pPr>
            <w:r>
              <w:rPr>
                <w:color w:val="000000"/>
                <w:sz w:val="20"/>
                <w:szCs w:val="20"/>
              </w:rPr>
              <w:t>Yellow</w:t>
            </w:r>
          </w:p>
        </w:tc>
        <w:tc>
          <w:tcPr>
            <w:tcW w:w="496" w:type="pct"/>
            <w:shd w:val="clear" w:color="auto" w:fill="auto"/>
            <w:tcMar>
              <w:top w:w="50" w:type="dxa"/>
              <w:left w:w="50" w:type="dxa"/>
              <w:bottom w:w="50" w:type="dxa"/>
              <w:right w:w="50" w:type="dxa"/>
            </w:tcMar>
            <w:vAlign w:val="bottom"/>
          </w:tcPr>
          <w:p w14:paraId="04B6CBFA" w14:textId="44966984" w:rsidR="000149C7" w:rsidRDefault="000149C7" w:rsidP="002351DC">
            <w:pPr>
              <w:spacing w:after="0"/>
              <w:rPr>
                <w:rFonts w:ascii="Arial" w:hAnsi="Arial" w:cs="Arial"/>
                <w:color w:val="auto"/>
                <w:szCs w:val="17"/>
              </w:rPr>
            </w:pPr>
            <w:r>
              <w:rPr>
                <w:color w:val="000000"/>
                <w:sz w:val="20"/>
                <w:szCs w:val="20"/>
              </w:rPr>
              <w:t>24 Pair</w:t>
            </w:r>
          </w:p>
        </w:tc>
        <w:tc>
          <w:tcPr>
            <w:tcW w:w="390" w:type="pct"/>
            <w:shd w:val="clear" w:color="auto" w:fill="auto"/>
            <w:tcMar>
              <w:top w:w="50" w:type="dxa"/>
              <w:left w:w="50" w:type="dxa"/>
              <w:bottom w:w="50" w:type="dxa"/>
              <w:right w:w="50" w:type="dxa"/>
            </w:tcMar>
          </w:tcPr>
          <w:p w14:paraId="73BBEBD7" w14:textId="4493C7CF" w:rsidR="000149C7" w:rsidRPr="00B03582" w:rsidRDefault="000149C7" w:rsidP="002351DC">
            <w:pPr>
              <w:spacing w:after="0"/>
              <w:rPr>
                <w:rFonts w:ascii="Arial" w:hAnsi="Arial" w:cs="Arial"/>
                <w:color w:val="auto"/>
                <w:szCs w:val="17"/>
              </w:rPr>
            </w:pPr>
            <w:r w:rsidRPr="009C2122">
              <w:rPr>
                <w:rFonts w:ascii="Arial" w:hAnsi="Arial" w:cs="Arial"/>
                <w:color w:val="auto"/>
                <w:szCs w:val="17"/>
              </w:rPr>
              <w:t>Nos</w:t>
            </w:r>
          </w:p>
        </w:tc>
        <w:tc>
          <w:tcPr>
            <w:tcW w:w="500" w:type="pct"/>
          </w:tcPr>
          <w:p w14:paraId="0AEB356D" w14:textId="79AB11F7" w:rsidR="000149C7" w:rsidRPr="009C2122" w:rsidRDefault="00587BEB" w:rsidP="002351DC">
            <w:pPr>
              <w:spacing w:after="0"/>
              <w:rPr>
                <w:rFonts w:ascii="Arial" w:hAnsi="Arial" w:cs="Arial"/>
                <w:color w:val="auto"/>
                <w:szCs w:val="17"/>
              </w:rPr>
            </w:pPr>
            <w:r>
              <w:rPr>
                <w:rFonts w:ascii="Arial" w:hAnsi="Arial" w:cs="Arial"/>
                <w:noProof/>
                <w:color w:val="auto"/>
                <w:szCs w:val="17"/>
              </w:rPr>
              <w:drawing>
                <wp:inline distT="0" distB="0" distL="0" distR="0" wp14:anchorId="32DD39A0" wp14:editId="1891A9D5">
                  <wp:extent cx="530352" cy="530352"/>
                  <wp:effectExtent l="0" t="0" r="3175" b="317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29.jpeg"/>
                          <pic:cNvPicPr/>
                        </pic:nvPicPr>
                        <pic:blipFill>
                          <a:blip r:embed="rId34">
                            <a:extLst>
                              <a:ext uri="{28A0092B-C50C-407E-A947-70E740481C1C}">
                                <a14:useLocalDpi xmlns:a14="http://schemas.microsoft.com/office/drawing/2010/main" val="0"/>
                              </a:ext>
                            </a:extLst>
                          </a:blip>
                          <a:stretch>
                            <a:fillRect/>
                          </a:stretch>
                        </pic:blipFill>
                        <pic:spPr>
                          <a:xfrm>
                            <a:off x="0" y="0"/>
                            <a:ext cx="530352" cy="530352"/>
                          </a:xfrm>
                          <a:prstGeom prst="rect">
                            <a:avLst/>
                          </a:prstGeom>
                        </pic:spPr>
                      </pic:pic>
                    </a:graphicData>
                  </a:graphic>
                </wp:inline>
              </w:drawing>
            </w:r>
          </w:p>
        </w:tc>
      </w:tr>
      <w:tr w:rsidR="009D3325" w:rsidRPr="00B03582" w14:paraId="6B0D7BB0" w14:textId="7C6D572F" w:rsidTr="00692D79">
        <w:tc>
          <w:tcPr>
            <w:tcW w:w="242" w:type="pct"/>
            <w:shd w:val="clear" w:color="auto" w:fill="FAFAFA"/>
            <w:tcMar>
              <w:top w:w="50" w:type="dxa"/>
              <w:left w:w="50" w:type="dxa"/>
              <w:bottom w:w="50" w:type="dxa"/>
              <w:right w:w="50" w:type="dxa"/>
            </w:tcMar>
          </w:tcPr>
          <w:p w14:paraId="42ADC795" w14:textId="77777777" w:rsidR="00587BEB" w:rsidRPr="001A766D" w:rsidRDefault="00587BEB" w:rsidP="002351DC">
            <w:pPr>
              <w:pStyle w:val="ListParagraph"/>
              <w:numPr>
                <w:ilvl w:val="0"/>
                <w:numId w:val="10"/>
              </w:numPr>
              <w:spacing w:after="0"/>
              <w:jc w:val="center"/>
              <w:rPr>
                <w:rFonts w:ascii="Arial" w:hAnsi="Arial" w:cs="Arial"/>
                <w:color w:val="auto"/>
                <w:szCs w:val="17"/>
              </w:rPr>
            </w:pPr>
          </w:p>
        </w:tc>
        <w:tc>
          <w:tcPr>
            <w:tcW w:w="1565" w:type="pct"/>
            <w:shd w:val="clear" w:color="auto" w:fill="auto"/>
            <w:tcMar>
              <w:top w:w="50" w:type="dxa"/>
              <w:left w:w="50" w:type="dxa"/>
              <w:bottom w:w="50" w:type="dxa"/>
              <w:right w:w="50" w:type="dxa"/>
            </w:tcMar>
            <w:vAlign w:val="bottom"/>
          </w:tcPr>
          <w:p w14:paraId="1FCE78AC" w14:textId="41AB52CE" w:rsidR="00587BEB" w:rsidRDefault="00587BEB" w:rsidP="002351DC">
            <w:pPr>
              <w:spacing w:after="0"/>
              <w:rPr>
                <w:rFonts w:ascii="Arial" w:hAnsi="Arial" w:cs="Arial"/>
                <w:color w:val="auto"/>
                <w:szCs w:val="17"/>
              </w:rPr>
            </w:pPr>
            <w:r>
              <w:rPr>
                <w:color w:val="000000"/>
                <w:sz w:val="20"/>
                <w:szCs w:val="20"/>
              </w:rPr>
              <w:t>Oxygen gas cylinder filling</w:t>
            </w:r>
          </w:p>
        </w:tc>
        <w:tc>
          <w:tcPr>
            <w:tcW w:w="1808" w:type="pct"/>
            <w:shd w:val="clear" w:color="auto" w:fill="auto"/>
            <w:vAlign w:val="bottom"/>
          </w:tcPr>
          <w:p w14:paraId="4EF81448" w14:textId="171B5560" w:rsidR="00587BEB" w:rsidRDefault="00587BEB" w:rsidP="002351DC">
            <w:pPr>
              <w:spacing w:after="0"/>
              <w:rPr>
                <w:rFonts w:ascii="Arial" w:hAnsi="Arial" w:cs="Arial"/>
                <w:color w:val="auto"/>
                <w:szCs w:val="17"/>
              </w:rPr>
            </w:pPr>
            <w:r>
              <w:rPr>
                <w:color w:val="000000"/>
                <w:sz w:val="20"/>
                <w:szCs w:val="20"/>
              </w:rPr>
              <w:t>250 bar</w:t>
            </w:r>
          </w:p>
        </w:tc>
        <w:tc>
          <w:tcPr>
            <w:tcW w:w="496" w:type="pct"/>
            <w:shd w:val="clear" w:color="auto" w:fill="auto"/>
            <w:tcMar>
              <w:top w:w="50" w:type="dxa"/>
              <w:left w:w="50" w:type="dxa"/>
              <w:bottom w:w="50" w:type="dxa"/>
              <w:right w:w="50" w:type="dxa"/>
            </w:tcMar>
            <w:vAlign w:val="bottom"/>
          </w:tcPr>
          <w:p w14:paraId="1E2EF808" w14:textId="0C077A39" w:rsidR="00587BEB" w:rsidRDefault="00587BEB" w:rsidP="002351DC">
            <w:pPr>
              <w:spacing w:after="0"/>
              <w:rPr>
                <w:rFonts w:ascii="Arial" w:hAnsi="Arial" w:cs="Arial"/>
                <w:color w:val="auto"/>
                <w:szCs w:val="17"/>
              </w:rPr>
            </w:pPr>
            <w:r>
              <w:rPr>
                <w:color w:val="000000"/>
                <w:sz w:val="20"/>
                <w:szCs w:val="20"/>
              </w:rPr>
              <w:t>20</w:t>
            </w:r>
          </w:p>
        </w:tc>
        <w:tc>
          <w:tcPr>
            <w:tcW w:w="390" w:type="pct"/>
            <w:shd w:val="clear" w:color="auto" w:fill="auto"/>
            <w:tcMar>
              <w:top w:w="50" w:type="dxa"/>
              <w:left w:w="50" w:type="dxa"/>
              <w:bottom w:w="50" w:type="dxa"/>
              <w:right w:w="50" w:type="dxa"/>
            </w:tcMar>
          </w:tcPr>
          <w:p w14:paraId="0AEE17A3" w14:textId="74652D1C" w:rsidR="00587BEB" w:rsidRPr="00B03582" w:rsidRDefault="00587BEB" w:rsidP="002351DC">
            <w:pPr>
              <w:spacing w:after="0"/>
              <w:rPr>
                <w:rFonts w:ascii="Arial" w:hAnsi="Arial" w:cs="Arial"/>
                <w:color w:val="auto"/>
                <w:szCs w:val="17"/>
              </w:rPr>
            </w:pPr>
            <w:r w:rsidRPr="009C2122">
              <w:rPr>
                <w:rFonts w:ascii="Arial" w:hAnsi="Arial" w:cs="Arial"/>
                <w:color w:val="auto"/>
                <w:szCs w:val="17"/>
              </w:rPr>
              <w:t>Nos</w:t>
            </w:r>
          </w:p>
        </w:tc>
        <w:tc>
          <w:tcPr>
            <w:tcW w:w="500" w:type="pct"/>
            <w:vMerge w:val="restart"/>
          </w:tcPr>
          <w:p w14:paraId="09B695F2" w14:textId="0707C291" w:rsidR="00587BEB" w:rsidRPr="009C2122" w:rsidRDefault="00587BEB" w:rsidP="002351DC">
            <w:pPr>
              <w:spacing w:after="0"/>
              <w:rPr>
                <w:rFonts w:ascii="Arial" w:hAnsi="Arial" w:cs="Arial"/>
                <w:color w:val="auto"/>
                <w:szCs w:val="17"/>
              </w:rPr>
            </w:pPr>
            <w:r>
              <w:rPr>
                <w:rFonts w:ascii="Arial" w:hAnsi="Arial" w:cs="Arial"/>
                <w:noProof/>
                <w:color w:val="auto"/>
                <w:szCs w:val="17"/>
              </w:rPr>
              <w:drawing>
                <wp:inline distT="0" distB="0" distL="0" distR="0" wp14:anchorId="4FBFF4D0" wp14:editId="1D86B04D">
                  <wp:extent cx="658368" cy="960120"/>
                  <wp:effectExtent l="0" t="0" r="889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30.jpeg"/>
                          <pic:cNvPicPr/>
                        </pic:nvPicPr>
                        <pic:blipFill>
                          <a:blip r:embed="rId35">
                            <a:extLst>
                              <a:ext uri="{28A0092B-C50C-407E-A947-70E740481C1C}">
                                <a14:useLocalDpi xmlns:a14="http://schemas.microsoft.com/office/drawing/2010/main" val="0"/>
                              </a:ext>
                            </a:extLst>
                          </a:blip>
                          <a:stretch>
                            <a:fillRect/>
                          </a:stretch>
                        </pic:blipFill>
                        <pic:spPr>
                          <a:xfrm>
                            <a:off x="0" y="0"/>
                            <a:ext cx="658368" cy="960120"/>
                          </a:xfrm>
                          <a:prstGeom prst="rect">
                            <a:avLst/>
                          </a:prstGeom>
                        </pic:spPr>
                      </pic:pic>
                    </a:graphicData>
                  </a:graphic>
                </wp:inline>
              </w:drawing>
            </w:r>
          </w:p>
        </w:tc>
      </w:tr>
      <w:tr w:rsidR="009D3325" w:rsidRPr="00B03582" w14:paraId="702AF196" w14:textId="3CA31FBC" w:rsidTr="00692D79">
        <w:tc>
          <w:tcPr>
            <w:tcW w:w="242" w:type="pct"/>
            <w:shd w:val="clear" w:color="auto" w:fill="FAFAFA"/>
            <w:tcMar>
              <w:top w:w="50" w:type="dxa"/>
              <w:left w:w="50" w:type="dxa"/>
              <w:bottom w:w="50" w:type="dxa"/>
              <w:right w:w="50" w:type="dxa"/>
            </w:tcMar>
          </w:tcPr>
          <w:p w14:paraId="3F964E28" w14:textId="77777777" w:rsidR="00587BEB" w:rsidRPr="001A766D" w:rsidRDefault="00587BEB" w:rsidP="002351DC">
            <w:pPr>
              <w:pStyle w:val="ListParagraph"/>
              <w:numPr>
                <w:ilvl w:val="0"/>
                <w:numId w:val="10"/>
              </w:numPr>
              <w:spacing w:after="0"/>
              <w:jc w:val="center"/>
              <w:rPr>
                <w:rFonts w:ascii="Arial" w:hAnsi="Arial" w:cs="Arial"/>
                <w:color w:val="auto"/>
                <w:szCs w:val="17"/>
              </w:rPr>
            </w:pPr>
          </w:p>
        </w:tc>
        <w:tc>
          <w:tcPr>
            <w:tcW w:w="1565" w:type="pct"/>
            <w:shd w:val="clear" w:color="auto" w:fill="auto"/>
            <w:tcMar>
              <w:top w:w="50" w:type="dxa"/>
              <w:left w:w="50" w:type="dxa"/>
              <w:bottom w:w="50" w:type="dxa"/>
              <w:right w:w="50" w:type="dxa"/>
            </w:tcMar>
            <w:vAlign w:val="bottom"/>
          </w:tcPr>
          <w:p w14:paraId="04413079" w14:textId="649486CB" w:rsidR="00587BEB" w:rsidRDefault="00587BEB" w:rsidP="002351DC">
            <w:pPr>
              <w:spacing w:after="0"/>
              <w:rPr>
                <w:rFonts w:ascii="Arial" w:hAnsi="Arial" w:cs="Arial"/>
                <w:color w:val="auto"/>
                <w:szCs w:val="17"/>
              </w:rPr>
            </w:pPr>
            <w:r>
              <w:rPr>
                <w:color w:val="000000"/>
                <w:sz w:val="20"/>
                <w:szCs w:val="20"/>
              </w:rPr>
              <w:t>Acetylene gas cylinder filling</w:t>
            </w:r>
          </w:p>
        </w:tc>
        <w:tc>
          <w:tcPr>
            <w:tcW w:w="1808" w:type="pct"/>
            <w:shd w:val="clear" w:color="auto" w:fill="auto"/>
            <w:vAlign w:val="bottom"/>
          </w:tcPr>
          <w:p w14:paraId="53ED4090" w14:textId="367949A6" w:rsidR="00587BEB" w:rsidRDefault="00587BEB" w:rsidP="002351DC">
            <w:pPr>
              <w:spacing w:after="0"/>
              <w:rPr>
                <w:rFonts w:ascii="Arial" w:hAnsi="Arial" w:cs="Arial"/>
                <w:color w:val="auto"/>
                <w:szCs w:val="17"/>
              </w:rPr>
            </w:pPr>
            <w:r>
              <w:rPr>
                <w:color w:val="000000"/>
                <w:sz w:val="20"/>
                <w:szCs w:val="20"/>
              </w:rPr>
              <w:t>2000 bar</w:t>
            </w:r>
          </w:p>
        </w:tc>
        <w:tc>
          <w:tcPr>
            <w:tcW w:w="496" w:type="pct"/>
            <w:shd w:val="clear" w:color="auto" w:fill="auto"/>
            <w:tcMar>
              <w:top w:w="50" w:type="dxa"/>
              <w:left w:w="50" w:type="dxa"/>
              <w:bottom w:w="50" w:type="dxa"/>
              <w:right w:w="50" w:type="dxa"/>
            </w:tcMar>
            <w:vAlign w:val="bottom"/>
          </w:tcPr>
          <w:p w14:paraId="4FD2AD67" w14:textId="14386089" w:rsidR="00587BEB" w:rsidRDefault="00587BEB" w:rsidP="002351DC">
            <w:pPr>
              <w:spacing w:after="0"/>
              <w:rPr>
                <w:rFonts w:ascii="Arial" w:hAnsi="Arial" w:cs="Arial"/>
                <w:color w:val="auto"/>
                <w:szCs w:val="17"/>
              </w:rPr>
            </w:pPr>
            <w:r>
              <w:rPr>
                <w:color w:val="000000"/>
                <w:sz w:val="20"/>
                <w:szCs w:val="20"/>
              </w:rPr>
              <w:t>30</w:t>
            </w:r>
          </w:p>
        </w:tc>
        <w:tc>
          <w:tcPr>
            <w:tcW w:w="390" w:type="pct"/>
            <w:shd w:val="clear" w:color="auto" w:fill="auto"/>
            <w:tcMar>
              <w:top w:w="50" w:type="dxa"/>
              <w:left w:w="50" w:type="dxa"/>
              <w:bottom w:w="50" w:type="dxa"/>
              <w:right w:w="50" w:type="dxa"/>
            </w:tcMar>
          </w:tcPr>
          <w:p w14:paraId="60532122" w14:textId="68806E00" w:rsidR="00587BEB" w:rsidRPr="00B03582" w:rsidRDefault="00587BEB" w:rsidP="002351DC">
            <w:pPr>
              <w:spacing w:after="0"/>
              <w:rPr>
                <w:rFonts w:ascii="Arial" w:hAnsi="Arial" w:cs="Arial"/>
                <w:color w:val="auto"/>
                <w:szCs w:val="17"/>
              </w:rPr>
            </w:pPr>
            <w:r w:rsidRPr="009C2122">
              <w:rPr>
                <w:rFonts w:ascii="Arial" w:hAnsi="Arial" w:cs="Arial"/>
                <w:color w:val="auto"/>
                <w:szCs w:val="17"/>
              </w:rPr>
              <w:t>Nos</w:t>
            </w:r>
          </w:p>
        </w:tc>
        <w:tc>
          <w:tcPr>
            <w:tcW w:w="500" w:type="pct"/>
            <w:vMerge/>
          </w:tcPr>
          <w:p w14:paraId="59053953" w14:textId="77777777" w:rsidR="00587BEB" w:rsidRPr="009C2122" w:rsidRDefault="00587BEB" w:rsidP="002351DC">
            <w:pPr>
              <w:spacing w:after="0"/>
              <w:rPr>
                <w:rFonts w:ascii="Arial" w:hAnsi="Arial" w:cs="Arial"/>
                <w:color w:val="auto"/>
                <w:szCs w:val="17"/>
              </w:rPr>
            </w:pPr>
          </w:p>
        </w:tc>
      </w:tr>
      <w:tr w:rsidR="009D3325" w:rsidRPr="00B03582" w14:paraId="2A378F6B" w14:textId="387510AD" w:rsidTr="00692D79">
        <w:tc>
          <w:tcPr>
            <w:tcW w:w="242" w:type="pct"/>
            <w:shd w:val="clear" w:color="auto" w:fill="FAFAFA"/>
            <w:tcMar>
              <w:top w:w="50" w:type="dxa"/>
              <w:left w:w="50" w:type="dxa"/>
              <w:bottom w:w="50" w:type="dxa"/>
              <w:right w:w="50" w:type="dxa"/>
            </w:tcMar>
          </w:tcPr>
          <w:p w14:paraId="2DFFCB38" w14:textId="77777777" w:rsidR="000149C7" w:rsidRPr="001A766D" w:rsidRDefault="000149C7" w:rsidP="002351DC">
            <w:pPr>
              <w:pStyle w:val="ListParagraph"/>
              <w:numPr>
                <w:ilvl w:val="0"/>
                <w:numId w:val="10"/>
              </w:numPr>
              <w:spacing w:after="0"/>
              <w:jc w:val="center"/>
              <w:rPr>
                <w:rFonts w:ascii="Arial" w:hAnsi="Arial" w:cs="Arial"/>
                <w:color w:val="auto"/>
                <w:szCs w:val="17"/>
              </w:rPr>
            </w:pPr>
          </w:p>
        </w:tc>
        <w:tc>
          <w:tcPr>
            <w:tcW w:w="1565" w:type="pct"/>
            <w:shd w:val="clear" w:color="auto" w:fill="auto"/>
            <w:tcMar>
              <w:top w:w="50" w:type="dxa"/>
              <w:left w:w="50" w:type="dxa"/>
              <w:bottom w:w="50" w:type="dxa"/>
              <w:right w:w="50" w:type="dxa"/>
            </w:tcMar>
            <w:vAlign w:val="bottom"/>
          </w:tcPr>
          <w:p w14:paraId="4923EC66" w14:textId="31041168" w:rsidR="000149C7" w:rsidRDefault="000149C7" w:rsidP="002351DC">
            <w:pPr>
              <w:spacing w:after="0"/>
              <w:rPr>
                <w:rFonts w:ascii="Arial" w:hAnsi="Arial" w:cs="Arial"/>
                <w:color w:val="auto"/>
                <w:szCs w:val="17"/>
              </w:rPr>
            </w:pPr>
            <w:r>
              <w:rPr>
                <w:color w:val="000000"/>
                <w:sz w:val="20"/>
                <w:szCs w:val="20"/>
              </w:rPr>
              <w:t>Welding Nozzle</w:t>
            </w:r>
          </w:p>
        </w:tc>
        <w:tc>
          <w:tcPr>
            <w:tcW w:w="1808" w:type="pct"/>
            <w:shd w:val="clear" w:color="auto" w:fill="auto"/>
            <w:vAlign w:val="bottom"/>
          </w:tcPr>
          <w:p w14:paraId="0230E2B8" w14:textId="541B9666" w:rsidR="000149C7" w:rsidRDefault="000149C7" w:rsidP="002351DC">
            <w:pPr>
              <w:spacing w:after="0"/>
              <w:rPr>
                <w:rFonts w:ascii="Arial" w:hAnsi="Arial" w:cs="Arial"/>
                <w:color w:val="auto"/>
                <w:szCs w:val="17"/>
              </w:rPr>
            </w:pPr>
            <w:proofErr w:type="spellStart"/>
            <w:r>
              <w:rPr>
                <w:color w:val="000000"/>
                <w:sz w:val="20"/>
                <w:szCs w:val="20"/>
              </w:rPr>
              <w:t>Japani</w:t>
            </w:r>
            <w:proofErr w:type="spellEnd"/>
            <w:r>
              <w:rPr>
                <w:color w:val="000000"/>
                <w:sz w:val="20"/>
                <w:szCs w:val="20"/>
              </w:rPr>
              <w:t xml:space="preserve"> Set</w:t>
            </w:r>
          </w:p>
        </w:tc>
        <w:tc>
          <w:tcPr>
            <w:tcW w:w="496" w:type="pct"/>
            <w:shd w:val="clear" w:color="auto" w:fill="auto"/>
            <w:tcMar>
              <w:top w:w="50" w:type="dxa"/>
              <w:left w:w="50" w:type="dxa"/>
              <w:bottom w:w="50" w:type="dxa"/>
              <w:right w:w="50" w:type="dxa"/>
            </w:tcMar>
            <w:vAlign w:val="bottom"/>
          </w:tcPr>
          <w:p w14:paraId="28766245" w14:textId="067DD580" w:rsidR="000149C7" w:rsidRDefault="000149C7" w:rsidP="002351DC">
            <w:pPr>
              <w:spacing w:after="0"/>
              <w:rPr>
                <w:rFonts w:ascii="Arial" w:hAnsi="Arial" w:cs="Arial"/>
                <w:color w:val="auto"/>
                <w:szCs w:val="17"/>
              </w:rPr>
            </w:pPr>
            <w:r>
              <w:rPr>
                <w:color w:val="000000"/>
                <w:sz w:val="20"/>
                <w:szCs w:val="20"/>
              </w:rPr>
              <w:t>2 Pieces</w:t>
            </w:r>
          </w:p>
        </w:tc>
        <w:tc>
          <w:tcPr>
            <w:tcW w:w="390" w:type="pct"/>
            <w:shd w:val="clear" w:color="auto" w:fill="auto"/>
            <w:tcMar>
              <w:top w:w="50" w:type="dxa"/>
              <w:left w:w="50" w:type="dxa"/>
              <w:bottom w:w="50" w:type="dxa"/>
              <w:right w:w="50" w:type="dxa"/>
            </w:tcMar>
          </w:tcPr>
          <w:p w14:paraId="60A4B819" w14:textId="2208E652" w:rsidR="000149C7" w:rsidRPr="00B03582" w:rsidRDefault="000149C7" w:rsidP="002351DC">
            <w:pPr>
              <w:spacing w:after="0"/>
              <w:rPr>
                <w:rFonts w:ascii="Arial" w:hAnsi="Arial" w:cs="Arial"/>
                <w:color w:val="auto"/>
                <w:szCs w:val="17"/>
              </w:rPr>
            </w:pPr>
            <w:r w:rsidRPr="009C2122">
              <w:rPr>
                <w:rFonts w:ascii="Arial" w:hAnsi="Arial" w:cs="Arial"/>
                <w:color w:val="auto"/>
                <w:szCs w:val="17"/>
              </w:rPr>
              <w:t>Nos</w:t>
            </w:r>
          </w:p>
        </w:tc>
        <w:tc>
          <w:tcPr>
            <w:tcW w:w="500" w:type="pct"/>
          </w:tcPr>
          <w:p w14:paraId="7E0D896C" w14:textId="7EB27EFC" w:rsidR="000149C7" w:rsidRPr="009C2122" w:rsidRDefault="00587BEB" w:rsidP="002351DC">
            <w:pPr>
              <w:spacing w:after="0"/>
              <w:rPr>
                <w:rFonts w:ascii="Arial" w:hAnsi="Arial" w:cs="Arial"/>
                <w:color w:val="auto"/>
                <w:szCs w:val="17"/>
              </w:rPr>
            </w:pPr>
            <w:r>
              <w:rPr>
                <w:rFonts w:ascii="Arial" w:hAnsi="Arial" w:cs="Arial"/>
                <w:noProof/>
                <w:color w:val="auto"/>
                <w:szCs w:val="17"/>
              </w:rPr>
              <w:drawing>
                <wp:inline distT="0" distB="0" distL="0" distR="0" wp14:anchorId="20BE8B1A" wp14:editId="44E407B9">
                  <wp:extent cx="596347" cy="596347"/>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32.jpeg"/>
                          <pic:cNvPicPr/>
                        </pic:nvPicPr>
                        <pic:blipFill>
                          <a:blip r:embed="rId36">
                            <a:extLst>
                              <a:ext uri="{28A0092B-C50C-407E-A947-70E740481C1C}">
                                <a14:useLocalDpi xmlns:a14="http://schemas.microsoft.com/office/drawing/2010/main" val="0"/>
                              </a:ext>
                            </a:extLst>
                          </a:blip>
                          <a:stretch>
                            <a:fillRect/>
                          </a:stretch>
                        </pic:blipFill>
                        <pic:spPr>
                          <a:xfrm>
                            <a:off x="0" y="0"/>
                            <a:ext cx="601394" cy="601394"/>
                          </a:xfrm>
                          <a:prstGeom prst="rect">
                            <a:avLst/>
                          </a:prstGeom>
                        </pic:spPr>
                      </pic:pic>
                    </a:graphicData>
                  </a:graphic>
                </wp:inline>
              </w:drawing>
            </w:r>
          </w:p>
        </w:tc>
      </w:tr>
      <w:tr w:rsidR="009D3325" w:rsidRPr="00B03582" w14:paraId="6AB1A031" w14:textId="685DE67F" w:rsidTr="00692D79">
        <w:tc>
          <w:tcPr>
            <w:tcW w:w="242" w:type="pct"/>
            <w:shd w:val="clear" w:color="auto" w:fill="FAFAFA"/>
            <w:tcMar>
              <w:top w:w="50" w:type="dxa"/>
              <w:left w:w="50" w:type="dxa"/>
              <w:bottom w:w="50" w:type="dxa"/>
              <w:right w:w="50" w:type="dxa"/>
            </w:tcMar>
          </w:tcPr>
          <w:p w14:paraId="784B546D" w14:textId="77777777" w:rsidR="000149C7" w:rsidRPr="001A766D" w:rsidRDefault="000149C7" w:rsidP="002351DC">
            <w:pPr>
              <w:pStyle w:val="ListParagraph"/>
              <w:numPr>
                <w:ilvl w:val="0"/>
                <w:numId w:val="10"/>
              </w:numPr>
              <w:spacing w:after="0"/>
              <w:jc w:val="center"/>
              <w:rPr>
                <w:rFonts w:ascii="Arial" w:hAnsi="Arial" w:cs="Arial"/>
                <w:color w:val="auto"/>
                <w:szCs w:val="17"/>
              </w:rPr>
            </w:pPr>
          </w:p>
        </w:tc>
        <w:tc>
          <w:tcPr>
            <w:tcW w:w="1565" w:type="pct"/>
            <w:shd w:val="clear" w:color="auto" w:fill="auto"/>
            <w:tcMar>
              <w:top w:w="50" w:type="dxa"/>
              <w:left w:w="50" w:type="dxa"/>
              <w:bottom w:w="50" w:type="dxa"/>
              <w:right w:w="50" w:type="dxa"/>
            </w:tcMar>
            <w:vAlign w:val="bottom"/>
          </w:tcPr>
          <w:p w14:paraId="7CF2C378" w14:textId="68E23C10" w:rsidR="000149C7" w:rsidRDefault="000149C7" w:rsidP="002351DC">
            <w:pPr>
              <w:spacing w:after="0"/>
              <w:rPr>
                <w:rFonts w:ascii="Arial" w:hAnsi="Arial" w:cs="Arial"/>
                <w:color w:val="auto"/>
                <w:szCs w:val="17"/>
              </w:rPr>
            </w:pPr>
            <w:r>
              <w:rPr>
                <w:color w:val="000000"/>
                <w:sz w:val="20"/>
                <w:szCs w:val="20"/>
              </w:rPr>
              <w:t>Cutting  Nozzle</w:t>
            </w:r>
          </w:p>
        </w:tc>
        <w:tc>
          <w:tcPr>
            <w:tcW w:w="1808" w:type="pct"/>
            <w:shd w:val="clear" w:color="auto" w:fill="auto"/>
            <w:vAlign w:val="bottom"/>
          </w:tcPr>
          <w:p w14:paraId="0841C5C3" w14:textId="4A270DE6" w:rsidR="000149C7" w:rsidRDefault="000149C7" w:rsidP="002351DC">
            <w:pPr>
              <w:spacing w:after="0"/>
              <w:rPr>
                <w:rFonts w:ascii="Arial" w:hAnsi="Arial" w:cs="Arial"/>
                <w:color w:val="auto"/>
                <w:szCs w:val="17"/>
              </w:rPr>
            </w:pPr>
            <w:proofErr w:type="spellStart"/>
            <w:r>
              <w:rPr>
                <w:color w:val="000000"/>
                <w:sz w:val="20"/>
                <w:szCs w:val="20"/>
              </w:rPr>
              <w:t>acyteline</w:t>
            </w:r>
            <w:proofErr w:type="spellEnd"/>
            <w:r>
              <w:rPr>
                <w:color w:val="000000"/>
                <w:sz w:val="20"/>
                <w:szCs w:val="20"/>
              </w:rPr>
              <w:t xml:space="preserve"> (1 no , 0 no)</w:t>
            </w:r>
          </w:p>
        </w:tc>
        <w:tc>
          <w:tcPr>
            <w:tcW w:w="496" w:type="pct"/>
            <w:shd w:val="clear" w:color="auto" w:fill="auto"/>
            <w:tcMar>
              <w:top w:w="50" w:type="dxa"/>
              <w:left w:w="50" w:type="dxa"/>
              <w:bottom w:w="50" w:type="dxa"/>
              <w:right w:w="50" w:type="dxa"/>
            </w:tcMar>
            <w:vAlign w:val="bottom"/>
          </w:tcPr>
          <w:p w14:paraId="5E4C845B" w14:textId="195FF7D5" w:rsidR="000149C7" w:rsidRDefault="000149C7" w:rsidP="002351DC">
            <w:pPr>
              <w:spacing w:after="0"/>
              <w:rPr>
                <w:rFonts w:ascii="Arial" w:hAnsi="Arial" w:cs="Arial"/>
                <w:color w:val="auto"/>
                <w:szCs w:val="17"/>
              </w:rPr>
            </w:pPr>
            <w:r>
              <w:rPr>
                <w:color w:val="000000"/>
                <w:sz w:val="20"/>
                <w:szCs w:val="20"/>
              </w:rPr>
              <w:t>2 Pieces</w:t>
            </w:r>
          </w:p>
        </w:tc>
        <w:tc>
          <w:tcPr>
            <w:tcW w:w="390" w:type="pct"/>
            <w:shd w:val="clear" w:color="auto" w:fill="auto"/>
            <w:tcMar>
              <w:top w:w="50" w:type="dxa"/>
              <w:left w:w="50" w:type="dxa"/>
              <w:bottom w:w="50" w:type="dxa"/>
              <w:right w:w="50" w:type="dxa"/>
            </w:tcMar>
          </w:tcPr>
          <w:p w14:paraId="387E91F1" w14:textId="4A7895FB" w:rsidR="000149C7" w:rsidRPr="00B03582" w:rsidRDefault="000149C7" w:rsidP="002351DC">
            <w:pPr>
              <w:spacing w:after="0"/>
              <w:rPr>
                <w:rFonts w:ascii="Arial" w:hAnsi="Arial" w:cs="Arial"/>
                <w:color w:val="auto"/>
                <w:szCs w:val="17"/>
              </w:rPr>
            </w:pPr>
            <w:r w:rsidRPr="009C2122">
              <w:rPr>
                <w:rFonts w:ascii="Arial" w:hAnsi="Arial" w:cs="Arial"/>
                <w:color w:val="auto"/>
                <w:szCs w:val="17"/>
              </w:rPr>
              <w:t>Nos</w:t>
            </w:r>
          </w:p>
        </w:tc>
        <w:tc>
          <w:tcPr>
            <w:tcW w:w="500" w:type="pct"/>
          </w:tcPr>
          <w:p w14:paraId="7560967C" w14:textId="29849081" w:rsidR="000149C7" w:rsidRPr="009C2122" w:rsidRDefault="00587BEB" w:rsidP="002351DC">
            <w:pPr>
              <w:spacing w:after="0"/>
              <w:rPr>
                <w:rFonts w:ascii="Arial" w:hAnsi="Arial" w:cs="Arial"/>
                <w:color w:val="auto"/>
                <w:szCs w:val="17"/>
              </w:rPr>
            </w:pPr>
            <w:r>
              <w:rPr>
                <w:rFonts w:ascii="Arial" w:hAnsi="Arial" w:cs="Arial"/>
                <w:noProof/>
                <w:color w:val="auto"/>
                <w:szCs w:val="17"/>
              </w:rPr>
              <w:drawing>
                <wp:inline distT="0" distB="0" distL="0" distR="0" wp14:anchorId="5DA875DC" wp14:editId="3C1F0C43">
                  <wp:extent cx="646043" cy="646043"/>
                  <wp:effectExtent l="0" t="0" r="1905" b="190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33.jpeg"/>
                          <pic:cNvPicPr/>
                        </pic:nvPicPr>
                        <pic:blipFill>
                          <a:blip r:embed="rId37">
                            <a:extLst>
                              <a:ext uri="{28A0092B-C50C-407E-A947-70E740481C1C}">
                                <a14:useLocalDpi xmlns:a14="http://schemas.microsoft.com/office/drawing/2010/main" val="0"/>
                              </a:ext>
                            </a:extLst>
                          </a:blip>
                          <a:stretch>
                            <a:fillRect/>
                          </a:stretch>
                        </pic:blipFill>
                        <pic:spPr>
                          <a:xfrm>
                            <a:off x="0" y="0"/>
                            <a:ext cx="648018" cy="648018"/>
                          </a:xfrm>
                          <a:prstGeom prst="rect">
                            <a:avLst/>
                          </a:prstGeom>
                        </pic:spPr>
                      </pic:pic>
                    </a:graphicData>
                  </a:graphic>
                </wp:inline>
              </w:drawing>
            </w:r>
          </w:p>
        </w:tc>
      </w:tr>
      <w:tr w:rsidR="009D3325" w:rsidRPr="00B03582" w14:paraId="54BED362" w14:textId="157A1906" w:rsidTr="00692D79">
        <w:tc>
          <w:tcPr>
            <w:tcW w:w="242" w:type="pct"/>
            <w:shd w:val="clear" w:color="auto" w:fill="FAFAFA"/>
            <w:tcMar>
              <w:top w:w="50" w:type="dxa"/>
              <w:left w:w="50" w:type="dxa"/>
              <w:bottom w:w="50" w:type="dxa"/>
              <w:right w:w="50" w:type="dxa"/>
            </w:tcMar>
          </w:tcPr>
          <w:p w14:paraId="7319810E" w14:textId="77777777" w:rsidR="000149C7" w:rsidRPr="001A766D" w:rsidRDefault="000149C7" w:rsidP="002351DC">
            <w:pPr>
              <w:pStyle w:val="ListParagraph"/>
              <w:numPr>
                <w:ilvl w:val="0"/>
                <w:numId w:val="10"/>
              </w:numPr>
              <w:spacing w:after="0"/>
              <w:jc w:val="center"/>
              <w:rPr>
                <w:rFonts w:ascii="Arial" w:hAnsi="Arial" w:cs="Arial"/>
                <w:color w:val="auto"/>
                <w:szCs w:val="17"/>
              </w:rPr>
            </w:pPr>
          </w:p>
        </w:tc>
        <w:tc>
          <w:tcPr>
            <w:tcW w:w="1565" w:type="pct"/>
            <w:shd w:val="clear" w:color="auto" w:fill="auto"/>
            <w:tcMar>
              <w:top w:w="50" w:type="dxa"/>
              <w:left w:w="50" w:type="dxa"/>
              <w:bottom w:w="50" w:type="dxa"/>
              <w:right w:w="50" w:type="dxa"/>
            </w:tcMar>
            <w:vAlign w:val="bottom"/>
          </w:tcPr>
          <w:p w14:paraId="3478DA44" w14:textId="041C9FB2" w:rsidR="000149C7" w:rsidRDefault="000149C7" w:rsidP="002351DC">
            <w:pPr>
              <w:spacing w:after="0"/>
              <w:rPr>
                <w:rFonts w:ascii="Arial" w:hAnsi="Arial" w:cs="Arial"/>
                <w:color w:val="auto"/>
                <w:szCs w:val="17"/>
              </w:rPr>
            </w:pPr>
            <w:r>
              <w:rPr>
                <w:color w:val="000000"/>
                <w:sz w:val="20"/>
                <w:szCs w:val="20"/>
              </w:rPr>
              <w:t>Flashback arrester</w:t>
            </w:r>
          </w:p>
        </w:tc>
        <w:tc>
          <w:tcPr>
            <w:tcW w:w="1808" w:type="pct"/>
            <w:shd w:val="clear" w:color="auto" w:fill="auto"/>
            <w:vAlign w:val="bottom"/>
          </w:tcPr>
          <w:p w14:paraId="1B5A3700" w14:textId="171E401C" w:rsidR="000149C7" w:rsidRDefault="000149C7" w:rsidP="002351DC">
            <w:pPr>
              <w:spacing w:after="0"/>
              <w:rPr>
                <w:rFonts w:ascii="Arial" w:hAnsi="Arial" w:cs="Arial"/>
                <w:color w:val="auto"/>
                <w:szCs w:val="17"/>
              </w:rPr>
            </w:pPr>
            <w:proofErr w:type="spellStart"/>
            <w:r>
              <w:rPr>
                <w:color w:val="000000"/>
                <w:sz w:val="20"/>
                <w:szCs w:val="20"/>
              </w:rPr>
              <w:t>oxygen+acyteline</w:t>
            </w:r>
            <w:proofErr w:type="spellEnd"/>
            <w:r>
              <w:rPr>
                <w:color w:val="000000"/>
                <w:sz w:val="20"/>
                <w:szCs w:val="20"/>
              </w:rPr>
              <w:t xml:space="preserve"> </w:t>
            </w:r>
          </w:p>
        </w:tc>
        <w:tc>
          <w:tcPr>
            <w:tcW w:w="496" w:type="pct"/>
            <w:shd w:val="clear" w:color="auto" w:fill="auto"/>
            <w:tcMar>
              <w:top w:w="50" w:type="dxa"/>
              <w:left w:w="50" w:type="dxa"/>
              <w:bottom w:w="50" w:type="dxa"/>
              <w:right w:w="50" w:type="dxa"/>
            </w:tcMar>
            <w:vAlign w:val="bottom"/>
          </w:tcPr>
          <w:p w14:paraId="6EFCBBBC" w14:textId="2CA42907" w:rsidR="000149C7" w:rsidRDefault="000149C7" w:rsidP="002351DC">
            <w:pPr>
              <w:spacing w:after="0"/>
              <w:rPr>
                <w:rFonts w:ascii="Arial" w:hAnsi="Arial" w:cs="Arial"/>
                <w:color w:val="auto"/>
                <w:szCs w:val="17"/>
              </w:rPr>
            </w:pPr>
            <w:r>
              <w:rPr>
                <w:color w:val="000000"/>
                <w:sz w:val="20"/>
                <w:szCs w:val="20"/>
              </w:rPr>
              <w:t>1 pair</w:t>
            </w:r>
          </w:p>
        </w:tc>
        <w:tc>
          <w:tcPr>
            <w:tcW w:w="390" w:type="pct"/>
            <w:shd w:val="clear" w:color="auto" w:fill="auto"/>
            <w:tcMar>
              <w:top w:w="50" w:type="dxa"/>
              <w:left w:w="50" w:type="dxa"/>
              <w:bottom w:w="50" w:type="dxa"/>
              <w:right w:w="50" w:type="dxa"/>
            </w:tcMar>
          </w:tcPr>
          <w:p w14:paraId="70BB1919" w14:textId="0F1E8EE2" w:rsidR="000149C7" w:rsidRPr="00B03582" w:rsidRDefault="000149C7" w:rsidP="002351DC">
            <w:pPr>
              <w:spacing w:after="0"/>
              <w:rPr>
                <w:rFonts w:ascii="Arial" w:hAnsi="Arial" w:cs="Arial"/>
                <w:color w:val="auto"/>
                <w:szCs w:val="17"/>
              </w:rPr>
            </w:pPr>
            <w:r w:rsidRPr="009C2122">
              <w:rPr>
                <w:rFonts w:ascii="Arial" w:hAnsi="Arial" w:cs="Arial"/>
                <w:color w:val="auto"/>
                <w:szCs w:val="17"/>
              </w:rPr>
              <w:t>Nos</w:t>
            </w:r>
          </w:p>
        </w:tc>
        <w:tc>
          <w:tcPr>
            <w:tcW w:w="500" w:type="pct"/>
          </w:tcPr>
          <w:p w14:paraId="081EA5F8" w14:textId="6D5C0C2A" w:rsidR="000149C7" w:rsidRPr="009C2122" w:rsidRDefault="00587BEB" w:rsidP="002351DC">
            <w:pPr>
              <w:spacing w:after="0"/>
              <w:rPr>
                <w:rFonts w:ascii="Arial" w:hAnsi="Arial" w:cs="Arial"/>
                <w:color w:val="auto"/>
                <w:szCs w:val="17"/>
              </w:rPr>
            </w:pPr>
            <w:r>
              <w:rPr>
                <w:rFonts w:ascii="Arial" w:hAnsi="Arial" w:cs="Arial"/>
                <w:noProof/>
                <w:color w:val="auto"/>
                <w:szCs w:val="17"/>
              </w:rPr>
              <w:drawing>
                <wp:inline distT="0" distB="0" distL="0" distR="0" wp14:anchorId="7F4B945A" wp14:editId="42DAA368">
                  <wp:extent cx="655983" cy="655983"/>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34.jpeg"/>
                          <pic:cNvPicPr/>
                        </pic:nvPicPr>
                        <pic:blipFill>
                          <a:blip r:embed="rId38">
                            <a:extLst>
                              <a:ext uri="{28A0092B-C50C-407E-A947-70E740481C1C}">
                                <a14:useLocalDpi xmlns:a14="http://schemas.microsoft.com/office/drawing/2010/main" val="0"/>
                              </a:ext>
                            </a:extLst>
                          </a:blip>
                          <a:stretch>
                            <a:fillRect/>
                          </a:stretch>
                        </pic:blipFill>
                        <pic:spPr>
                          <a:xfrm>
                            <a:off x="0" y="0"/>
                            <a:ext cx="658453" cy="658453"/>
                          </a:xfrm>
                          <a:prstGeom prst="rect">
                            <a:avLst/>
                          </a:prstGeom>
                        </pic:spPr>
                      </pic:pic>
                    </a:graphicData>
                  </a:graphic>
                </wp:inline>
              </w:drawing>
            </w:r>
          </w:p>
        </w:tc>
      </w:tr>
      <w:tr w:rsidR="009D3325" w:rsidRPr="00B03582" w14:paraId="02B6F5D1" w14:textId="1AD1C3B5" w:rsidTr="00692D79">
        <w:tc>
          <w:tcPr>
            <w:tcW w:w="242" w:type="pct"/>
            <w:shd w:val="clear" w:color="auto" w:fill="FAFAFA"/>
            <w:tcMar>
              <w:top w:w="50" w:type="dxa"/>
              <w:left w:w="50" w:type="dxa"/>
              <w:bottom w:w="50" w:type="dxa"/>
              <w:right w:w="50" w:type="dxa"/>
            </w:tcMar>
          </w:tcPr>
          <w:p w14:paraId="2337251D" w14:textId="77777777" w:rsidR="000149C7" w:rsidRPr="001A766D" w:rsidRDefault="000149C7" w:rsidP="002351DC">
            <w:pPr>
              <w:pStyle w:val="ListParagraph"/>
              <w:numPr>
                <w:ilvl w:val="0"/>
                <w:numId w:val="10"/>
              </w:numPr>
              <w:spacing w:after="0"/>
              <w:jc w:val="center"/>
              <w:rPr>
                <w:rFonts w:ascii="Arial" w:hAnsi="Arial" w:cs="Arial"/>
                <w:color w:val="auto"/>
                <w:szCs w:val="17"/>
              </w:rPr>
            </w:pPr>
          </w:p>
        </w:tc>
        <w:tc>
          <w:tcPr>
            <w:tcW w:w="1565" w:type="pct"/>
            <w:shd w:val="clear" w:color="auto" w:fill="auto"/>
            <w:tcMar>
              <w:top w:w="50" w:type="dxa"/>
              <w:left w:w="50" w:type="dxa"/>
              <w:bottom w:w="50" w:type="dxa"/>
              <w:right w:w="50" w:type="dxa"/>
            </w:tcMar>
            <w:vAlign w:val="bottom"/>
          </w:tcPr>
          <w:p w14:paraId="15978063" w14:textId="59272C21" w:rsidR="000149C7" w:rsidRDefault="000149C7" w:rsidP="002351DC">
            <w:pPr>
              <w:spacing w:after="0"/>
              <w:rPr>
                <w:rFonts w:ascii="Arial" w:hAnsi="Arial" w:cs="Arial"/>
                <w:color w:val="auto"/>
                <w:szCs w:val="17"/>
              </w:rPr>
            </w:pPr>
            <w:r>
              <w:rPr>
                <w:color w:val="000000"/>
                <w:sz w:val="20"/>
                <w:szCs w:val="20"/>
              </w:rPr>
              <w:t>Welding Wire Brush</w:t>
            </w:r>
          </w:p>
        </w:tc>
        <w:tc>
          <w:tcPr>
            <w:tcW w:w="1808" w:type="pct"/>
            <w:shd w:val="clear" w:color="auto" w:fill="auto"/>
            <w:vAlign w:val="bottom"/>
          </w:tcPr>
          <w:p w14:paraId="70251371" w14:textId="6F21E913" w:rsidR="000149C7" w:rsidRDefault="000149C7" w:rsidP="002351DC">
            <w:pPr>
              <w:spacing w:after="0"/>
              <w:rPr>
                <w:rFonts w:ascii="Arial" w:hAnsi="Arial" w:cs="Arial"/>
                <w:color w:val="auto"/>
                <w:szCs w:val="17"/>
              </w:rPr>
            </w:pPr>
            <w:r>
              <w:rPr>
                <w:color w:val="000000"/>
                <w:sz w:val="20"/>
                <w:szCs w:val="20"/>
              </w:rPr>
              <w:t> Standard size</w:t>
            </w:r>
          </w:p>
        </w:tc>
        <w:tc>
          <w:tcPr>
            <w:tcW w:w="496" w:type="pct"/>
            <w:shd w:val="clear" w:color="auto" w:fill="auto"/>
            <w:tcMar>
              <w:top w:w="50" w:type="dxa"/>
              <w:left w:w="50" w:type="dxa"/>
              <w:bottom w:w="50" w:type="dxa"/>
              <w:right w:w="50" w:type="dxa"/>
            </w:tcMar>
            <w:vAlign w:val="bottom"/>
          </w:tcPr>
          <w:p w14:paraId="5967C475" w14:textId="54306EE3" w:rsidR="000149C7" w:rsidRDefault="000149C7" w:rsidP="002351DC">
            <w:pPr>
              <w:spacing w:after="0"/>
              <w:rPr>
                <w:rFonts w:ascii="Arial" w:hAnsi="Arial" w:cs="Arial"/>
                <w:color w:val="auto"/>
                <w:szCs w:val="17"/>
              </w:rPr>
            </w:pPr>
            <w:r>
              <w:rPr>
                <w:color w:val="000000"/>
                <w:sz w:val="20"/>
                <w:szCs w:val="20"/>
              </w:rPr>
              <w:t>24 Pieces</w:t>
            </w:r>
          </w:p>
        </w:tc>
        <w:tc>
          <w:tcPr>
            <w:tcW w:w="390" w:type="pct"/>
            <w:shd w:val="clear" w:color="auto" w:fill="auto"/>
            <w:tcMar>
              <w:top w:w="50" w:type="dxa"/>
              <w:left w:w="50" w:type="dxa"/>
              <w:bottom w:w="50" w:type="dxa"/>
              <w:right w:w="50" w:type="dxa"/>
            </w:tcMar>
          </w:tcPr>
          <w:p w14:paraId="7CE89C09" w14:textId="225C3FA2" w:rsidR="000149C7" w:rsidRPr="00B03582" w:rsidRDefault="000149C7" w:rsidP="002351DC">
            <w:pPr>
              <w:spacing w:after="0"/>
              <w:rPr>
                <w:rFonts w:ascii="Arial" w:hAnsi="Arial" w:cs="Arial"/>
                <w:color w:val="auto"/>
                <w:szCs w:val="17"/>
              </w:rPr>
            </w:pPr>
            <w:r w:rsidRPr="009C2122">
              <w:rPr>
                <w:rFonts w:ascii="Arial" w:hAnsi="Arial" w:cs="Arial"/>
                <w:color w:val="auto"/>
                <w:szCs w:val="17"/>
              </w:rPr>
              <w:t>Nos</w:t>
            </w:r>
          </w:p>
        </w:tc>
        <w:tc>
          <w:tcPr>
            <w:tcW w:w="500" w:type="pct"/>
          </w:tcPr>
          <w:p w14:paraId="7C4DBB76" w14:textId="32588EE9" w:rsidR="000149C7" w:rsidRPr="009C2122" w:rsidRDefault="00587BEB" w:rsidP="002351DC">
            <w:pPr>
              <w:spacing w:after="0"/>
              <w:rPr>
                <w:rFonts w:ascii="Arial" w:hAnsi="Arial" w:cs="Arial"/>
                <w:color w:val="auto"/>
                <w:szCs w:val="17"/>
              </w:rPr>
            </w:pPr>
            <w:r>
              <w:rPr>
                <w:rFonts w:ascii="Arial" w:hAnsi="Arial" w:cs="Arial"/>
                <w:noProof/>
                <w:color w:val="auto"/>
                <w:szCs w:val="17"/>
              </w:rPr>
              <w:drawing>
                <wp:inline distT="0" distB="0" distL="0" distR="0" wp14:anchorId="0A6F3CE4" wp14:editId="4447340B">
                  <wp:extent cx="616226" cy="616226"/>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35.jpeg"/>
                          <pic:cNvPicPr/>
                        </pic:nvPicPr>
                        <pic:blipFill>
                          <a:blip r:embed="rId39">
                            <a:extLst>
                              <a:ext uri="{28A0092B-C50C-407E-A947-70E740481C1C}">
                                <a14:useLocalDpi xmlns:a14="http://schemas.microsoft.com/office/drawing/2010/main" val="0"/>
                              </a:ext>
                            </a:extLst>
                          </a:blip>
                          <a:stretch>
                            <a:fillRect/>
                          </a:stretch>
                        </pic:blipFill>
                        <pic:spPr>
                          <a:xfrm>
                            <a:off x="0" y="0"/>
                            <a:ext cx="617611" cy="617611"/>
                          </a:xfrm>
                          <a:prstGeom prst="rect">
                            <a:avLst/>
                          </a:prstGeom>
                        </pic:spPr>
                      </pic:pic>
                    </a:graphicData>
                  </a:graphic>
                </wp:inline>
              </w:drawing>
            </w:r>
          </w:p>
        </w:tc>
      </w:tr>
      <w:tr w:rsidR="009D3325" w:rsidRPr="00B03582" w14:paraId="303818A6" w14:textId="4D1D8D5C" w:rsidTr="00692D79">
        <w:tc>
          <w:tcPr>
            <w:tcW w:w="242" w:type="pct"/>
            <w:shd w:val="clear" w:color="auto" w:fill="FAFAFA"/>
            <w:tcMar>
              <w:top w:w="50" w:type="dxa"/>
              <w:left w:w="50" w:type="dxa"/>
              <w:bottom w:w="50" w:type="dxa"/>
              <w:right w:w="50" w:type="dxa"/>
            </w:tcMar>
          </w:tcPr>
          <w:p w14:paraId="1F6DBC1A" w14:textId="77777777" w:rsidR="000149C7" w:rsidRPr="001A766D" w:rsidRDefault="000149C7" w:rsidP="002351DC">
            <w:pPr>
              <w:pStyle w:val="ListParagraph"/>
              <w:numPr>
                <w:ilvl w:val="0"/>
                <w:numId w:val="10"/>
              </w:numPr>
              <w:spacing w:after="0"/>
              <w:jc w:val="center"/>
              <w:rPr>
                <w:rFonts w:ascii="Arial" w:hAnsi="Arial" w:cs="Arial"/>
                <w:color w:val="auto"/>
                <w:szCs w:val="17"/>
              </w:rPr>
            </w:pPr>
          </w:p>
        </w:tc>
        <w:tc>
          <w:tcPr>
            <w:tcW w:w="1565" w:type="pct"/>
            <w:shd w:val="clear" w:color="auto" w:fill="auto"/>
            <w:tcMar>
              <w:top w:w="50" w:type="dxa"/>
              <w:left w:w="50" w:type="dxa"/>
              <w:bottom w:w="50" w:type="dxa"/>
              <w:right w:w="50" w:type="dxa"/>
            </w:tcMar>
            <w:vAlign w:val="bottom"/>
          </w:tcPr>
          <w:p w14:paraId="4FD60238" w14:textId="38F85660" w:rsidR="000149C7" w:rsidRDefault="000149C7" w:rsidP="002351DC">
            <w:pPr>
              <w:spacing w:after="0"/>
              <w:rPr>
                <w:rFonts w:ascii="Arial" w:hAnsi="Arial" w:cs="Arial"/>
                <w:color w:val="auto"/>
                <w:szCs w:val="17"/>
              </w:rPr>
            </w:pPr>
            <w:r>
              <w:rPr>
                <w:color w:val="000000"/>
                <w:sz w:val="20"/>
                <w:szCs w:val="20"/>
              </w:rPr>
              <w:t>Spark lighter</w:t>
            </w:r>
          </w:p>
        </w:tc>
        <w:tc>
          <w:tcPr>
            <w:tcW w:w="1808" w:type="pct"/>
            <w:shd w:val="clear" w:color="auto" w:fill="auto"/>
            <w:vAlign w:val="bottom"/>
          </w:tcPr>
          <w:p w14:paraId="601FF0D7" w14:textId="2A16753F" w:rsidR="000149C7" w:rsidRDefault="000149C7" w:rsidP="002351DC">
            <w:pPr>
              <w:spacing w:after="0"/>
              <w:rPr>
                <w:rFonts w:ascii="Arial" w:hAnsi="Arial" w:cs="Arial"/>
                <w:color w:val="auto"/>
                <w:szCs w:val="17"/>
              </w:rPr>
            </w:pPr>
            <w:r>
              <w:rPr>
                <w:color w:val="000000"/>
                <w:sz w:val="20"/>
                <w:szCs w:val="20"/>
              </w:rPr>
              <w:t> </w:t>
            </w:r>
          </w:p>
        </w:tc>
        <w:tc>
          <w:tcPr>
            <w:tcW w:w="496" w:type="pct"/>
            <w:shd w:val="clear" w:color="auto" w:fill="auto"/>
            <w:tcMar>
              <w:top w:w="50" w:type="dxa"/>
              <w:left w:w="50" w:type="dxa"/>
              <w:bottom w:w="50" w:type="dxa"/>
              <w:right w:w="50" w:type="dxa"/>
            </w:tcMar>
            <w:vAlign w:val="bottom"/>
          </w:tcPr>
          <w:p w14:paraId="4467416C" w14:textId="5E0A5D9A" w:rsidR="000149C7" w:rsidRDefault="000149C7" w:rsidP="002351DC">
            <w:pPr>
              <w:spacing w:after="0"/>
              <w:rPr>
                <w:rFonts w:ascii="Arial" w:hAnsi="Arial" w:cs="Arial"/>
                <w:color w:val="auto"/>
                <w:szCs w:val="17"/>
              </w:rPr>
            </w:pPr>
            <w:r>
              <w:rPr>
                <w:color w:val="000000"/>
                <w:sz w:val="20"/>
                <w:szCs w:val="20"/>
              </w:rPr>
              <w:t>1 Piece</w:t>
            </w:r>
          </w:p>
        </w:tc>
        <w:tc>
          <w:tcPr>
            <w:tcW w:w="390" w:type="pct"/>
            <w:shd w:val="clear" w:color="auto" w:fill="auto"/>
            <w:tcMar>
              <w:top w:w="50" w:type="dxa"/>
              <w:left w:w="50" w:type="dxa"/>
              <w:bottom w:w="50" w:type="dxa"/>
              <w:right w:w="50" w:type="dxa"/>
            </w:tcMar>
          </w:tcPr>
          <w:p w14:paraId="4845937E" w14:textId="4801E0EC" w:rsidR="000149C7" w:rsidRPr="00B03582" w:rsidRDefault="000149C7" w:rsidP="002351DC">
            <w:pPr>
              <w:spacing w:after="0"/>
              <w:rPr>
                <w:rFonts w:ascii="Arial" w:hAnsi="Arial" w:cs="Arial"/>
                <w:color w:val="auto"/>
                <w:szCs w:val="17"/>
              </w:rPr>
            </w:pPr>
            <w:r w:rsidRPr="009C2122">
              <w:rPr>
                <w:rFonts w:ascii="Arial" w:hAnsi="Arial" w:cs="Arial"/>
                <w:color w:val="auto"/>
                <w:szCs w:val="17"/>
              </w:rPr>
              <w:t>Nos</w:t>
            </w:r>
          </w:p>
        </w:tc>
        <w:tc>
          <w:tcPr>
            <w:tcW w:w="500" w:type="pct"/>
          </w:tcPr>
          <w:p w14:paraId="01C4E70E" w14:textId="1190C3A8" w:rsidR="000149C7" w:rsidRPr="009C2122" w:rsidRDefault="00587BEB" w:rsidP="002351DC">
            <w:pPr>
              <w:spacing w:after="0"/>
              <w:rPr>
                <w:rFonts w:ascii="Arial" w:hAnsi="Arial" w:cs="Arial"/>
                <w:color w:val="auto"/>
                <w:szCs w:val="17"/>
              </w:rPr>
            </w:pPr>
            <w:r>
              <w:rPr>
                <w:rFonts w:ascii="Arial" w:hAnsi="Arial" w:cs="Arial"/>
                <w:noProof/>
                <w:color w:val="auto"/>
                <w:szCs w:val="17"/>
              </w:rPr>
              <w:drawing>
                <wp:inline distT="0" distB="0" distL="0" distR="0" wp14:anchorId="79AEBACD" wp14:editId="09D0A130">
                  <wp:extent cx="556591" cy="556591"/>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36.jpeg"/>
                          <pic:cNvPicPr/>
                        </pic:nvPicPr>
                        <pic:blipFill>
                          <a:blip r:embed="rId40">
                            <a:extLst>
                              <a:ext uri="{28A0092B-C50C-407E-A947-70E740481C1C}">
                                <a14:useLocalDpi xmlns:a14="http://schemas.microsoft.com/office/drawing/2010/main" val="0"/>
                              </a:ext>
                            </a:extLst>
                          </a:blip>
                          <a:stretch>
                            <a:fillRect/>
                          </a:stretch>
                        </pic:blipFill>
                        <pic:spPr>
                          <a:xfrm>
                            <a:off x="0" y="0"/>
                            <a:ext cx="558604" cy="558604"/>
                          </a:xfrm>
                          <a:prstGeom prst="rect">
                            <a:avLst/>
                          </a:prstGeom>
                        </pic:spPr>
                      </pic:pic>
                    </a:graphicData>
                  </a:graphic>
                </wp:inline>
              </w:drawing>
            </w:r>
          </w:p>
        </w:tc>
      </w:tr>
      <w:tr w:rsidR="009D3325" w:rsidRPr="00B03582" w14:paraId="6C32DF50" w14:textId="79E0B563" w:rsidTr="00692D79">
        <w:tc>
          <w:tcPr>
            <w:tcW w:w="242" w:type="pct"/>
            <w:shd w:val="clear" w:color="auto" w:fill="FAFAFA"/>
            <w:tcMar>
              <w:top w:w="50" w:type="dxa"/>
              <w:left w:w="50" w:type="dxa"/>
              <w:bottom w:w="50" w:type="dxa"/>
              <w:right w:w="50" w:type="dxa"/>
            </w:tcMar>
          </w:tcPr>
          <w:p w14:paraId="401AE595" w14:textId="77777777" w:rsidR="000149C7" w:rsidRPr="001A766D" w:rsidRDefault="000149C7" w:rsidP="002351DC">
            <w:pPr>
              <w:pStyle w:val="ListParagraph"/>
              <w:numPr>
                <w:ilvl w:val="0"/>
                <w:numId w:val="10"/>
              </w:numPr>
              <w:spacing w:after="0"/>
              <w:jc w:val="center"/>
              <w:rPr>
                <w:rFonts w:ascii="Arial" w:hAnsi="Arial" w:cs="Arial"/>
                <w:color w:val="auto"/>
                <w:szCs w:val="17"/>
              </w:rPr>
            </w:pPr>
          </w:p>
        </w:tc>
        <w:tc>
          <w:tcPr>
            <w:tcW w:w="1565" w:type="pct"/>
            <w:shd w:val="clear" w:color="auto" w:fill="auto"/>
            <w:tcMar>
              <w:top w:w="50" w:type="dxa"/>
              <w:left w:w="50" w:type="dxa"/>
              <w:bottom w:w="50" w:type="dxa"/>
              <w:right w:w="50" w:type="dxa"/>
            </w:tcMar>
            <w:vAlign w:val="bottom"/>
          </w:tcPr>
          <w:p w14:paraId="62E64CE9" w14:textId="008EBA60" w:rsidR="000149C7" w:rsidRDefault="000149C7" w:rsidP="002351DC">
            <w:pPr>
              <w:spacing w:after="0"/>
              <w:rPr>
                <w:rFonts w:ascii="Arial" w:hAnsi="Arial" w:cs="Arial"/>
                <w:color w:val="auto"/>
                <w:szCs w:val="17"/>
              </w:rPr>
            </w:pPr>
            <w:r>
              <w:rPr>
                <w:color w:val="000000"/>
                <w:sz w:val="20"/>
                <w:szCs w:val="20"/>
              </w:rPr>
              <w:t>Meter Tape</w:t>
            </w:r>
          </w:p>
        </w:tc>
        <w:tc>
          <w:tcPr>
            <w:tcW w:w="1808" w:type="pct"/>
            <w:shd w:val="clear" w:color="auto" w:fill="auto"/>
            <w:vAlign w:val="bottom"/>
          </w:tcPr>
          <w:p w14:paraId="382160EF" w14:textId="7E90B529" w:rsidR="000149C7" w:rsidRDefault="000149C7" w:rsidP="002351DC">
            <w:pPr>
              <w:spacing w:after="0"/>
              <w:rPr>
                <w:rFonts w:ascii="Arial" w:hAnsi="Arial" w:cs="Arial"/>
                <w:color w:val="auto"/>
                <w:szCs w:val="17"/>
              </w:rPr>
            </w:pPr>
            <w:r>
              <w:rPr>
                <w:color w:val="000000"/>
                <w:sz w:val="20"/>
                <w:szCs w:val="20"/>
              </w:rPr>
              <w:t>7 Meter</w:t>
            </w:r>
          </w:p>
        </w:tc>
        <w:tc>
          <w:tcPr>
            <w:tcW w:w="496" w:type="pct"/>
            <w:shd w:val="clear" w:color="auto" w:fill="auto"/>
            <w:tcMar>
              <w:top w:w="50" w:type="dxa"/>
              <w:left w:w="50" w:type="dxa"/>
              <w:bottom w:w="50" w:type="dxa"/>
              <w:right w:w="50" w:type="dxa"/>
            </w:tcMar>
            <w:vAlign w:val="bottom"/>
          </w:tcPr>
          <w:p w14:paraId="739085F1" w14:textId="2C3AAE4E" w:rsidR="000149C7" w:rsidRDefault="000149C7" w:rsidP="002351DC">
            <w:pPr>
              <w:spacing w:after="0"/>
              <w:rPr>
                <w:rFonts w:ascii="Arial" w:hAnsi="Arial" w:cs="Arial"/>
                <w:color w:val="auto"/>
                <w:szCs w:val="17"/>
              </w:rPr>
            </w:pPr>
            <w:r>
              <w:rPr>
                <w:color w:val="000000"/>
                <w:sz w:val="20"/>
                <w:szCs w:val="20"/>
              </w:rPr>
              <w:t>1 Piece</w:t>
            </w:r>
          </w:p>
        </w:tc>
        <w:tc>
          <w:tcPr>
            <w:tcW w:w="390" w:type="pct"/>
            <w:shd w:val="clear" w:color="auto" w:fill="auto"/>
            <w:tcMar>
              <w:top w:w="50" w:type="dxa"/>
              <w:left w:w="50" w:type="dxa"/>
              <w:bottom w:w="50" w:type="dxa"/>
              <w:right w:w="50" w:type="dxa"/>
            </w:tcMar>
          </w:tcPr>
          <w:p w14:paraId="0A6F5595" w14:textId="0B1EAAFC" w:rsidR="000149C7" w:rsidRPr="00B03582" w:rsidRDefault="000149C7" w:rsidP="002351DC">
            <w:pPr>
              <w:spacing w:after="0"/>
              <w:rPr>
                <w:rFonts w:ascii="Arial" w:hAnsi="Arial" w:cs="Arial"/>
                <w:color w:val="auto"/>
                <w:szCs w:val="17"/>
              </w:rPr>
            </w:pPr>
            <w:r w:rsidRPr="009C2122">
              <w:rPr>
                <w:rFonts w:ascii="Arial" w:hAnsi="Arial" w:cs="Arial"/>
                <w:color w:val="auto"/>
                <w:szCs w:val="17"/>
              </w:rPr>
              <w:t>Nos</w:t>
            </w:r>
          </w:p>
        </w:tc>
        <w:tc>
          <w:tcPr>
            <w:tcW w:w="500" w:type="pct"/>
          </w:tcPr>
          <w:p w14:paraId="3C9B84BD" w14:textId="3DE1F738" w:rsidR="000149C7" w:rsidRPr="009C2122" w:rsidRDefault="00587BEB" w:rsidP="002351DC">
            <w:pPr>
              <w:spacing w:after="0"/>
              <w:rPr>
                <w:rFonts w:ascii="Arial" w:hAnsi="Arial" w:cs="Arial"/>
                <w:color w:val="auto"/>
                <w:szCs w:val="17"/>
              </w:rPr>
            </w:pPr>
            <w:r>
              <w:rPr>
                <w:rFonts w:ascii="Arial" w:hAnsi="Arial" w:cs="Arial"/>
                <w:noProof/>
                <w:color w:val="auto"/>
                <w:szCs w:val="17"/>
              </w:rPr>
              <w:drawing>
                <wp:inline distT="0" distB="0" distL="0" distR="0" wp14:anchorId="20D5E780" wp14:editId="0F601BFD">
                  <wp:extent cx="850392" cy="603504"/>
                  <wp:effectExtent l="0" t="0" r="6985" b="635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37.jpeg"/>
                          <pic:cNvPicPr/>
                        </pic:nvPicPr>
                        <pic:blipFill>
                          <a:blip r:embed="rId41">
                            <a:extLst>
                              <a:ext uri="{28A0092B-C50C-407E-A947-70E740481C1C}">
                                <a14:useLocalDpi xmlns:a14="http://schemas.microsoft.com/office/drawing/2010/main" val="0"/>
                              </a:ext>
                            </a:extLst>
                          </a:blip>
                          <a:stretch>
                            <a:fillRect/>
                          </a:stretch>
                        </pic:blipFill>
                        <pic:spPr>
                          <a:xfrm>
                            <a:off x="0" y="0"/>
                            <a:ext cx="850392" cy="603504"/>
                          </a:xfrm>
                          <a:prstGeom prst="rect">
                            <a:avLst/>
                          </a:prstGeom>
                        </pic:spPr>
                      </pic:pic>
                    </a:graphicData>
                  </a:graphic>
                </wp:inline>
              </w:drawing>
            </w:r>
          </w:p>
        </w:tc>
      </w:tr>
      <w:tr w:rsidR="009D3325" w:rsidRPr="00B03582" w14:paraId="656ACA39" w14:textId="3540151C" w:rsidTr="00692D79">
        <w:tc>
          <w:tcPr>
            <w:tcW w:w="242" w:type="pct"/>
            <w:shd w:val="clear" w:color="auto" w:fill="FAFAFA"/>
            <w:tcMar>
              <w:top w:w="50" w:type="dxa"/>
              <w:left w:w="50" w:type="dxa"/>
              <w:bottom w:w="50" w:type="dxa"/>
              <w:right w:w="50" w:type="dxa"/>
            </w:tcMar>
          </w:tcPr>
          <w:p w14:paraId="7B7DC07C" w14:textId="77777777" w:rsidR="00692D79" w:rsidRPr="001A766D" w:rsidRDefault="00692D79" w:rsidP="002351DC">
            <w:pPr>
              <w:pStyle w:val="ListParagraph"/>
              <w:numPr>
                <w:ilvl w:val="0"/>
                <w:numId w:val="10"/>
              </w:numPr>
              <w:spacing w:after="0"/>
              <w:jc w:val="center"/>
              <w:rPr>
                <w:rFonts w:ascii="Arial" w:hAnsi="Arial" w:cs="Arial"/>
                <w:color w:val="auto"/>
                <w:szCs w:val="17"/>
              </w:rPr>
            </w:pPr>
          </w:p>
        </w:tc>
        <w:tc>
          <w:tcPr>
            <w:tcW w:w="1565" w:type="pct"/>
            <w:shd w:val="clear" w:color="auto" w:fill="auto"/>
            <w:tcMar>
              <w:top w:w="50" w:type="dxa"/>
              <w:left w:w="50" w:type="dxa"/>
              <w:bottom w:w="50" w:type="dxa"/>
              <w:right w:w="50" w:type="dxa"/>
            </w:tcMar>
            <w:vAlign w:val="bottom"/>
          </w:tcPr>
          <w:p w14:paraId="224E522E" w14:textId="026BF3FD" w:rsidR="00692D79" w:rsidRDefault="00692D79" w:rsidP="002351DC">
            <w:pPr>
              <w:spacing w:after="0"/>
              <w:rPr>
                <w:rFonts w:ascii="Arial" w:hAnsi="Arial" w:cs="Arial"/>
                <w:color w:val="auto"/>
                <w:szCs w:val="17"/>
              </w:rPr>
            </w:pPr>
            <w:r>
              <w:rPr>
                <w:color w:val="000000"/>
                <w:sz w:val="20"/>
                <w:szCs w:val="20"/>
              </w:rPr>
              <w:t>Carbon for Baby Grinder 4"</w:t>
            </w:r>
          </w:p>
        </w:tc>
        <w:tc>
          <w:tcPr>
            <w:tcW w:w="1808" w:type="pct"/>
            <w:shd w:val="clear" w:color="auto" w:fill="auto"/>
            <w:vAlign w:val="bottom"/>
          </w:tcPr>
          <w:p w14:paraId="31B36F60" w14:textId="027BEF54" w:rsidR="00692D79" w:rsidRDefault="00692D79" w:rsidP="002351DC">
            <w:pPr>
              <w:spacing w:after="0"/>
              <w:rPr>
                <w:rFonts w:ascii="Arial" w:hAnsi="Arial" w:cs="Arial"/>
                <w:color w:val="auto"/>
                <w:szCs w:val="17"/>
              </w:rPr>
            </w:pPr>
            <w:r>
              <w:rPr>
                <w:color w:val="000000"/>
                <w:sz w:val="20"/>
                <w:szCs w:val="20"/>
              </w:rPr>
              <w:t>Pair</w:t>
            </w:r>
          </w:p>
        </w:tc>
        <w:tc>
          <w:tcPr>
            <w:tcW w:w="496" w:type="pct"/>
            <w:shd w:val="clear" w:color="auto" w:fill="auto"/>
            <w:tcMar>
              <w:top w:w="50" w:type="dxa"/>
              <w:left w:w="50" w:type="dxa"/>
              <w:bottom w:w="50" w:type="dxa"/>
              <w:right w:w="50" w:type="dxa"/>
            </w:tcMar>
            <w:vAlign w:val="bottom"/>
          </w:tcPr>
          <w:p w14:paraId="4BC48659" w14:textId="7416C622" w:rsidR="00692D79" w:rsidRDefault="00692D79" w:rsidP="002351DC">
            <w:pPr>
              <w:spacing w:after="0"/>
              <w:rPr>
                <w:rFonts w:ascii="Arial" w:hAnsi="Arial" w:cs="Arial"/>
                <w:color w:val="auto"/>
                <w:szCs w:val="17"/>
              </w:rPr>
            </w:pPr>
            <w:r>
              <w:rPr>
                <w:color w:val="000000"/>
                <w:sz w:val="20"/>
                <w:szCs w:val="20"/>
              </w:rPr>
              <w:t>2 Pair</w:t>
            </w:r>
          </w:p>
        </w:tc>
        <w:tc>
          <w:tcPr>
            <w:tcW w:w="390" w:type="pct"/>
            <w:shd w:val="clear" w:color="auto" w:fill="auto"/>
            <w:tcMar>
              <w:top w:w="50" w:type="dxa"/>
              <w:left w:w="50" w:type="dxa"/>
              <w:bottom w:w="50" w:type="dxa"/>
              <w:right w:w="50" w:type="dxa"/>
            </w:tcMar>
          </w:tcPr>
          <w:p w14:paraId="4D62E151" w14:textId="32923294" w:rsidR="00692D79" w:rsidRPr="00B03582" w:rsidRDefault="00692D79" w:rsidP="002351DC">
            <w:pPr>
              <w:spacing w:after="0"/>
              <w:rPr>
                <w:rFonts w:ascii="Arial" w:hAnsi="Arial" w:cs="Arial"/>
                <w:color w:val="auto"/>
                <w:szCs w:val="17"/>
              </w:rPr>
            </w:pPr>
            <w:r w:rsidRPr="009C2122">
              <w:rPr>
                <w:rFonts w:ascii="Arial" w:hAnsi="Arial" w:cs="Arial"/>
                <w:color w:val="auto"/>
                <w:szCs w:val="17"/>
              </w:rPr>
              <w:t>Nos</w:t>
            </w:r>
          </w:p>
        </w:tc>
        <w:tc>
          <w:tcPr>
            <w:tcW w:w="500" w:type="pct"/>
            <w:vMerge w:val="restart"/>
          </w:tcPr>
          <w:p w14:paraId="7676B3D4" w14:textId="2D786963" w:rsidR="00692D79" w:rsidRPr="009C2122" w:rsidRDefault="00692D79" w:rsidP="002351DC">
            <w:pPr>
              <w:spacing w:after="0"/>
              <w:rPr>
                <w:rFonts w:ascii="Arial" w:hAnsi="Arial" w:cs="Arial"/>
                <w:color w:val="auto"/>
                <w:szCs w:val="17"/>
              </w:rPr>
            </w:pPr>
            <w:r>
              <w:rPr>
                <w:rFonts w:ascii="Arial" w:hAnsi="Arial" w:cs="Arial"/>
                <w:noProof/>
                <w:color w:val="auto"/>
                <w:szCs w:val="17"/>
              </w:rPr>
              <w:drawing>
                <wp:inline distT="0" distB="0" distL="0" distR="0" wp14:anchorId="7F6FB57B" wp14:editId="11192329">
                  <wp:extent cx="556260" cy="55626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38.jpeg"/>
                          <pic:cNvPicPr/>
                        </pic:nvPicPr>
                        <pic:blipFill>
                          <a:blip r:embed="rId42">
                            <a:extLst>
                              <a:ext uri="{28A0092B-C50C-407E-A947-70E740481C1C}">
                                <a14:useLocalDpi xmlns:a14="http://schemas.microsoft.com/office/drawing/2010/main" val="0"/>
                              </a:ext>
                            </a:extLst>
                          </a:blip>
                          <a:stretch>
                            <a:fillRect/>
                          </a:stretch>
                        </pic:blipFill>
                        <pic:spPr>
                          <a:xfrm>
                            <a:off x="0" y="0"/>
                            <a:ext cx="559519" cy="559519"/>
                          </a:xfrm>
                          <a:prstGeom prst="rect">
                            <a:avLst/>
                          </a:prstGeom>
                        </pic:spPr>
                      </pic:pic>
                    </a:graphicData>
                  </a:graphic>
                </wp:inline>
              </w:drawing>
            </w:r>
          </w:p>
        </w:tc>
      </w:tr>
      <w:tr w:rsidR="009D3325" w:rsidRPr="00B03582" w14:paraId="33684E24" w14:textId="42DDB1FE" w:rsidTr="00692D79">
        <w:tc>
          <w:tcPr>
            <w:tcW w:w="242" w:type="pct"/>
            <w:shd w:val="clear" w:color="auto" w:fill="FAFAFA"/>
            <w:tcMar>
              <w:top w:w="50" w:type="dxa"/>
              <w:left w:w="50" w:type="dxa"/>
              <w:bottom w:w="50" w:type="dxa"/>
              <w:right w:w="50" w:type="dxa"/>
            </w:tcMar>
          </w:tcPr>
          <w:p w14:paraId="7156A189" w14:textId="77777777" w:rsidR="00692D79" w:rsidRPr="001A766D" w:rsidRDefault="00692D79" w:rsidP="002351DC">
            <w:pPr>
              <w:pStyle w:val="ListParagraph"/>
              <w:numPr>
                <w:ilvl w:val="0"/>
                <w:numId w:val="10"/>
              </w:numPr>
              <w:spacing w:after="0"/>
              <w:jc w:val="center"/>
              <w:rPr>
                <w:rFonts w:ascii="Arial" w:hAnsi="Arial" w:cs="Arial"/>
                <w:color w:val="auto"/>
                <w:szCs w:val="17"/>
              </w:rPr>
            </w:pPr>
          </w:p>
        </w:tc>
        <w:tc>
          <w:tcPr>
            <w:tcW w:w="1565" w:type="pct"/>
            <w:shd w:val="clear" w:color="auto" w:fill="auto"/>
            <w:tcMar>
              <w:top w:w="50" w:type="dxa"/>
              <w:left w:w="50" w:type="dxa"/>
              <w:bottom w:w="50" w:type="dxa"/>
              <w:right w:w="50" w:type="dxa"/>
            </w:tcMar>
            <w:vAlign w:val="bottom"/>
          </w:tcPr>
          <w:p w14:paraId="2380026D" w14:textId="7397116D" w:rsidR="00692D79" w:rsidRDefault="00692D79" w:rsidP="002351DC">
            <w:pPr>
              <w:spacing w:after="0"/>
              <w:rPr>
                <w:rFonts w:ascii="Arial" w:hAnsi="Arial" w:cs="Arial"/>
                <w:color w:val="auto"/>
                <w:szCs w:val="17"/>
              </w:rPr>
            </w:pPr>
            <w:r>
              <w:rPr>
                <w:color w:val="000000"/>
                <w:sz w:val="20"/>
                <w:szCs w:val="20"/>
              </w:rPr>
              <w:t>Carbon for Power Cutter 14"</w:t>
            </w:r>
          </w:p>
        </w:tc>
        <w:tc>
          <w:tcPr>
            <w:tcW w:w="1808" w:type="pct"/>
            <w:shd w:val="clear" w:color="auto" w:fill="auto"/>
            <w:vAlign w:val="bottom"/>
          </w:tcPr>
          <w:p w14:paraId="00E9DA9B" w14:textId="05847850" w:rsidR="00692D79" w:rsidRDefault="00692D79" w:rsidP="002351DC">
            <w:pPr>
              <w:spacing w:after="0"/>
              <w:rPr>
                <w:rFonts w:ascii="Arial" w:hAnsi="Arial" w:cs="Arial"/>
                <w:color w:val="auto"/>
                <w:szCs w:val="17"/>
              </w:rPr>
            </w:pPr>
            <w:r>
              <w:rPr>
                <w:color w:val="000000"/>
                <w:sz w:val="20"/>
                <w:szCs w:val="20"/>
              </w:rPr>
              <w:t>Pair</w:t>
            </w:r>
          </w:p>
        </w:tc>
        <w:tc>
          <w:tcPr>
            <w:tcW w:w="496" w:type="pct"/>
            <w:shd w:val="clear" w:color="auto" w:fill="auto"/>
            <w:tcMar>
              <w:top w:w="50" w:type="dxa"/>
              <w:left w:w="50" w:type="dxa"/>
              <w:bottom w:w="50" w:type="dxa"/>
              <w:right w:w="50" w:type="dxa"/>
            </w:tcMar>
            <w:vAlign w:val="bottom"/>
          </w:tcPr>
          <w:p w14:paraId="267418F8" w14:textId="4CA291F5" w:rsidR="00692D79" w:rsidRDefault="00692D79" w:rsidP="002351DC">
            <w:pPr>
              <w:spacing w:after="0"/>
              <w:rPr>
                <w:rFonts w:ascii="Arial" w:hAnsi="Arial" w:cs="Arial"/>
                <w:color w:val="auto"/>
                <w:szCs w:val="17"/>
              </w:rPr>
            </w:pPr>
            <w:r>
              <w:rPr>
                <w:color w:val="000000"/>
                <w:sz w:val="20"/>
                <w:szCs w:val="20"/>
              </w:rPr>
              <w:t>2 Pair</w:t>
            </w:r>
          </w:p>
        </w:tc>
        <w:tc>
          <w:tcPr>
            <w:tcW w:w="390" w:type="pct"/>
            <w:shd w:val="clear" w:color="auto" w:fill="auto"/>
            <w:tcMar>
              <w:top w:w="50" w:type="dxa"/>
              <w:left w:w="50" w:type="dxa"/>
              <w:bottom w:w="50" w:type="dxa"/>
              <w:right w:w="50" w:type="dxa"/>
            </w:tcMar>
          </w:tcPr>
          <w:p w14:paraId="4EEE9F76" w14:textId="2DAB37FA" w:rsidR="00692D79" w:rsidRPr="00B03582" w:rsidRDefault="00692D79" w:rsidP="002351DC">
            <w:pPr>
              <w:spacing w:after="0"/>
              <w:rPr>
                <w:rFonts w:ascii="Arial" w:hAnsi="Arial" w:cs="Arial"/>
                <w:color w:val="auto"/>
                <w:szCs w:val="17"/>
              </w:rPr>
            </w:pPr>
            <w:r w:rsidRPr="009C2122">
              <w:rPr>
                <w:rFonts w:ascii="Arial" w:hAnsi="Arial" w:cs="Arial"/>
                <w:color w:val="auto"/>
                <w:szCs w:val="17"/>
              </w:rPr>
              <w:t>Nos</w:t>
            </w:r>
          </w:p>
        </w:tc>
        <w:tc>
          <w:tcPr>
            <w:tcW w:w="500" w:type="pct"/>
            <w:vMerge/>
          </w:tcPr>
          <w:p w14:paraId="4E023F5B" w14:textId="77777777" w:rsidR="00692D79" w:rsidRPr="009C2122" w:rsidRDefault="00692D79" w:rsidP="002351DC">
            <w:pPr>
              <w:spacing w:after="0"/>
              <w:rPr>
                <w:rFonts w:ascii="Arial" w:hAnsi="Arial" w:cs="Arial"/>
                <w:color w:val="auto"/>
                <w:szCs w:val="17"/>
              </w:rPr>
            </w:pPr>
          </w:p>
        </w:tc>
      </w:tr>
      <w:tr w:rsidR="009D3325" w:rsidRPr="00B03582" w14:paraId="3D5F785D" w14:textId="474556FB" w:rsidTr="00692D79">
        <w:tc>
          <w:tcPr>
            <w:tcW w:w="242" w:type="pct"/>
            <w:shd w:val="clear" w:color="auto" w:fill="FAFAFA"/>
            <w:tcMar>
              <w:top w:w="50" w:type="dxa"/>
              <w:left w:w="50" w:type="dxa"/>
              <w:bottom w:w="50" w:type="dxa"/>
              <w:right w:w="50" w:type="dxa"/>
            </w:tcMar>
          </w:tcPr>
          <w:p w14:paraId="7347363C" w14:textId="77777777" w:rsidR="000149C7" w:rsidRPr="001A766D" w:rsidRDefault="000149C7" w:rsidP="002351DC">
            <w:pPr>
              <w:pStyle w:val="ListParagraph"/>
              <w:numPr>
                <w:ilvl w:val="0"/>
                <w:numId w:val="10"/>
              </w:numPr>
              <w:spacing w:after="0"/>
              <w:jc w:val="center"/>
              <w:rPr>
                <w:rFonts w:ascii="Arial" w:hAnsi="Arial" w:cs="Arial"/>
                <w:color w:val="auto"/>
                <w:szCs w:val="17"/>
              </w:rPr>
            </w:pPr>
          </w:p>
        </w:tc>
        <w:tc>
          <w:tcPr>
            <w:tcW w:w="1565" w:type="pct"/>
            <w:shd w:val="clear" w:color="auto" w:fill="auto"/>
            <w:tcMar>
              <w:top w:w="50" w:type="dxa"/>
              <w:left w:w="50" w:type="dxa"/>
              <w:bottom w:w="50" w:type="dxa"/>
              <w:right w:w="50" w:type="dxa"/>
            </w:tcMar>
            <w:vAlign w:val="bottom"/>
          </w:tcPr>
          <w:p w14:paraId="0DF890EA" w14:textId="03757F1D" w:rsidR="000149C7" w:rsidRDefault="000149C7" w:rsidP="002351DC">
            <w:pPr>
              <w:spacing w:after="0"/>
              <w:rPr>
                <w:rFonts w:ascii="Arial" w:hAnsi="Arial" w:cs="Arial"/>
                <w:color w:val="auto"/>
                <w:szCs w:val="17"/>
              </w:rPr>
            </w:pPr>
            <w:proofErr w:type="spellStart"/>
            <w:r>
              <w:rPr>
                <w:color w:val="000000"/>
                <w:sz w:val="20"/>
                <w:szCs w:val="20"/>
              </w:rPr>
              <w:t>Saleti</w:t>
            </w:r>
            <w:proofErr w:type="spellEnd"/>
          </w:p>
        </w:tc>
        <w:tc>
          <w:tcPr>
            <w:tcW w:w="1808" w:type="pct"/>
            <w:shd w:val="clear" w:color="auto" w:fill="auto"/>
            <w:vAlign w:val="bottom"/>
          </w:tcPr>
          <w:p w14:paraId="13DC10E4" w14:textId="4D9A1B9B" w:rsidR="000149C7" w:rsidRDefault="000149C7" w:rsidP="002351DC">
            <w:pPr>
              <w:spacing w:after="0"/>
              <w:rPr>
                <w:rFonts w:ascii="Arial" w:hAnsi="Arial" w:cs="Arial"/>
                <w:color w:val="auto"/>
                <w:szCs w:val="17"/>
              </w:rPr>
            </w:pPr>
            <w:r>
              <w:rPr>
                <w:color w:val="000000"/>
                <w:sz w:val="20"/>
                <w:szCs w:val="20"/>
              </w:rPr>
              <w:t>white</w:t>
            </w:r>
          </w:p>
        </w:tc>
        <w:tc>
          <w:tcPr>
            <w:tcW w:w="496" w:type="pct"/>
            <w:shd w:val="clear" w:color="auto" w:fill="auto"/>
            <w:tcMar>
              <w:top w:w="50" w:type="dxa"/>
              <w:left w:w="50" w:type="dxa"/>
              <w:bottom w:w="50" w:type="dxa"/>
              <w:right w:w="50" w:type="dxa"/>
            </w:tcMar>
            <w:vAlign w:val="bottom"/>
          </w:tcPr>
          <w:p w14:paraId="7C80B0EC" w14:textId="357C0D72" w:rsidR="000149C7" w:rsidRDefault="000149C7" w:rsidP="002351DC">
            <w:pPr>
              <w:spacing w:after="0"/>
              <w:rPr>
                <w:rFonts w:ascii="Arial" w:hAnsi="Arial" w:cs="Arial"/>
                <w:color w:val="auto"/>
                <w:szCs w:val="17"/>
              </w:rPr>
            </w:pPr>
            <w:r>
              <w:rPr>
                <w:color w:val="000000"/>
                <w:sz w:val="20"/>
                <w:szCs w:val="20"/>
              </w:rPr>
              <w:t>1 Pack</w:t>
            </w:r>
          </w:p>
        </w:tc>
        <w:tc>
          <w:tcPr>
            <w:tcW w:w="390" w:type="pct"/>
            <w:shd w:val="clear" w:color="auto" w:fill="auto"/>
            <w:tcMar>
              <w:top w:w="50" w:type="dxa"/>
              <w:left w:w="50" w:type="dxa"/>
              <w:bottom w:w="50" w:type="dxa"/>
              <w:right w:w="50" w:type="dxa"/>
            </w:tcMar>
          </w:tcPr>
          <w:p w14:paraId="7010537B" w14:textId="1C8F2DFD" w:rsidR="000149C7" w:rsidRPr="00B03582" w:rsidRDefault="000149C7" w:rsidP="002351DC">
            <w:pPr>
              <w:spacing w:after="0"/>
              <w:rPr>
                <w:rFonts w:ascii="Arial" w:hAnsi="Arial" w:cs="Arial"/>
                <w:color w:val="auto"/>
                <w:szCs w:val="17"/>
              </w:rPr>
            </w:pPr>
            <w:r w:rsidRPr="009C2122">
              <w:rPr>
                <w:rFonts w:ascii="Arial" w:hAnsi="Arial" w:cs="Arial"/>
                <w:color w:val="auto"/>
                <w:szCs w:val="17"/>
              </w:rPr>
              <w:t>Nos</w:t>
            </w:r>
          </w:p>
        </w:tc>
        <w:tc>
          <w:tcPr>
            <w:tcW w:w="500" w:type="pct"/>
          </w:tcPr>
          <w:p w14:paraId="4A26BB9E" w14:textId="3ACD83C6" w:rsidR="000149C7" w:rsidRPr="009C2122" w:rsidRDefault="00692D79" w:rsidP="002351DC">
            <w:pPr>
              <w:spacing w:after="0"/>
              <w:rPr>
                <w:rFonts w:ascii="Arial" w:hAnsi="Arial" w:cs="Arial"/>
                <w:color w:val="auto"/>
                <w:szCs w:val="17"/>
              </w:rPr>
            </w:pPr>
            <w:r>
              <w:rPr>
                <w:rFonts w:ascii="Arial" w:hAnsi="Arial" w:cs="Arial"/>
                <w:noProof/>
                <w:color w:val="auto"/>
                <w:szCs w:val="17"/>
              </w:rPr>
              <w:drawing>
                <wp:inline distT="0" distB="0" distL="0" distR="0" wp14:anchorId="794516C5" wp14:editId="2DBD94F1">
                  <wp:extent cx="557784" cy="50292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40.jpeg"/>
                          <pic:cNvPicPr/>
                        </pic:nvPicPr>
                        <pic:blipFill>
                          <a:blip r:embed="rId43">
                            <a:extLst>
                              <a:ext uri="{28A0092B-C50C-407E-A947-70E740481C1C}">
                                <a14:useLocalDpi xmlns:a14="http://schemas.microsoft.com/office/drawing/2010/main" val="0"/>
                              </a:ext>
                            </a:extLst>
                          </a:blip>
                          <a:stretch>
                            <a:fillRect/>
                          </a:stretch>
                        </pic:blipFill>
                        <pic:spPr>
                          <a:xfrm>
                            <a:off x="0" y="0"/>
                            <a:ext cx="557784" cy="502920"/>
                          </a:xfrm>
                          <a:prstGeom prst="rect">
                            <a:avLst/>
                          </a:prstGeom>
                        </pic:spPr>
                      </pic:pic>
                    </a:graphicData>
                  </a:graphic>
                </wp:inline>
              </w:drawing>
            </w:r>
          </w:p>
        </w:tc>
      </w:tr>
      <w:tr w:rsidR="009D3325" w:rsidRPr="00B03582" w14:paraId="129EB498" w14:textId="4AF86D78" w:rsidTr="00692D79">
        <w:tc>
          <w:tcPr>
            <w:tcW w:w="242" w:type="pct"/>
            <w:shd w:val="clear" w:color="auto" w:fill="FAFAFA"/>
            <w:tcMar>
              <w:top w:w="50" w:type="dxa"/>
              <w:left w:w="50" w:type="dxa"/>
              <w:bottom w:w="50" w:type="dxa"/>
              <w:right w:w="50" w:type="dxa"/>
            </w:tcMar>
          </w:tcPr>
          <w:p w14:paraId="10585C0F" w14:textId="77777777" w:rsidR="000149C7" w:rsidRPr="001A766D" w:rsidRDefault="000149C7" w:rsidP="002351DC">
            <w:pPr>
              <w:pStyle w:val="ListParagraph"/>
              <w:numPr>
                <w:ilvl w:val="0"/>
                <w:numId w:val="10"/>
              </w:numPr>
              <w:spacing w:after="0"/>
              <w:jc w:val="center"/>
              <w:rPr>
                <w:rFonts w:ascii="Arial" w:hAnsi="Arial" w:cs="Arial"/>
                <w:color w:val="auto"/>
                <w:szCs w:val="17"/>
              </w:rPr>
            </w:pPr>
          </w:p>
        </w:tc>
        <w:tc>
          <w:tcPr>
            <w:tcW w:w="1565" w:type="pct"/>
            <w:shd w:val="clear" w:color="auto" w:fill="auto"/>
            <w:tcMar>
              <w:top w:w="50" w:type="dxa"/>
              <w:left w:w="50" w:type="dxa"/>
              <w:bottom w:w="50" w:type="dxa"/>
              <w:right w:w="50" w:type="dxa"/>
            </w:tcMar>
            <w:vAlign w:val="bottom"/>
          </w:tcPr>
          <w:p w14:paraId="28D07555" w14:textId="5C2E5A24" w:rsidR="000149C7" w:rsidRDefault="000149C7" w:rsidP="002351DC">
            <w:pPr>
              <w:spacing w:after="0"/>
              <w:rPr>
                <w:rFonts w:ascii="Arial" w:hAnsi="Arial" w:cs="Arial"/>
                <w:color w:val="auto"/>
                <w:szCs w:val="17"/>
              </w:rPr>
            </w:pPr>
            <w:r>
              <w:rPr>
                <w:color w:val="000000"/>
                <w:sz w:val="20"/>
                <w:szCs w:val="20"/>
              </w:rPr>
              <w:t>Welding Holder</w:t>
            </w:r>
          </w:p>
        </w:tc>
        <w:tc>
          <w:tcPr>
            <w:tcW w:w="1808" w:type="pct"/>
            <w:shd w:val="clear" w:color="auto" w:fill="auto"/>
            <w:vAlign w:val="bottom"/>
          </w:tcPr>
          <w:p w14:paraId="6031F519" w14:textId="79450093" w:rsidR="000149C7" w:rsidRDefault="000149C7" w:rsidP="002351DC">
            <w:pPr>
              <w:spacing w:after="0"/>
              <w:rPr>
                <w:rFonts w:ascii="Arial" w:hAnsi="Arial" w:cs="Arial"/>
                <w:color w:val="auto"/>
                <w:szCs w:val="17"/>
              </w:rPr>
            </w:pPr>
            <w:r>
              <w:rPr>
                <w:color w:val="000000"/>
                <w:sz w:val="20"/>
                <w:szCs w:val="20"/>
              </w:rPr>
              <w:t>300A</w:t>
            </w:r>
          </w:p>
        </w:tc>
        <w:tc>
          <w:tcPr>
            <w:tcW w:w="496" w:type="pct"/>
            <w:shd w:val="clear" w:color="auto" w:fill="auto"/>
            <w:tcMar>
              <w:top w:w="50" w:type="dxa"/>
              <w:left w:w="50" w:type="dxa"/>
              <w:bottom w:w="50" w:type="dxa"/>
              <w:right w:w="50" w:type="dxa"/>
            </w:tcMar>
            <w:vAlign w:val="bottom"/>
          </w:tcPr>
          <w:p w14:paraId="7794BB43" w14:textId="2C9800FC" w:rsidR="000149C7" w:rsidRDefault="000149C7" w:rsidP="002351DC">
            <w:pPr>
              <w:spacing w:after="0"/>
              <w:rPr>
                <w:rFonts w:ascii="Arial" w:hAnsi="Arial" w:cs="Arial"/>
                <w:color w:val="auto"/>
                <w:szCs w:val="17"/>
              </w:rPr>
            </w:pPr>
            <w:r>
              <w:rPr>
                <w:color w:val="000000"/>
                <w:sz w:val="20"/>
                <w:szCs w:val="20"/>
              </w:rPr>
              <w:t>2 Pieces</w:t>
            </w:r>
          </w:p>
        </w:tc>
        <w:tc>
          <w:tcPr>
            <w:tcW w:w="390" w:type="pct"/>
            <w:shd w:val="clear" w:color="auto" w:fill="auto"/>
            <w:tcMar>
              <w:top w:w="50" w:type="dxa"/>
              <w:left w:w="50" w:type="dxa"/>
              <w:bottom w:w="50" w:type="dxa"/>
              <w:right w:w="50" w:type="dxa"/>
            </w:tcMar>
          </w:tcPr>
          <w:p w14:paraId="1FE0EADC" w14:textId="3BE41748" w:rsidR="000149C7" w:rsidRPr="00B03582" w:rsidRDefault="000149C7" w:rsidP="002351DC">
            <w:pPr>
              <w:spacing w:after="0"/>
              <w:rPr>
                <w:rFonts w:ascii="Arial" w:hAnsi="Arial" w:cs="Arial"/>
                <w:color w:val="auto"/>
                <w:szCs w:val="17"/>
              </w:rPr>
            </w:pPr>
            <w:r w:rsidRPr="009C2122">
              <w:rPr>
                <w:rFonts w:ascii="Arial" w:hAnsi="Arial" w:cs="Arial"/>
                <w:color w:val="auto"/>
                <w:szCs w:val="17"/>
              </w:rPr>
              <w:t>Nos</w:t>
            </w:r>
          </w:p>
        </w:tc>
        <w:tc>
          <w:tcPr>
            <w:tcW w:w="500" w:type="pct"/>
          </w:tcPr>
          <w:p w14:paraId="378C82F7" w14:textId="0C9E5DA6" w:rsidR="000149C7" w:rsidRPr="009C2122" w:rsidRDefault="00692D79" w:rsidP="002351DC">
            <w:pPr>
              <w:spacing w:after="0"/>
              <w:rPr>
                <w:rFonts w:ascii="Arial" w:hAnsi="Arial" w:cs="Arial"/>
                <w:color w:val="auto"/>
                <w:szCs w:val="17"/>
              </w:rPr>
            </w:pPr>
            <w:r>
              <w:rPr>
                <w:rFonts w:ascii="Arial" w:hAnsi="Arial" w:cs="Arial"/>
                <w:noProof/>
                <w:color w:val="auto"/>
                <w:szCs w:val="17"/>
              </w:rPr>
              <w:drawing>
                <wp:inline distT="0" distB="0" distL="0" distR="0" wp14:anchorId="327B70F0" wp14:editId="4EA835A5">
                  <wp:extent cx="516835" cy="4953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41.jpeg"/>
                          <pic:cNvPicPr/>
                        </pic:nvPicPr>
                        <pic:blipFill>
                          <a:blip r:embed="rId44">
                            <a:extLst>
                              <a:ext uri="{28A0092B-C50C-407E-A947-70E740481C1C}">
                                <a14:useLocalDpi xmlns:a14="http://schemas.microsoft.com/office/drawing/2010/main" val="0"/>
                              </a:ext>
                            </a:extLst>
                          </a:blip>
                          <a:stretch>
                            <a:fillRect/>
                          </a:stretch>
                        </pic:blipFill>
                        <pic:spPr>
                          <a:xfrm>
                            <a:off x="0" y="0"/>
                            <a:ext cx="518107" cy="496519"/>
                          </a:xfrm>
                          <a:prstGeom prst="rect">
                            <a:avLst/>
                          </a:prstGeom>
                        </pic:spPr>
                      </pic:pic>
                    </a:graphicData>
                  </a:graphic>
                </wp:inline>
              </w:drawing>
            </w:r>
          </w:p>
        </w:tc>
      </w:tr>
      <w:tr w:rsidR="009D3325" w:rsidRPr="00B03582" w14:paraId="4C66F46F" w14:textId="24890690" w:rsidTr="00692D79">
        <w:tc>
          <w:tcPr>
            <w:tcW w:w="242" w:type="pct"/>
            <w:shd w:val="clear" w:color="auto" w:fill="FAFAFA"/>
            <w:tcMar>
              <w:top w:w="50" w:type="dxa"/>
              <w:left w:w="50" w:type="dxa"/>
              <w:bottom w:w="50" w:type="dxa"/>
              <w:right w:w="50" w:type="dxa"/>
            </w:tcMar>
          </w:tcPr>
          <w:p w14:paraId="51BB3633" w14:textId="77777777" w:rsidR="000149C7" w:rsidRPr="001A766D" w:rsidRDefault="000149C7" w:rsidP="002351DC">
            <w:pPr>
              <w:pStyle w:val="ListParagraph"/>
              <w:numPr>
                <w:ilvl w:val="0"/>
                <w:numId w:val="10"/>
              </w:numPr>
              <w:spacing w:after="0"/>
              <w:jc w:val="center"/>
              <w:rPr>
                <w:rFonts w:ascii="Arial" w:hAnsi="Arial" w:cs="Arial"/>
                <w:color w:val="auto"/>
                <w:szCs w:val="17"/>
              </w:rPr>
            </w:pPr>
          </w:p>
        </w:tc>
        <w:tc>
          <w:tcPr>
            <w:tcW w:w="1565" w:type="pct"/>
            <w:shd w:val="clear" w:color="auto" w:fill="auto"/>
            <w:tcMar>
              <w:top w:w="50" w:type="dxa"/>
              <w:left w:w="50" w:type="dxa"/>
              <w:bottom w:w="50" w:type="dxa"/>
              <w:right w:w="50" w:type="dxa"/>
            </w:tcMar>
            <w:vAlign w:val="bottom"/>
          </w:tcPr>
          <w:p w14:paraId="161B22AA" w14:textId="57BEE270" w:rsidR="000149C7" w:rsidRDefault="000149C7" w:rsidP="002351DC">
            <w:pPr>
              <w:spacing w:after="0"/>
              <w:rPr>
                <w:rFonts w:ascii="Arial" w:hAnsi="Arial" w:cs="Arial"/>
                <w:color w:val="auto"/>
                <w:szCs w:val="17"/>
              </w:rPr>
            </w:pPr>
            <w:r>
              <w:rPr>
                <w:color w:val="000000"/>
                <w:sz w:val="20"/>
                <w:szCs w:val="20"/>
              </w:rPr>
              <w:t>Earth Clamp</w:t>
            </w:r>
          </w:p>
        </w:tc>
        <w:tc>
          <w:tcPr>
            <w:tcW w:w="1808" w:type="pct"/>
            <w:shd w:val="clear" w:color="auto" w:fill="auto"/>
            <w:vAlign w:val="bottom"/>
          </w:tcPr>
          <w:p w14:paraId="2A0D88F5" w14:textId="5101C990" w:rsidR="000149C7" w:rsidRDefault="000149C7" w:rsidP="002351DC">
            <w:pPr>
              <w:spacing w:after="0"/>
              <w:rPr>
                <w:rFonts w:ascii="Arial" w:hAnsi="Arial" w:cs="Arial"/>
                <w:color w:val="auto"/>
                <w:szCs w:val="17"/>
              </w:rPr>
            </w:pPr>
            <w:r>
              <w:rPr>
                <w:color w:val="000000"/>
                <w:sz w:val="20"/>
                <w:szCs w:val="20"/>
              </w:rPr>
              <w:t> </w:t>
            </w:r>
          </w:p>
        </w:tc>
        <w:tc>
          <w:tcPr>
            <w:tcW w:w="496" w:type="pct"/>
            <w:shd w:val="clear" w:color="auto" w:fill="auto"/>
            <w:tcMar>
              <w:top w:w="50" w:type="dxa"/>
              <w:left w:w="50" w:type="dxa"/>
              <w:bottom w:w="50" w:type="dxa"/>
              <w:right w:w="50" w:type="dxa"/>
            </w:tcMar>
            <w:vAlign w:val="bottom"/>
          </w:tcPr>
          <w:p w14:paraId="644BF77E" w14:textId="3B69AD89" w:rsidR="000149C7" w:rsidRDefault="000149C7" w:rsidP="002351DC">
            <w:pPr>
              <w:spacing w:after="0"/>
              <w:rPr>
                <w:rFonts w:ascii="Arial" w:hAnsi="Arial" w:cs="Arial"/>
                <w:color w:val="auto"/>
                <w:szCs w:val="17"/>
              </w:rPr>
            </w:pPr>
            <w:r>
              <w:rPr>
                <w:color w:val="000000"/>
                <w:sz w:val="20"/>
                <w:szCs w:val="20"/>
              </w:rPr>
              <w:t>2 Pieces</w:t>
            </w:r>
          </w:p>
        </w:tc>
        <w:tc>
          <w:tcPr>
            <w:tcW w:w="390" w:type="pct"/>
            <w:shd w:val="clear" w:color="auto" w:fill="auto"/>
            <w:tcMar>
              <w:top w:w="50" w:type="dxa"/>
              <w:left w:w="50" w:type="dxa"/>
              <w:bottom w:w="50" w:type="dxa"/>
              <w:right w:w="50" w:type="dxa"/>
            </w:tcMar>
          </w:tcPr>
          <w:p w14:paraId="51628A78" w14:textId="385DECDD" w:rsidR="000149C7" w:rsidRPr="00B03582" w:rsidRDefault="000149C7" w:rsidP="002351DC">
            <w:pPr>
              <w:spacing w:after="0"/>
              <w:rPr>
                <w:rFonts w:ascii="Arial" w:hAnsi="Arial" w:cs="Arial"/>
                <w:color w:val="auto"/>
                <w:szCs w:val="17"/>
              </w:rPr>
            </w:pPr>
            <w:r w:rsidRPr="009C2122">
              <w:rPr>
                <w:rFonts w:ascii="Arial" w:hAnsi="Arial" w:cs="Arial"/>
                <w:color w:val="auto"/>
                <w:szCs w:val="17"/>
              </w:rPr>
              <w:t>Nos</w:t>
            </w:r>
          </w:p>
        </w:tc>
        <w:tc>
          <w:tcPr>
            <w:tcW w:w="500" w:type="pct"/>
          </w:tcPr>
          <w:p w14:paraId="37CD8B12" w14:textId="06042348" w:rsidR="000149C7" w:rsidRPr="009C2122" w:rsidRDefault="00692D79" w:rsidP="002351DC">
            <w:pPr>
              <w:spacing w:after="0"/>
              <w:rPr>
                <w:rFonts w:ascii="Arial" w:hAnsi="Arial" w:cs="Arial"/>
                <w:color w:val="auto"/>
                <w:szCs w:val="17"/>
              </w:rPr>
            </w:pPr>
            <w:r>
              <w:rPr>
                <w:rFonts w:ascii="Arial" w:hAnsi="Arial" w:cs="Arial"/>
                <w:noProof/>
                <w:color w:val="auto"/>
                <w:szCs w:val="17"/>
              </w:rPr>
              <w:drawing>
                <wp:inline distT="0" distB="0" distL="0" distR="0" wp14:anchorId="67CA439E" wp14:editId="6AB02D4F">
                  <wp:extent cx="586409" cy="586409"/>
                  <wp:effectExtent l="0" t="0" r="4445" b="444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42.png"/>
                          <pic:cNvPicPr/>
                        </pic:nvPicPr>
                        <pic:blipFill>
                          <a:blip r:embed="rId45">
                            <a:extLst>
                              <a:ext uri="{28A0092B-C50C-407E-A947-70E740481C1C}">
                                <a14:useLocalDpi xmlns:a14="http://schemas.microsoft.com/office/drawing/2010/main" val="0"/>
                              </a:ext>
                            </a:extLst>
                          </a:blip>
                          <a:stretch>
                            <a:fillRect/>
                          </a:stretch>
                        </pic:blipFill>
                        <pic:spPr>
                          <a:xfrm>
                            <a:off x="0" y="0"/>
                            <a:ext cx="589976" cy="589976"/>
                          </a:xfrm>
                          <a:prstGeom prst="rect">
                            <a:avLst/>
                          </a:prstGeom>
                        </pic:spPr>
                      </pic:pic>
                    </a:graphicData>
                  </a:graphic>
                </wp:inline>
              </w:drawing>
            </w:r>
          </w:p>
        </w:tc>
      </w:tr>
      <w:tr w:rsidR="009D3325" w:rsidRPr="00B03582" w14:paraId="35FAA196" w14:textId="635CF353" w:rsidTr="00692D79">
        <w:tc>
          <w:tcPr>
            <w:tcW w:w="242" w:type="pct"/>
            <w:shd w:val="clear" w:color="auto" w:fill="FAFAFA"/>
            <w:tcMar>
              <w:top w:w="50" w:type="dxa"/>
              <w:left w:w="50" w:type="dxa"/>
              <w:bottom w:w="50" w:type="dxa"/>
              <w:right w:w="50" w:type="dxa"/>
            </w:tcMar>
          </w:tcPr>
          <w:p w14:paraId="1A1C11FE" w14:textId="77777777" w:rsidR="000149C7" w:rsidRPr="001A766D" w:rsidRDefault="000149C7" w:rsidP="001A766D">
            <w:pPr>
              <w:pStyle w:val="ListParagraph"/>
              <w:numPr>
                <w:ilvl w:val="0"/>
                <w:numId w:val="10"/>
              </w:numPr>
              <w:spacing w:after="0"/>
              <w:jc w:val="center"/>
              <w:rPr>
                <w:rFonts w:ascii="Arial" w:hAnsi="Arial" w:cs="Arial"/>
                <w:color w:val="auto"/>
                <w:szCs w:val="17"/>
              </w:rPr>
            </w:pPr>
          </w:p>
        </w:tc>
        <w:tc>
          <w:tcPr>
            <w:tcW w:w="1565" w:type="pct"/>
            <w:shd w:val="clear" w:color="auto" w:fill="auto"/>
            <w:tcMar>
              <w:top w:w="50" w:type="dxa"/>
              <w:left w:w="50" w:type="dxa"/>
              <w:bottom w:w="50" w:type="dxa"/>
              <w:right w:w="50" w:type="dxa"/>
            </w:tcMar>
            <w:vAlign w:val="bottom"/>
          </w:tcPr>
          <w:p w14:paraId="41EAEA4E" w14:textId="4ED4DE3B" w:rsidR="000149C7" w:rsidRDefault="000149C7" w:rsidP="002351DC">
            <w:pPr>
              <w:spacing w:after="0"/>
              <w:rPr>
                <w:rFonts w:ascii="Arial" w:hAnsi="Arial" w:cs="Arial"/>
                <w:color w:val="auto"/>
                <w:szCs w:val="17"/>
              </w:rPr>
            </w:pPr>
            <w:r>
              <w:rPr>
                <w:color w:val="000000"/>
                <w:sz w:val="20"/>
                <w:szCs w:val="20"/>
              </w:rPr>
              <w:t>Filler Wire</w:t>
            </w:r>
          </w:p>
        </w:tc>
        <w:tc>
          <w:tcPr>
            <w:tcW w:w="1808" w:type="pct"/>
            <w:shd w:val="clear" w:color="auto" w:fill="auto"/>
            <w:vAlign w:val="bottom"/>
          </w:tcPr>
          <w:p w14:paraId="6C2B928B" w14:textId="734BEC44" w:rsidR="000149C7" w:rsidRDefault="000149C7" w:rsidP="002351DC">
            <w:pPr>
              <w:spacing w:after="0"/>
              <w:rPr>
                <w:rFonts w:ascii="Arial" w:hAnsi="Arial" w:cs="Arial"/>
                <w:color w:val="auto"/>
                <w:szCs w:val="17"/>
              </w:rPr>
            </w:pPr>
            <w:r>
              <w:rPr>
                <w:color w:val="000000"/>
                <w:sz w:val="20"/>
                <w:szCs w:val="20"/>
              </w:rPr>
              <w:t xml:space="preserve">MS </w:t>
            </w:r>
          </w:p>
        </w:tc>
        <w:tc>
          <w:tcPr>
            <w:tcW w:w="496" w:type="pct"/>
            <w:shd w:val="clear" w:color="auto" w:fill="auto"/>
            <w:tcMar>
              <w:top w:w="50" w:type="dxa"/>
              <w:left w:w="50" w:type="dxa"/>
              <w:bottom w:w="50" w:type="dxa"/>
              <w:right w:w="50" w:type="dxa"/>
            </w:tcMar>
            <w:vAlign w:val="bottom"/>
          </w:tcPr>
          <w:p w14:paraId="5EA1C106" w14:textId="24F82B67" w:rsidR="000149C7" w:rsidRDefault="000149C7" w:rsidP="002351DC">
            <w:pPr>
              <w:spacing w:after="0"/>
              <w:rPr>
                <w:rFonts w:ascii="Arial" w:hAnsi="Arial" w:cs="Arial"/>
                <w:color w:val="auto"/>
                <w:szCs w:val="17"/>
              </w:rPr>
            </w:pPr>
            <w:r>
              <w:rPr>
                <w:color w:val="000000"/>
                <w:sz w:val="20"/>
                <w:szCs w:val="20"/>
              </w:rPr>
              <w:t>10 kg</w:t>
            </w:r>
          </w:p>
        </w:tc>
        <w:tc>
          <w:tcPr>
            <w:tcW w:w="390" w:type="pct"/>
            <w:shd w:val="clear" w:color="auto" w:fill="auto"/>
            <w:tcMar>
              <w:top w:w="50" w:type="dxa"/>
              <w:left w:w="50" w:type="dxa"/>
              <w:bottom w:w="50" w:type="dxa"/>
              <w:right w:w="50" w:type="dxa"/>
            </w:tcMar>
            <w:vAlign w:val="bottom"/>
          </w:tcPr>
          <w:p w14:paraId="7E76FDFC" w14:textId="551CB482" w:rsidR="000149C7" w:rsidRPr="00B03582" w:rsidRDefault="000149C7" w:rsidP="002351DC">
            <w:pPr>
              <w:spacing w:after="0"/>
              <w:rPr>
                <w:rFonts w:ascii="Arial" w:hAnsi="Arial" w:cs="Arial"/>
                <w:color w:val="auto"/>
                <w:szCs w:val="17"/>
              </w:rPr>
            </w:pPr>
            <w:r>
              <w:rPr>
                <w:color w:val="000000"/>
                <w:sz w:val="20"/>
                <w:szCs w:val="20"/>
              </w:rPr>
              <w:t>KG</w:t>
            </w:r>
          </w:p>
        </w:tc>
        <w:tc>
          <w:tcPr>
            <w:tcW w:w="500" w:type="pct"/>
          </w:tcPr>
          <w:p w14:paraId="7FEFA36C" w14:textId="06699D70" w:rsidR="000149C7" w:rsidRDefault="00692D79" w:rsidP="002351DC">
            <w:pPr>
              <w:spacing w:after="0"/>
              <w:rPr>
                <w:color w:val="000000"/>
                <w:sz w:val="20"/>
                <w:szCs w:val="20"/>
              </w:rPr>
            </w:pPr>
            <w:r>
              <w:rPr>
                <w:noProof/>
                <w:color w:val="000000"/>
                <w:sz w:val="20"/>
                <w:szCs w:val="20"/>
              </w:rPr>
              <w:drawing>
                <wp:inline distT="0" distB="0" distL="0" distR="0" wp14:anchorId="1CC97FFF" wp14:editId="5C576F5A">
                  <wp:extent cx="655983" cy="655983"/>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43.jpg"/>
                          <pic:cNvPicPr/>
                        </pic:nvPicPr>
                        <pic:blipFill>
                          <a:blip r:embed="rId46">
                            <a:extLst>
                              <a:ext uri="{28A0092B-C50C-407E-A947-70E740481C1C}">
                                <a14:useLocalDpi xmlns:a14="http://schemas.microsoft.com/office/drawing/2010/main" val="0"/>
                              </a:ext>
                            </a:extLst>
                          </a:blip>
                          <a:stretch>
                            <a:fillRect/>
                          </a:stretch>
                        </pic:blipFill>
                        <pic:spPr>
                          <a:xfrm>
                            <a:off x="0" y="0"/>
                            <a:ext cx="660044" cy="660044"/>
                          </a:xfrm>
                          <a:prstGeom prst="rect">
                            <a:avLst/>
                          </a:prstGeom>
                        </pic:spPr>
                      </pic:pic>
                    </a:graphicData>
                  </a:graphic>
                </wp:inline>
              </w:drawing>
            </w:r>
          </w:p>
        </w:tc>
      </w:tr>
      <w:tr w:rsidR="009D3325" w:rsidRPr="00B03582" w14:paraId="5E330552" w14:textId="275D5222" w:rsidTr="00692D79">
        <w:tc>
          <w:tcPr>
            <w:tcW w:w="242" w:type="pct"/>
            <w:shd w:val="clear" w:color="auto" w:fill="FAFAFA"/>
            <w:tcMar>
              <w:top w:w="50" w:type="dxa"/>
              <w:left w:w="50" w:type="dxa"/>
              <w:bottom w:w="50" w:type="dxa"/>
              <w:right w:w="50" w:type="dxa"/>
            </w:tcMar>
          </w:tcPr>
          <w:p w14:paraId="7820E9F2" w14:textId="77777777" w:rsidR="000149C7" w:rsidRPr="001A766D" w:rsidRDefault="000149C7" w:rsidP="001A766D">
            <w:pPr>
              <w:pStyle w:val="ListParagraph"/>
              <w:numPr>
                <w:ilvl w:val="0"/>
                <w:numId w:val="10"/>
              </w:numPr>
              <w:spacing w:after="0"/>
              <w:jc w:val="center"/>
              <w:rPr>
                <w:rFonts w:ascii="Arial" w:hAnsi="Arial" w:cs="Arial"/>
                <w:color w:val="auto"/>
                <w:szCs w:val="17"/>
              </w:rPr>
            </w:pPr>
          </w:p>
        </w:tc>
        <w:tc>
          <w:tcPr>
            <w:tcW w:w="1565" w:type="pct"/>
            <w:shd w:val="clear" w:color="auto" w:fill="auto"/>
            <w:tcMar>
              <w:top w:w="50" w:type="dxa"/>
              <w:left w:w="50" w:type="dxa"/>
              <w:bottom w:w="50" w:type="dxa"/>
              <w:right w:w="50" w:type="dxa"/>
            </w:tcMar>
            <w:vAlign w:val="bottom"/>
          </w:tcPr>
          <w:p w14:paraId="21BBE7D8" w14:textId="7608363E" w:rsidR="000149C7" w:rsidRDefault="000149C7" w:rsidP="002351DC">
            <w:pPr>
              <w:spacing w:after="0"/>
              <w:rPr>
                <w:rFonts w:ascii="Arial" w:hAnsi="Arial" w:cs="Arial"/>
                <w:color w:val="auto"/>
                <w:szCs w:val="17"/>
              </w:rPr>
            </w:pPr>
            <w:r>
              <w:rPr>
                <w:color w:val="000000"/>
                <w:sz w:val="20"/>
                <w:szCs w:val="20"/>
              </w:rPr>
              <w:t>Cylinder Valve Key</w:t>
            </w:r>
          </w:p>
        </w:tc>
        <w:tc>
          <w:tcPr>
            <w:tcW w:w="1808" w:type="pct"/>
            <w:shd w:val="clear" w:color="auto" w:fill="auto"/>
            <w:vAlign w:val="bottom"/>
          </w:tcPr>
          <w:p w14:paraId="40BA17EB" w14:textId="183691C4" w:rsidR="000149C7" w:rsidRDefault="000149C7" w:rsidP="002351DC">
            <w:pPr>
              <w:spacing w:after="0"/>
              <w:rPr>
                <w:rFonts w:ascii="Arial" w:hAnsi="Arial" w:cs="Arial"/>
                <w:color w:val="auto"/>
                <w:szCs w:val="17"/>
              </w:rPr>
            </w:pPr>
            <w:r>
              <w:rPr>
                <w:color w:val="000000"/>
                <w:sz w:val="20"/>
                <w:szCs w:val="20"/>
              </w:rPr>
              <w:t xml:space="preserve"> Oxygen and Acetylene Cylinder large size </w:t>
            </w:r>
          </w:p>
        </w:tc>
        <w:tc>
          <w:tcPr>
            <w:tcW w:w="496" w:type="pct"/>
            <w:shd w:val="clear" w:color="auto" w:fill="auto"/>
            <w:tcMar>
              <w:top w:w="50" w:type="dxa"/>
              <w:left w:w="50" w:type="dxa"/>
              <w:bottom w:w="50" w:type="dxa"/>
              <w:right w:w="50" w:type="dxa"/>
            </w:tcMar>
            <w:vAlign w:val="bottom"/>
          </w:tcPr>
          <w:p w14:paraId="3E347307" w14:textId="7784A369" w:rsidR="000149C7" w:rsidRDefault="000149C7" w:rsidP="002351DC">
            <w:pPr>
              <w:spacing w:after="0"/>
              <w:rPr>
                <w:rFonts w:ascii="Arial" w:hAnsi="Arial" w:cs="Arial"/>
                <w:color w:val="auto"/>
                <w:szCs w:val="17"/>
              </w:rPr>
            </w:pPr>
            <w:r>
              <w:rPr>
                <w:color w:val="000000"/>
                <w:sz w:val="20"/>
                <w:szCs w:val="20"/>
              </w:rPr>
              <w:t>1 Piece</w:t>
            </w:r>
          </w:p>
        </w:tc>
        <w:tc>
          <w:tcPr>
            <w:tcW w:w="390" w:type="pct"/>
            <w:shd w:val="clear" w:color="auto" w:fill="auto"/>
            <w:tcMar>
              <w:top w:w="50" w:type="dxa"/>
              <w:left w:w="50" w:type="dxa"/>
              <w:bottom w:w="50" w:type="dxa"/>
              <w:right w:w="50" w:type="dxa"/>
            </w:tcMar>
            <w:vAlign w:val="bottom"/>
          </w:tcPr>
          <w:p w14:paraId="7D2DB984" w14:textId="0654AD9C" w:rsidR="000149C7" w:rsidRPr="00B03582" w:rsidRDefault="000149C7" w:rsidP="002351DC">
            <w:pPr>
              <w:spacing w:after="0"/>
              <w:rPr>
                <w:rFonts w:ascii="Arial" w:hAnsi="Arial" w:cs="Arial"/>
                <w:color w:val="auto"/>
                <w:szCs w:val="17"/>
              </w:rPr>
            </w:pPr>
            <w:r w:rsidRPr="00545099">
              <w:rPr>
                <w:rFonts w:ascii="Arial" w:hAnsi="Arial" w:cs="Arial"/>
                <w:color w:val="auto"/>
                <w:szCs w:val="17"/>
              </w:rPr>
              <w:t>Nos</w:t>
            </w:r>
          </w:p>
        </w:tc>
        <w:tc>
          <w:tcPr>
            <w:tcW w:w="500" w:type="pct"/>
          </w:tcPr>
          <w:p w14:paraId="4224AB68" w14:textId="3F990A32" w:rsidR="000149C7" w:rsidRPr="00545099" w:rsidRDefault="00692D79" w:rsidP="002351DC">
            <w:pPr>
              <w:spacing w:after="0"/>
              <w:rPr>
                <w:rFonts w:ascii="Arial" w:hAnsi="Arial" w:cs="Arial"/>
                <w:color w:val="auto"/>
                <w:szCs w:val="17"/>
              </w:rPr>
            </w:pPr>
            <w:r>
              <w:rPr>
                <w:rFonts w:ascii="Arial" w:hAnsi="Arial" w:cs="Arial"/>
                <w:noProof/>
                <w:color w:val="auto"/>
                <w:szCs w:val="17"/>
              </w:rPr>
              <w:drawing>
                <wp:inline distT="0" distB="0" distL="0" distR="0" wp14:anchorId="6D28EA44" wp14:editId="2507C47B">
                  <wp:extent cx="729532" cy="729532"/>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44.jpg"/>
                          <pic:cNvPicPr/>
                        </pic:nvPicPr>
                        <pic:blipFill>
                          <a:blip r:embed="rId47">
                            <a:extLst>
                              <a:ext uri="{28A0092B-C50C-407E-A947-70E740481C1C}">
                                <a14:useLocalDpi xmlns:a14="http://schemas.microsoft.com/office/drawing/2010/main" val="0"/>
                              </a:ext>
                            </a:extLst>
                          </a:blip>
                          <a:stretch>
                            <a:fillRect/>
                          </a:stretch>
                        </pic:blipFill>
                        <pic:spPr>
                          <a:xfrm>
                            <a:off x="0" y="0"/>
                            <a:ext cx="731992" cy="731992"/>
                          </a:xfrm>
                          <a:prstGeom prst="rect">
                            <a:avLst/>
                          </a:prstGeom>
                        </pic:spPr>
                      </pic:pic>
                    </a:graphicData>
                  </a:graphic>
                </wp:inline>
              </w:drawing>
            </w:r>
          </w:p>
        </w:tc>
      </w:tr>
      <w:tr w:rsidR="009D3325" w:rsidRPr="00B03582" w14:paraId="6B9D3FAD" w14:textId="13D09272" w:rsidTr="00692D79">
        <w:tc>
          <w:tcPr>
            <w:tcW w:w="242" w:type="pct"/>
            <w:shd w:val="clear" w:color="auto" w:fill="FAFAFA"/>
            <w:tcMar>
              <w:top w:w="50" w:type="dxa"/>
              <w:left w:w="50" w:type="dxa"/>
              <w:bottom w:w="50" w:type="dxa"/>
              <w:right w:w="50" w:type="dxa"/>
            </w:tcMar>
          </w:tcPr>
          <w:p w14:paraId="7D7B7ACF" w14:textId="77777777" w:rsidR="000149C7" w:rsidRPr="001A766D" w:rsidRDefault="000149C7" w:rsidP="001A766D">
            <w:pPr>
              <w:pStyle w:val="ListParagraph"/>
              <w:numPr>
                <w:ilvl w:val="0"/>
                <w:numId w:val="10"/>
              </w:numPr>
              <w:spacing w:after="0"/>
              <w:jc w:val="center"/>
              <w:rPr>
                <w:rFonts w:ascii="Arial" w:hAnsi="Arial" w:cs="Arial"/>
                <w:color w:val="auto"/>
                <w:szCs w:val="17"/>
              </w:rPr>
            </w:pPr>
          </w:p>
        </w:tc>
        <w:tc>
          <w:tcPr>
            <w:tcW w:w="1565" w:type="pct"/>
            <w:shd w:val="clear" w:color="auto" w:fill="auto"/>
            <w:tcMar>
              <w:top w:w="50" w:type="dxa"/>
              <w:left w:w="50" w:type="dxa"/>
              <w:bottom w:w="50" w:type="dxa"/>
              <w:right w:w="50" w:type="dxa"/>
            </w:tcMar>
            <w:vAlign w:val="bottom"/>
          </w:tcPr>
          <w:p w14:paraId="05235D7A" w14:textId="4D99B69E" w:rsidR="000149C7" w:rsidRDefault="000149C7" w:rsidP="002351DC">
            <w:pPr>
              <w:spacing w:after="0"/>
              <w:rPr>
                <w:rFonts w:ascii="Arial" w:hAnsi="Arial" w:cs="Arial"/>
                <w:color w:val="auto"/>
                <w:szCs w:val="17"/>
              </w:rPr>
            </w:pPr>
            <w:r>
              <w:rPr>
                <w:color w:val="000000"/>
                <w:sz w:val="20"/>
                <w:szCs w:val="20"/>
              </w:rPr>
              <w:t>Angle Iron</w:t>
            </w:r>
          </w:p>
        </w:tc>
        <w:tc>
          <w:tcPr>
            <w:tcW w:w="1808" w:type="pct"/>
            <w:shd w:val="clear" w:color="auto" w:fill="auto"/>
            <w:vAlign w:val="bottom"/>
          </w:tcPr>
          <w:p w14:paraId="38C5B19D" w14:textId="1CFFA1DE" w:rsidR="000149C7" w:rsidRDefault="000149C7" w:rsidP="002351DC">
            <w:pPr>
              <w:spacing w:after="0"/>
              <w:rPr>
                <w:rFonts w:ascii="Arial" w:hAnsi="Arial" w:cs="Arial"/>
                <w:color w:val="auto"/>
                <w:szCs w:val="17"/>
              </w:rPr>
            </w:pPr>
            <w:r>
              <w:rPr>
                <w:color w:val="000000"/>
                <w:sz w:val="20"/>
                <w:szCs w:val="20"/>
              </w:rPr>
              <w:t>1 Inch x 1 Inch (</w:t>
            </w:r>
            <w:proofErr w:type="spellStart"/>
            <w:r>
              <w:rPr>
                <w:color w:val="000000"/>
                <w:sz w:val="20"/>
                <w:szCs w:val="20"/>
              </w:rPr>
              <w:t>Thicknes</w:t>
            </w:r>
            <w:proofErr w:type="spellEnd"/>
            <w:r>
              <w:rPr>
                <w:color w:val="000000"/>
                <w:sz w:val="20"/>
                <w:szCs w:val="20"/>
              </w:rPr>
              <w:t xml:space="preserve"> =3mm)</w:t>
            </w:r>
          </w:p>
        </w:tc>
        <w:tc>
          <w:tcPr>
            <w:tcW w:w="496" w:type="pct"/>
            <w:shd w:val="clear" w:color="auto" w:fill="auto"/>
            <w:tcMar>
              <w:top w:w="50" w:type="dxa"/>
              <w:left w:w="50" w:type="dxa"/>
              <w:bottom w:w="50" w:type="dxa"/>
              <w:right w:w="50" w:type="dxa"/>
            </w:tcMar>
            <w:vAlign w:val="bottom"/>
          </w:tcPr>
          <w:p w14:paraId="133BB8E4" w14:textId="1538D9C2" w:rsidR="000149C7" w:rsidRDefault="000149C7" w:rsidP="002351DC">
            <w:pPr>
              <w:spacing w:after="0"/>
              <w:rPr>
                <w:rFonts w:ascii="Arial" w:hAnsi="Arial" w:cs="Arial"/>
                <w:color w:val="auto"/>
                <w:szCs w:val="17"/>
              </w:rPr>
            </w:pPr>
            <w:r>
              <w:rPr>
                <w:color w:val="000000"/>
                <w:sz w:val="20"/>
                <w:szCs w:val="20"/>
              </w:rPr>
              <w:t>50 Kg</w:t>
            </w:r>
          </w:p>
        </w:tc>
        <w:tc>
          <w:tcPr>
            <w:tcW w:w="390" w:type="pct"/>
            <w:shd w:val="clear" w:color="auto" w:fill="auto"/>
            <w:tcMar>
              <w:top w:w="50" w:type="dxa"/>
              <w:left w:w="50" w:type="dxa"/>
              <w:bottom w:w="50" w:type="dxa"/>
              <w:right w:w="50" w:type="dxa"/>
            </w:tcMar>
            <w:vAlign w:val="bottom"/>
          </w:tcPr>
          <w:p w14:paraId="7530C908" w14:textId="4945B2FF" w:rsidR="000149C7" w:rsidRPr="00B03582" w:rsidRDefault="000149C7" w:rsidP="002351DC">
            <w:pPr>
              <w:spacing w:after="0"/>
              <w:rPr>
                <w:rFonts w:ascii="Arial" w:hAnsi="Arial" w:cs="Arial"/>
                <w:color w:val="auto"/>
                <w:szCs w:val="17"/>
              </w:rPr>
            </w:pPr>
            <w:r>
              <w:rPr>
                <w:color w:val="000000"/>
                <w:sz w:val="20"/>
                <w:szCs w:val="20"/>
              </w:rPr>
              <w:t>KG</w:t>
            </w:r>
          </w:p>
        </w:tc>
        <w:tc>
          <w:tcPr>
            <w:tcW w:w="500" w:type="pct"/>
          </w:tcPr>
          <w:p w14:paraId="438ED4D7" w14:textId="71DFBF6A" w:rsidR="000149C7" w:rsidRDefault="0039533C" w:rsidP="002351DC">
            <w:pPr>
              <w:spacing w:after="0"/>
              <w:rPr>
                <w:color w:val="000000"/>
                <w:sz w:val="20"/>
                <w:szCs w:val="20"/>
              </w:rPr>
            </w:pPr>
            <w:r>
              <w:rPr>
                <w:noProof/>
                <w:color w:val="000000"/>
                <w:sz w:val="20"/>
                <w:szCs w:val="20"/>
              </w:rPr>
              <w:drawing>
                <wp:inline distT="0" distB="0" distL="0" distR="0" wp14:anchorId="2FBF39F3" wp14:editId="1C2189AC">
                  <wp:extent cx="665922" cy="443948"/>
                  <wp:effectExtent l="0" t="0" r="127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45.jpeg"/>
                          <pic:cNvPicPr/>
                        </pic:nvPicPr>
                        <pic:blipFill>
                          <a:blip r:embed="rId48">
                            <a:extLst>
                              <a:ext uri="{28A0092B-C50C-407E-A947-70E740481C1C}">
                                <a14:useLocalDpi xmlns:a14="http://schemas.microsoft.com/office/drawing/2010/main" val="0"/>
                              </a:ext>
                            </a:extLst>
                          </a:blip>
                          <a:stretch>
                            <a:fillRect/>
                          </a:stretch>
                        </pic:blipFill>
                        <pic:spPr>
                          <a:xfrm>
                            <a:off x="0" y="0"/>
                            <a:ext cx="669270" cy="446180"/>
                          </a:xfrm>
                          <a:prstGeom prst="rect">
                            <a:avLst/>
                          </a:prstGeom>
                        </pic:spPr>
                      </pic:pic>
                    </a:graphicData>
                  </a:graphic>
                </wp:inline>
              </w:drawing>
            </w:r>
          </w:p>
        </w:tc>
      </w:tr>
      <w:tr w:rsidR="009D3325" w:rsidRPr="00B03582" w14:paraId="2A07331C" w14:textId="59880323" w:rsidTr="00692D79">
        <w:tc>
          <w:tcPr>
            <w:tcW w:w="242" w:type="pct"/>
            <w:shd w:val="clear" w:color="auto" w:fill="FAFAFA"/>
            <w:tcMar>
              <w:top w:w="50" w:type="dxa"/>
              <w:left w:w="50" w:type="dxa"/>
              <w:bottom w:w="50" w:type="dxa"/>
              <w:right w:w="50" w:type="dxa"/>
            </w:tcMar>
          </w:tcPr>
          <w:p w14:paraId="5DEB56D5" w14:textId="77777777" w:rsidR="000149C7" w:rsidRPr="001A766D" w:rsidRDefault="000149C7" w:rsidP="001A766D">
            <w:pPr>
              <w:pStyle w:val="ListParagraph"/>
              <w:numPr>
                <w:ilvl w:val="0"/>
                <w:numId w:val="10"/>
              </w:numPr>
              <w:spacing w:after="0"/>
              <w:jc w:val="center"/>
              <w:rPr>
                <w:rFonts w:ascii="Arial" w:hAnsi="Arial" w:cs="Arial"/>
                <w:color w:val="auto"/>
                <w:szCs w:val="17"/>
              </w:rPr>
            </w:pPr>
          </w:p>
        </w:tc>
        <w:tc>
          <w:tcPr>
            <w:tcW w:w="1565" w:type="pct"/>
            <w:shd w:val="clear" w:color="auto" w:fill="auto"/>
            <w:tcMar>
              <w:top w:w="50" w:type="dxa"/>
              <w:left w:w="50" w:type="dxa"/>
              <w:bottom w:w="50" w:type="dxa"/>
              <w:right w:w="50" w:type="dxa"/>
            </w:tcMar>
            <w:vAlign w:val="bottom"/>
          </w:tcPr>
          <w:p w14:paraId="286F11FB" w14:textId="575E5B05" w:rsidR="000149C7" w:rsidRDefault="000149C7" w:rsidP="002351DC">
            <w:pPr>
              <w:spacing w:after="0"/>
              <w:rPr>
                <w:rFonts w:ascii="Arial" w:hAnsi="Arial" w:cs="Arial"/>
                <w:color w:val="auto"/>
                <w:szCs w:val="17"/>
              </w:rPr>
            </w:pPr>
            <w:r>
              <w:rPr>
                <w:color w:val="000000"/>
                <w:sz w:val="20"/>
                <w:szCs w:val="20"/>
              </w:rPr>
              <w:t>Iron Strip</w:t>
            </w:r>
          </w:p>
        </w:tc>
        <w:tc>
          <w:tcPr>
            <w:tcW w:w="1808" w:type="pct"/>
            <w:shd w:val="clear" w:color="auto" w:fill="auto"/>
            <w:vAlign w:val="bottom"/>
          </w:tcPr>
          <w:p w14:paraId="4811938A" w14:textId="7C5FE4F7" w:rsidR="000149C7" w:rsidRDefault="000149C7" w:rsidP="002351DC">
            <w:pPr>
              <w:spacing w:after="0"/>
              <w:rPr>
                <w:rFonts w:ascii="Arial" w:hAnsi="Arial" w:cs="Arial"/>
                <w:color w:val="auto"/>
                <w:szCs w:val="17"/>
              </w:rPr>
            </w:pPr>
            <w:r>
              <w:rPr>
                <w:color w:val="000000"/>
                <w:sz w:val="20"/>
                <w:szCs w:val="20"/>
              </w:rPr>
              <w:t>1 Inch</w:t>
            </w:r>
          </w:p>
        </w:tc>
        <w:tc>
          <w:tcPr>
            <w:tcW w:w="496" w:type="pct"/>
            <w:shd w:val="clear" w:color="auto" w:fill="auto"/>
            <w:tcMar>
              <w:top w:w="50" w:type="dxa"/>
              <w:left w:w="50" w:type="dxa"/>
              <w:bottom w:w="50" w:type="dxa"/>
              <w:right w:w="50" w:type="dxa"/>
            </w:tcMar>
            <w:vAlign w:val="bottom"/>
          </w:tcPr>
          <w:p w14:paraId="6555E84D" w14:textId="39028B51" w:rsidR="000149C7" w:rsidRDefault="000149C7" w:rsidP="002351DC">
            <w:pPr>
              <w:spacing w:after="0"/>
              <w:rPr>
                <w:rFonts w:ascii="Arial" w:hAnsi="Arial" w:cs="Arial"/>
                <w:color w:val="auto"/>
                <w:szCs w:val="17"/>
              </w:rPr>
            </w:pPr>
            <w:r>
              <w:rPr>
                <w:color w:val="000000"/>
                <w:sz w:val="20"/>
                <w:szCs w:val="20"/>
              </w:rPr>
              <w:t>40 Kg</w:t>
            </w:r>
          </w:p>
        </w:tc>
        <w:tc>
          <w:tcPr>
            <w:tcW w:w="390" w:type="pct"/>
            <w:shd w:val="clear" w:color="auto" w:fill="auto"/>
            <w:tcMar>
              <w:top w:w="50" w:type="dxa"/>
              <w:left w:w="50" w:type="dxa"/>
              <w:bottom w:w="50" w:type="dxa"/>
              <w:right w:w="50" w:type="dxa"/>
            </w:tcMar>
            <w:vAlign w:val="bottom"/>
          </w:tcPr>
          <w:p w14:paraId="2BBDC3A4" w14:textId="11F0BD53" w:rsidR="000149C7" w:rsidRPr="00B03582" w:rsidRDefault="000149C7" w:rsidP="002351DC">
            <w:pPr>
              <w:spacing w:after="0"/>
              <w:rPr>
                <w:rFonts w:ascii="Arial" w:hAnsi="Arial" w:cs="Arial"/>
                <w:color w:val="auto"/>
                <w:szCs w:val="17"/>
              </w:rPr>
            </w:pPr>
            <w:r>
              <w:rPr>
                <w:color w:val="000000"/>
                <w:sz w:val="20"/>
                <w:szCs w:val="20"/>
              </w:rPr>
              <w:t>KG</w:t>
            </w:r>
          </w:p>
        </w:tc>
        <w:tc>
          <w:tcPr>
            <w:tcW w:w="500" w:type="pct"/>
          </w:tcPr>
          <w:p w14:paraId="51ED370C" w14:textId="3E1C8F38" w:rsidR="000149C7" w:rsidRDefault="0039533C" w:rsidP="002351DC">
            <w:pPr>
              <w:spacing w:after="0"/>
              <w:rPr>
                <w:color w:val="000000"/>
                <w:sz w:val="20"/>
                <w:szCs w:val="20"/>
              </w:rPr>
            </w:pPr>
            <w:r>
              <w:rPr>
                <w:noProof/>
                <w:color w:val="000000"/>
                <w:sz w:val="20"/>
                <w:szCs w:val="20"/>
              </w:rPr>
              <w:drawing>
                <wp:inline distT="0" distB="0" distL="0" distR="0" wp14:anchorId="68AF371A" wp14:editId="0FA9668C">
                  <wp:extent cx="655955" cy="65595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46.jpg"/>
                          <pic:cNvPicPr/>
                        </pic:nvPicPr>
                        <pic:blipFill>
                          <a:blip r:embed="rId49">
                            <a:extLst>
                              <a:ext uri="{28A0092B-C50C-407E-A947-70E740481C1C}">
                                <a14:useLocalDpi xmlns:a14="http://schemas.microsoft.com/office/drawing/2010/main" val="0"/>
                              </a:ext>
                            </a:extLst>
                          </a:blip>
                          <a:stretch>
                            <a:fillRect/>
                          </a:stretch>
                        </pic:blipFill>
                        <pic:spPr>
                          <a:xfrm>
                            <a:off x="0" y="0"/>
                            <a:ext cx="657136" cy="657136"/>
                          </a:xfrm>
                          <a:prstGeom prst="rect">
                            <a:avLst/>
                          </a:prstGeom>
                        </pic:spPr>
                      </pic:pic>
                    </a:graphicData>
                  </a:graphic>
                </wp:inline>
              </w:drawing>
            </w:r>
          </w:p>
        </w:tc>
      </w:tr>
      <w:tr w:rsidR="009D3325" w:rsidRPr="00B03582" w14:paraId="06B4475B" w14:textId="14659F54" w:rsidTr="00692D79">
        <w:tc>
          <w:tcPr>
            <w:tcW w:w="242" w:type="pct"/>
            <w:shd w:val="clear" w:color="auto" w:fill="FAFAFA"/>
            <w:tcMar>
              <w:top w:w="50" w:type="dxa"/>
              <w:left w:w="50" w:type="dxa"/>
              <w:bottom w:w="50" w:type="dxa"/>
              <w:right w:w="50" w:type="dxa"/>
            </w:tcMar>
          </w:tcPr>
          <w:p w14:paraId="7B04C5CF" w14:textId="77777777" w:rsidR="000149C7" w:rsidRPr="001A766D" w:rsidRDefault="000149C7" w:rsidP="001A766D">
            <w:pPr>
              <w:pStyle w:val="ListParagraph"/>
              <w:numPr>
                <w:ilvl w:val="0"/>
                <w:numId w:val="10"/>
              </w:numPr>
              <w:spacing w:after="0"/>
              <w:jc w:val="center"/>
              <w:rPr>
                <w:rFonts w:ascii="Arial" w:hAnsi="Arial" w:cs="Arial"/>
                <w:color w:val="auto"/>
                <w:szCs w:val="17"/>
              </w:rPr>
            </w:pPr>
          </w:p>
        </w:tc>
        <w:tc>
          <w:tcPr>
            <w:tcW w:w="1565" w:type="pct"/>
            <w:shd w:val="clear" w:color="auto" w:fill="auto"/>
            <w:tcMar>
              <w:top w:w="50" w:type="dxa"/>
              <w:left w:w="50" w:type="dxa"/>
              <w:bottom w:w="50" w:type="dxa"/>
              <w:right w:w="50" w:type="dxa"/>
            </w:tcMar>
            <w:vAlign w:val="bottom"/>
          </w:tcPr>
          <w:p w14:paraId="012589E5" w14:textId="53F738D0" w:rsidR="000149C7" w:rsidRDefault="000149C7" w:rsidP="002351DC">
            <w:pPr>
              <w:spacing w:after="0"/>
              <w:rPr>
                <w:rFonts w:ascii="Arial" w:hAnsi="Arial" w:cs="Arial"/>
                <w:color w:val="auto"/>
                <w:szCs w:val="17"/>
              </w:rPr>
            </w:pPr>
            <w:r>
              <w:rPr>
                <w:color w:val="000000"/>
                <w:sz w:val="20"/>
                <w:szCs w:val="20"/>
              </w:rPr>
              <w:t>Cotton Rags</w:t>
            </w:r>
          </w:p>
        </w:tc>
        <w:tc>
          <w:tcPr>
            <w:tcW w:w="1808" w:type="pct"/>
            <w:shd w:val="clear" w:color="auto" w:fill="auto"/>
            <w:vAlign w:val="bottom"/>
          </w:tcPr>
          <w:p w14:paraId="1827B4B1" w14:textId="4E4B6E2F" w:rsidR="000149C7" w:rsidRDefault="000149C7" w:rsidP="002351DC">
            <w:pPr>
              <w:spacing w:after="0"/>
              <w:rPr>
                <w:rFonts w:ascii="Arial" w:hAnsi="Arial" w:cs="Arial"/>
                <w:color w:val="auto"/>
                <w:szCs w:val="17"/>
              </w:rPr>
            </w:pPr>
            <w:r>
              <w:rPr>
                <w:color w:val="000000"/>
                <w:sz w:val="20"/>
                <w:szCs w:val="20"/>
              </w:rPr>
              <w:t> </w:t>
            </w:r>
          </w:p>
        </w:tc>
        <w:tc>
          <w:tcPr>
            <w:tcW w:w="496" w:type="pct"/>
            <w:shd w:val="clear" w:color="auto" w:fill="auto"/>
            <w:tcMar>
              <w:top w:w="50" w:type="dxa"/>
              <w:left w:w="50" w:type="dxa"/>
              <w:bottom w:w="50" w:type="dxa"/>
              <w:right w:w="50" w:type="dxa"/>
            </w:tcMar>
            <w:vAlign w:val="bottom"/>
          </w:tcPr>
          <w:p w14:paraId="464B9B01" w14:textId="00F832A6" w:rsidR="000149C7" w:rsidRDefault="000149C7" w:rsidP="002351DC">
            <w:pPr>
              <w:spacing w:after="0"/>
              <w:rPr>
                <w:rFonts w:ascii="Arial" w:hAnsi="Arial" w:cs="Arial"/>
                <w:color w:val="auto"/>
                <w:szCs w:val="17"/>
              </w:rPr>
            </w:pPr>
            <w:r>
              <w:rPr>
                <w:color w:val="000000"/>
                <w:sz w:val="20"/>
                <w:szCs w:val="20"/>
              </w:rPr>
              <w:t>15 Kg</w:t>
            </w:r>
          </w:p>
        </w:tc>
        <w:tc>
          <w:tcPr>
            <w:tcW w:w="390" w:type="pct"/>
            <w:shd w:val="clear" w:color="auto" w:fill="auto"/>
            <w:tcMar>
              <w:top w:w="50" w:type="dxa"/>
              <w:left w:w="50" w:type="dxa"/>
              <w:bottom w:w="50" w:type="dxa"/>
              <w:right w:w="50" w:type="dxa"/>
            </w:tcMar>
            <w:vAlign w:val="bottom"/>
          </w:tcPr>
          <w:p w14:paraId="5D865D40" w14:textId="5B9BE714" w:rsidR="000149C7" w:rsidRPr="00B03582" w:rsidRDefault="000149C7" w:rsidP="002351DC">
            <w:pPr>
              <w:spacing w:after="0"/>
              <w:rPr>
                <w:rFonts w:ascii="Arial" w:hAnsi="Arial" w:cs="Arial"/>
                <w:color w:val="auto"/>
                <w:szCs w:val="17"/>
              </w:rPr>
            </w:pPr>
            <w:r>
              <w:rPr>
                <w:color w:val="000000"/>
                <w:sz w:val="20"/>
                <w:szCs w:val="20"/>
              </w:rPr>
              <w:t>KG</w:t>
            </w:r>
          </w:p>
        </w:tc>
        <w:tc>
          <w:tcPr>
            <w:tcW w:w="500" w:type="pct"/>
          </w:tcPr>
          <w:p w14:paraId="199E166F" w14:textId="6F19A2A6" w:rsidR="000149C7" w:rsidRDefault="0039533C" w:rsidP="002351DC">
            <w:pPr>
              <w:spacing w:after="0"/>
              <w:rPr>
                <w:color w:val="000000"/>
                <w:sz w:val="20"/>
                <w:szCs w:val="20"/>
              </w:rPr>
            </w:pPr>
            <w:r>
              <w:rPr>
                <w:noProof/>
                <w:color w:val="000000"/>
                <w:sz w:val="20"/>
                <w:szCs w:val="20"/>
              </w:rPr>
              <w:drawing>
                <wp:inline distT="0" distB="0" distL="0" distR="0" wp14:anchorId="4581B4D0" wp14:editId="50300A9E">
                  <wp:extent cx="667512" cy="475488"/>
                  <wp:effectExtent l="0" t="0" r="0" b="127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47.jpg"/>
                          <pic:cNvPicPr/>
                        </pic:nvPicPr>
                        <pic:blipFill>
                          <a:blip r:embed="rId50">
                            <a:extLst>
                              <a:ext uri="{28A0092B-C50C-407E-A947-70E740481C1C}">
                                <a14:useLocalDpi xmlns:a14="http://schemas.microsoft.com/office/drawing/2010/main" val="0"/>
                              </a:ext>
                            </a:extLst>
                          </a:blip>
                          <a:stretch>
                            <a:fillRect/>
                          </a:stretch>
                        </pic:blipFill>
                        <pic:spPr>
                          <a:xfrm>
                            <a:off x="0" y="0"/>
                            <a:ext cx="667512" cy="475488"/>
                          </a:xfrm>
                          <a:prstGeom prst="rect">
                            <a:avLst/>
                          </a:prstGeom>
                        </pic:spPr>
                      </pic:pic>
                    </a:graphicData>
                  </a:graphic>
                </wp:inline>
              </w:drawing>
            </w:r>
          </w:p>
        </w:tc>
      </w:tr>
      <w:tr w:rsidR="009D3325" w:rsidRPr="00B03582" w14:paraId="0463CDF2" w14:textId="60CF6DA6" w:rsidTr="00692D79">
        <w:tc>
          <w:tcPr>
            <w:tcW w:w="242" w:type="pct"/>
            <w:shd w:val="clear" w:color="auto" w:fill="FAFAFA"/>
            <w:tcMar>
              <w:top w:w="50" w:type="dxa"/>
              <w:left w:w="50" w:type="dxa"/>
              <w:bottom w:w="50" w:type="dxa"/>
              <w:right w:w="50" w:type="dxa"/>
            </w:tcMar>
          </w:tcPr>
          <w:p w14:paraId="127FEB1D" w14:textId="77777777" w:rsidR="000149C7" w:rsidRPr="001A766D" w:rsidRDefault="000149C7" w:rsidP="001A766D">
            <w:pPr>
              <w:pStyle w:val="ListParagraph"/>
              <w:numPr>
                <w:ilvl w:val="0"/>
                <w:numId w:val="10"/>
              </w:numPr>
              <w:spacing w:after="0"/>
              <w:jc w:val="center"/>
              <w:rPr>
                <w:rFonts w:ascii="Arial" w:hAnsi="Arial" w:cs="Arial"/>
                <w:color w:val="auto"/>
                <w:szCs w:val="17"/>
              </w:rPr>
            </w:pPr>
          </w:p>
        </w:tc>
        <w:tc>
          <w:tcPr>
            <w:tcW w:w="1565" w:type="pct"/>
            <w:shd w:val="clear" w:color="auto" w:fill="auto"/>
            <w:tcMar>
              <w:top w:w="50" w:type="dxa"/>
              <w:left w:w="50" w:type="dxa"/>
              <w:bottom w:w="50" w:type="dxa"/>
              <w:right w:w="50" w:type="dxa"/>
            </w:tcMar>
            <w:vAlign w:val="bottom"/>
          </w:tcPr>
          <w:p w14:paraId="506B804A" w14:textId="29E1E2CB" w:rsidR="000149C7" w:rsidRDefault="000149C7" w:rsidP="002351DC">
            <w:pPr>
              <w:spacing w:after="0"/>
              <w:rPr>
                <w:rFonts w:ascii="Arial" w:hAnsi="Arial" w:cs="Arial"/>
                <w:color w:val="auto"/>
                <w:szCs w:val="17"/>
              </w:rPr>
            </w:pPr>
            <w:r>
              <w:rPr>
                <w:color w:val="000000"/>
                <w:sz w:val="20"/>
                <w:szCs w:val="20"/>
              </w:rPr>
              <w:t xml:space="preserve">MS </w:t>
            </w:r>
            <w:r w:rsidR="007D4820">
              <w:rPr>
                <w:color w:val="000000"/>
                <w:sz w:val="20"/>
                <w:szCs w:val="20"/>
              </w:rPr>
              <w:t>Square</w:t>
            </w:r>
            <w:r>
              <w:rPr>
                <w:color w:val="000000"/>
                <w:sz w:val="20"/>
                <w:szCs w:val="20"/>
              </w:rPr>
              <w:t xml:space="preserve"> Pipe</w:t>
            </w:r>
          </w:p>
        </w:tc>
        <w:tc>
          <w:tcPr>
            <w:tcW w:w="1808" w:type="pct"/>
            <w:shd w:val="clear" w:color="auto" w:fill="auto"/>
          </w:tcPr>
          <w:p w14:paraId="47257F08" w14:textId="338C7372" w:rsidR="000149C7" w:rsidRDefault="000149C7" w:rsidP="002351DC">
            <w:pPr>
              <w:spacing w:after="0"/>
              <w:rPr>
                <w:rFonts w:ascii="Arial" w:hAnsi="Arial" w:cs="Arial"/>
                <w:color w:val="auto"/>
                <w:szCs w:val="17"/>
              </w:rPr>
            </w:pPr>
            <w:r>
              <w:rPr>
                <w:color w:val="000000"/>
                <w:sz w:val="20"/>
                <w:szCs w:val="20"/>
              </w:rPr>
              <w:t>1 Inch x 1 Inch (Gauge=18)</w:t>
            </w:r>
          </w:p>
        </w:tc>
        <w:tc>
          <w:tcPr>
            <w:tcW w:w="496" w:type="pct"/>
            <w:shd w:val="clear" w:color="auto" w:fill="auto"/>
            <w:tcMar>
              <w:top w:w="50" w:type="dxa"/>
              <w:left w:w="50" w:type="dxa"/>
              <w:bottom w:w="50" w:type="dxa"/>
              <w:right w:w="50" w:type="dxa"/>
            </w:tcMar>
          </w:tcPr>
          <w:p w14:paraId="0487422E" w14:textId="56BD723D" w:rsidR="000149C7" w:rsidRDefault="000149C7" w:rsidP="002351DC">
            <w:pPr>
              <w:spacing w:after="0"/>
              <w:rPr>
                <w:rFonts w:ascii="Arial" w:hAnsi="Arial" w:cs="Arial"/>
                <w:color w:val="auto"/>
                <w:szCs w:val="17"/>
              </w:rPr>
            </w:pPr>
            <w:r>
              <w:rPr>
                <w:color w:val="000000"/>
                <w:sz w:val="20"/>
                <w:szCs w:val="20"/>
              </w:rPr>
              <w:t>6 x20 Feet</w:t>
            </w:r>
          </w:p>
        </w:tc>
        <w:tc>
          <w:tcPr>
            <w:tcW w:w="390" w:type="pct"/>
            <w:shd w:val="clear" w:color="auto" w:fill="auto"/>
            <w:tcMar>
              <w:top w:w="50" w:type="dxa"/>
              <w:left w:w="50" w:type="dxa"/>
              <w:bottom w:w="50" w:type="dxa"/>
              <w:right w:w="50" w:type="dxa"/>
            </w:tcMar>
          </w:tcPr>
          <w:p w14:paraId="5402A43E" w14:textId="61439D82" w:rsidR="000149C7" w:rsidRPr="00B03582" w:rsidRDefault="000149C7" w:rsidP="002351DC">
            <w:pPr>
              <w:spacing w:after="0"/>
              <w:rPr>
                <w:rFonts w:ascii="Arial" w:hAnsi="Arial" w:cs="Arial"/>
                <w:color w:val="auto"/>
                <w:szCs w:val="17"/>
              </w:rPr>
            </w:pPr>
            <w:r>
              <w:rPr>
                <w:rFonts w:ascii="Arial" w:hAnsi="Arial" w:cs="Arial"/>
                <w:color w:val="auto"/>
                <w:szCs w:val="17"/>
              </w:rPr>
              <w:t>Feet</w:t>
            </w:r>
          </w:p>
        </w:tc>
        <w:tc>
          <w:tcPr>
            <w:tcW w:w="500" w:type="pct"/>
          </w:tcPr>
          <w:p w14:paraId="10AE6488" w14:textId="4A0E11D6" w:rsidR="000149C7" w:rsidRDefault="0039533C" w:rsidP="002351DC">
            <w:pPr>
              <w:spacing w:after="0"/>
              <w:rPr>
                <w:rFonts w:ascii="Arial" w:hAnsi="Arial" w:cs="Arial"/>
                <w:color w:val="auto"/>
                <w:szCs w:val="17"/>
              </w:rPr>
            </w:pPr>
            <w:r>
              <w:rPr>
                <w:rFonts w:ascii="Arial" w:hAnsi="Arial" w:cs="Arial"/>
                <w:noProof/>
                <w:color w:val="auto"/>
                <w:szCs w:val="17"/>
              </w:rPr>
              <w:drawing>
                <wp:inline distT="0" distB="0" distL="0" distR="0" wp14:anchorId="18CF161C" wp14:editId="454641D1">
                  <wp:extent cx="760343" cy="506895"/>
                  <wp:effectExtent l="0" t="0" r="1905" b="762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48.jpg"/>
                          <pic:cNvPicPr/>
                        </pic:nvPicPr>
                        <pic:blipFill>
                          <a:blip r:embed="rId51">
                            <a:extLst>
                              <a:ext uri="{28A0092B-C50C-407E-A947-70E740481C1C}">
                                <a14:useLocalDpi xmlns:a14="http://schemas.microsoft.com/office/drawing/2010/main" val="0"/>
                              </a:ext>
                            </a:extLst>
                          </a:blip>
                          <a:stretch>
                            <a:fillRect/>
                          </a:stretch>
                        </pic:blipFill>
                        <pic:spPr>
                          <a:xfrm>
                            <a:off x="0" y="0"/>
                            <a:ext cx="763513" cy="509008"/>
                          </a:xfrm>
                          <a:prstGeom prst="rect">
                            <a:avLst/>
                          </a:prstGeom>
                        </pic:spPr>
                      </pic:pic>
                    </a:graphicData>
                  </a:graphic>
                </wp:inline>
              </w:drawing>
            </w:r>
          </w:p>
        </w:tc>
      </w:tr>
      <w:tr w:rsidR="009D3325" w:rsidRPr="00B03582" w14:paraId="6ECEF5FB" w14:textId="0D53661D" w:rsidTr="00692D79">
        <w:tc>
          <w:tcPr>
            <w:tcW w:w="242" w:type="pct"/>
            <w:shd w:val="clear" w:color="auto" w:fill="FAFAFA"/>
            <w:tcMar>
              <w:top w:w="50" w:type="dxa"/>
              <w:left w:w="50" w:type="dxa"/>
              <w:bottom w:w="50" w:type="dxa"/>
              <w:right w:w="50" w:type="dxa"/>
            </w:tcMar>
          </w:tcPr>
          <w:p w14:paraId="673E9828" w14:textId="77777777" w:rsidR="000149C7" w:rsidRPr="001A766D" w:rsidRDefault="000149C7" w:rsidP="001A766D">
            <w:pPr>
              <w:pStyle w:val="ListParagraph"/>
              <w:numPr>
                <w:ilvl w:val="0"/>
                <w:numId w:val="10"/>
              </w:numPr>
              <w:spacing w:after="0"/>
              <w:jc w:val="center"/>
              <w:rPr>
                <w:rFonts w:ascii="Arial" w:hAnsi="Arial" w:cs="Arial"/>
                <w:color w:val="auto"/>
                <w:szCs w:val="17"/>
              </w:rPr>
            </w:pPr>
          </w:p>
        </w:tc>
        <w:tc>
          <w:tcPr>
            <w:tcW w:w="1565" w:type="pct"/>
            <w:shd w:val="clear" w:color="auto" w:fill="auto"/>
            <w:tcMar>
              <w:top w:w="50" w:type="dxa"/>
              <w:left w:w="50" w:type="dxa"/>
              <w:bottom w:w="50" w:type="dxa"/>
              <w:right w:w="50" w:type="dxa"/>
            </w:tcMar>
            <w:vAlign w:val="bottom"/>
          </w:tcPr>
          <w:p w14:paraId="6760122B" w14:textId="2B715DA4" w:rsidR="000149C7" w:rsidRDefault="000149C7" w:rsidP="002351DC">
            <w:pPr>
              <w:spacing w:after="0"/>
              <w:rPr>
                <w:rFonts w:ascii="Arial" w:hAnsi="Arial" w:cs="Arial"/>
                <w:color w:val="auto"/>
                <w:szCs w:val="17"/>
              </w:rPr>
            </w:pPr>
            <w:r>
              <w:rPr>
                <w:color w:val="000000"/>
                <w:sz w:val="20"/>
                <w:szCs w:val="20"/>
              </w:rPr>
              <w:t>Banana Plug</w:t>
            </w:r>
          </w:p>
        </w:tc>
        <w:tc>
          <w:tcPr>
            <w:tcW w:w="1808" w:type="pct"/>
            <w:shd w:val="clear" w:color="auto" w:fill="auto"/>
          </w:tcPr>
          <w:p w14:paraId="6BA5DB14" w14:textId="372213BA" w:rsidR="000149C7" w:rsidRDefault="000149C7" w:rsidP="002351DC">
            <w:pPr>
              <w:spacing w:after="0"/>
              <w:rPr>
                <w:rFonts w:ascii="Arial" w:hAnsi="Arial" w:cs="Arial"/>
                <w:color w:val="auto"/>
                <w:szCs w:val="17"/>
              </w:rPr>
            </w:pPr>
            <w:r>
              <w:rPr>
                <w:color w:val="000000"/>
                <w:sz w:val="20"/>
                <w:szCs w:val="20"/>
              </w:rPr>
              <w:t>2mm</w:t>
            </w:r>
          </w:p>
        </w:tc>
        <w:tc>
          <w:tcPr>
            <w:tcW w:w="496" w:type="pct"/>
            <w:shd w:val="clear" w:color="auto" w:fill="auto"/>
            <w:tcMar>
              <w:top w:w="50" w:type="dxa"/>
              <w:left w:w="50" w:type="dxa"/>
              <w:bottom w:w="50" w:type="dxa"/>
              <w:right w:w="50" w:type="dxa"/>
            </w:tcMar>
          </w:tcPr>
          <w:p w14:paraId="54D277D7" w14:textId="29937A66" w:rsidR="000149C7" w:rsidRDefault="000149C7" w:rsidP="002351DC">
            <w:pPr>
              <w:spacing w:after="0"/>
              <w:rPr>
                <w:rFonts w:ascii="Arial" w:hAnsi="Arial" w:cs="Arial"/>
                <w:color w:val="auto"/>
                <w:szCs w:val="17"/>
              </w:rPr>
            </w:pPr>
            <w:r>
              <w:rPr>
                <w:color w:val="000000"/>
                <w:sz w:val="20"/>
                <w:szCs w:val="20"/>
              </w:rPr>
              <w:t>61 Pieces</w:t>
            </w:r>
          </w:p>
        </w:tc>
        <w:tc>
          <w:tcPr>
            <w:tcW w:w="390" w:type="pct"/>
            <w:shd w:val="clear" w:color="auto" w:fill="auto"/>
            <w:tcMar>
              <w:top w:w="50" w:type="dxa"/>
              <w:left w:w="50" w:type="dxa"/>
              <w:bottom w:w="50" w:type="dxa"/>
              <w:right w:w="50" w:type="dxa"/>
            </w:tcMar>
          </w:tcPr>
          <w:p w14:paraId="294C4A66" w14:textId="79FE7EBB" w:rsidR="000149C7" w:rsidRPr="00B03582" w:rsidRDefault="000149C7" w:rsidP="002351DC">
            <w:pPr>
              <w:spacing w:after="0"/>
              <w:rPr>
                <w:rFonts w:ascii="Arial" w:hAnsi="Arial" w:cs="Arial"/>
                <w:color w:val="auto"/>
                <w:szCs w:val="17"/>
              </w:rPr>
            </w:pPr>
            <w:r w:rsidRPr="00545099">
              <w:rPr>
                <w:rFonts w:ascii="Arial" w:hAnsi="Arial" w:cs="Arial"/>
                <w:color w:val="auto"/>
                <w:szCs w:val="17"/>
              </w:rPr>
              <w:t>Nos</w:t>
            </w:r>
          </w:p>
        </w:tc>
        <w:tc>
          <w:tcPr>
            <w:tcW w:w="500" w:type="pct"/>
          </w:tcPr>
          <w:p w14:paraId="53811C8F" w14:textId="557C70A5" w:rsidR="000149C7" w:rsidRPr="00545099" w:rsidRDefault="009D3325" w:rsidP="002351DC">
            <w:pPr>
              <w:spacing w:after="0"/>
              <w:rPr>
                <w:rFonts w:ascii="Arial" w:hAnsi="Arial" w:cs="Arial"/>
                <w:color w:val="auto"/>
                <w:szCs w:val="17"/>
              </w:rPr>
            </w:pPr>
            <w:r>
              <w:rPr>
                <w:rFonts w:ascii="Arial" w:hAnsi="Arial" w:cs="Arial"/>
                <w:noProof/>
                <w:color w:val="auto"/>
                <w:szCs w:val="17"/>
              </w:rPr>
              <w:drawing>
                <wp:inline distT="0" distB="0" distL="0" distR="0" wp14:anchorId="21FA3D0A" wp14:editId="16856BFC">
                  <wp:extent cx="627306" cy="627306"/>
                  <wp:effectExtent l="0" t="0" r="1905"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49.jpeg"/>
                          <pic:cNvPicPr/>
                        </pic:nvPicPr>
                        <pic:blipFill>
                          <a:blip r:embed="rId52">
                            <a:extLst>
                              <a:ext uri="{28A0092B-C50C-407E-A947-70E740481C1C}">
                                <a14:useLocalDpi xmlns:a14="http://schemas.microsoft.com/office/drawing/2010/main" val="0"/>
                              </a:ext>
                            </a:extLst>
                          </a:blip>
                          <a:stretch>
                            <a:fillRect/>
                          </a:stretch>
                        </pic:blipFill>
                        <pic:spPr>
                          <a:xfrm>
                            <a:off x="0" y="0"/>
                            <a:ext cx="627306" cy="627306"/>
                          </a:xfrm>
                          <a:prstGeom prst="rect">
                            <a:avLst/>
                          </a:prstGeom>
                        </pic:spPr>
                      </pic:pic>
                    </a:graphicData>
                  </a:graphic>
                </wp:inline>
              </w:drawing>
            </w:r>
          </w:p>
        </w:tc>
      </w:tr>
      <w:tr w:rsidR="009D3325" w:rsidRPr="00B03582" w14:paraId="2CE4A053" w14:textId="1B31725E" w:rsidTr="00692D79">
        <w:tc>
          <w:tcPr>
            <w:tcW w:w="242" w:type="pct"/>
            <w:shd w:val="clear" w:color="auto" w:fill="FAFAFA"/>
            <w:tcMar>
              <w:top w:w="50" w:type="dxa"/>
              <w:left w:w="50" w:type="dxa"/>
              <w:bottom w:w="50" w:type="dxa"/>
              <w:right w:w="50" w:type="dxa"/>
            </w:tcMar>
          </w:tcPr>
          <w:p w14:paraId="35702DA5" w14:textId="77777777" w:rsidR="000149C7" w:rsidRPr="001A766D" w:rsidRDefault="000149C7" w:rsidP="001A766D">
            <w:pPr>
              <w:pStyle w:val="ListParagraph"/>
              <w:numPr>
                <w:ilvl w:val="0"/>
                <w:numId w:val="10"/>
              </w:numPr>
              <w:spacing w:after="0"/>
              <w:jc w:val="center"/>
              <w:rPr>
                <w:rFonts w:ascii="Arial" w:hAnsi="Arial" w:cs="Arial"/>
                <w:color w:val="auto"/>
                <w:szCs w:val="17"/>
              </w:rPr>
            </w:pPr>
          </w:p>
        </w:tc>
        <w:tc>
          <w:tcPr>
            <w:tcW w:w="1565" w:type="pct"/>
            <w:shd w:val="clear" w:color="auto" w:fill="auto"/>
            <w:tcMar>
              <w:top w:w="50" w:type="dxa"/>
              <w:left w:w="50" w:type="dxa"/>
              <w:bottom w:w="50" w:type="dxa"/>
              <w:right w:w="50" w:type="dxa"/>
            </w:tcMar>
            <w:vAlign w:val="bottom"/>
          </w:tcPr>
          <w:p w14:paraId="2B93F04E" w14:textId="0B87D5D0" w:rsidR="000149C7" w:rsidRDefault="000149C7" w:rsidP="002351DC">
            <w:pPr>
              <w:spacing w:after="0"/>
              <w:rPr>
                <w:rFonts w:ascii="Arial" w:hAnsi="Arial" w:cs="Arial"/>
                <w:color w:val="auto"/>
                <w:szCs w:val="17"/>
              </w:rPr>
            </w:pPr>
            <w:r>
              <w:rPr>
                <w:color w:val="000000"/>
                <w:sz w:val="20"/>
                <w:szCs w:val="20"/>
              </w:rPr>
              <w:t>Insulation Electronic Jumper Wire Cable</w:t>
            </w:r>
          </w:p>
        </w:tc>
        <w:tc>
          <w:tcPr>
            <w:tcW w:w="1808" w:type="pct"/>
            <w:shd w:val="clear" w:color="auto" w:fill="auto"/>
          </w:tcPr>
          <w:p w14:paraId="6576A03F" w14:textId="75224535" w:rsidR="000149C7" w:rsidRDefault="000149C7" w:rsidP="002351DC">
            <w:pPr>
              <w:spacing w:after="0"/>
              <w:rPr>
                <w:rFonts w:ascii="Arial" w:hAnsi="Arial" w:cs="Arial"/>
                <w:color w:val="auto"/>
                <w:szCs w:val="17"/>
              </w:rPr>
            </w:pPr>
            <w:r>
              <w:rPr>
                <w:color w:val="000000"/>
                <w:sz w:val="20"/>
                <w:szCs w:val="20"/>
              </w:rPr>
              <w:t>Black, blue ,Green &amp; Yellow</w:t>
            </w:r>
          </w:p>
        </w:tc>
        <w:tc>
          <w:tcPr>
            <w:tcW w:w="496" w:type="pct"/>
            <w:shd w:val="clear" w:color="auto" w:fill="auto"/>
            <w:tcMar>
              <w:top w:w="50" w:type="dxa"/>
              <w:left w:w="50" w:type="dxa"/>
              <w:bottom w:w="50" w:type="dxa"/>
              <w:right w:w="50" w:type="dxa"/>
            </w:tcMar>
          </w:tcPr>
          <w:p w14:paraId="12EE8EC5" w14:textId="2CB22DFA" w:rsidR="000149C7" w:rsidRDefault="000149C7" w:rsidP="002351DC">
            <w:pPr>
              <w:spacing w:after="0"/>
              <w:rPr>
                <w:rFonts w:ascii="Arial" w:hAnsi="Arial" w:cs="Arial"/>
                <w:color w:val="auto"/>
                <w:szCs w:val="17"/>
              </w:rPr>
            </w:pPr>
            <w:r>
              <w:rPr>
                <w:color w:val="000000"/>
                <w:sz w:val="20"/>
                <w:szCs w:val="20"/>
              </w:rPr>
              <w:t>6 Meter Each</w:t>
            </w:r>
          </w:p>
        </w:tc>
        <w:tc>
          <w:tcPr>
            <w:tcW w:w="390" w:type="pct"/>
            <w:shd w:val="clear" w:color="auto" w:fill="auto"/>
            <w:tcMar>
              <w:top w:w="50" w:type="dxa"/>
              <w:left w:w="50" w:type="dxa"/>
              <w:bottom w:w="50" w:type="dxa"/>
              <w:right w:w="50" w:type="dxa"/>
            </w:tcMar>
          </w:tcPr>
          <w:p w14:paraId="64E7D509" w14:textId="3D9A4DB3" w:rsidR="000149C7" w:rsidRPr="00B03582" w:rsidRDefault="000149C7" w:rsidP="002351DC">
            <w:pPr>
              <w:spacing w:after="0"/>
              <w:rPr>
                <w:rFonts w:ascii="Arial" w:hAnsi="Arial" w:cs="Arial"/>
                <w:color w:val="auto"/>
                <w:szCs w:val="17"/>
              </w:rPr>
            </w:pPr>
            <w:r>
              <w:rPr>
                <w:rFonts w:ascii="Arial" w:hAnsi="Arial" w:cs="Arial"/>
                <w:color w:val="auto"/>
                <w:szCs w:val="17"/>
              </w:rPr>
              <w:t>Meter</w:t>
            </w:r>
          </w:p>
        </w:tc>
        <w:tc>
          <w:tcPr>
            <w:tcW w:w="500" w:type="pct"/>
          </w:tcPr>
          <w:p w14:paraId="52FD4083" w14:textId="1C1BA29D" w:rsidR="000149C7" w:rsidRDefault="009D3325" w:rsidP="002351DC">
            <w:pPr>
              <w:spacing w:after="0"/>
              <w:rPr>
                <w:rFonts w:ascii="Arial" w:hAnsi="Arial" w:cs="Arial"/>
                <w:color w:val="auto"/>
                <w:szCs w:val="17"/>
              </w:rPr>
            </w:pPr>
            <w:r>
              <w:rPr>
                <w:rFonts w:ascii="Arial" w:hAnsi="Arial" w:cs="Arial"/>
                <w:noProof/>
                <w:color w:val="auto"/>
                <w:szCs w:val="17"/>
              </w:rPr>
              <w:drawing>
                <wp:inline distT="0" distB="0" distL="0" distR="0" wp14:anchorId="6B3A2405" wp14:editId="7AD345EF">
                  <wp:extent cx="603504" cy="603504"/>
                  <wp:effectExtent l="0" t="0" r="6350" b="635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50.jpg"/>
                          <pic:cNvPicPr/>
                        </pic:nvPicPr>
                        <pic:blipFill>
                          <a:blip r:embed="rId53">
                            <a:extLst>
                              <a:ext uri="{28A0092B-C50C-407E-A947-70E740481C1C}">
                                <a14:useLocalDpi xmlns:a14="http://schemas.microsoft.com/office/drawing/2010/main" val="0"/>
                              </a:ext>
                            </a:extLst>
                          </a:blip>
                          <a:stretch>
                            <a:fillRect/>
                          </a:stretch>
                        </pic:blipFill>
                        <pic:spPr>
                          <a:xfrm>
                            <a:off x="0" y="0"/>
                            <a:ext cx="603504" cy="603504"/>
                          </a:xfrm>
                          <a:prstGeom prst="rect">
                            <a:avLst/>
                          </a:prstGeom>
                        </pic:spPr>
                      </pic:pic>
                    </a:graphicData>
                  </a:graphic>
                </wp:inline>
              </w:drawing>
            </w:r>
          </w:p>
        </w:tc>
      </w:tr>
      <w:tr w:rsidR="009D3325" w:rsidRPr="00B03582" w14:paraId="34F2F1A3" w14:textId="58A0BC8D" w:rsidTr="00692D79">
        <w:tc>
          <w:tcPr>
            <w:tcW w:w="242" w:type="pct"/>
            <w:shd w:val="clear" w:color="auto" w:fill="FAFAFA"/>
            <w:tcMar>
              <w:top w:w="50" w:type="dxa"/>
              <w:left w:w="50" w:type="dxa"/>
              <w:bottom w:w="50" w:type="dxa"/>
              <w:right w:w="50" w:type="dxa"/>
            </w:tcMar>
          </w:tcPr>
          <w:p w14:paraId="0FFDD5EC" w14:textId="77777777" w:rsidR="000149C7" w:rsidRPr="001A766D" w:rsidRDefault="000149C7" w:rsidP="001A766D">
            <w:pPr>
              <w:pStyle w:val="ListParagraph"/>
              <w:numPr>
                <w:ilvl w:val="0"/>
                <w:numId w:val="10"/>
              </w:numPr>
              <w:spacing w:after="0"/>
              <w:jc w:val="center"/>
              <w:rPr>
                <w:rFonts w:ascii="Arial" w:hAnsi="Arial" w:cs="Arial"/>
                <w:color w:val="auto"/>
                <w:szCs w:val="17"/>
              </w:rPr>
            </w:pPr>
          </w:p>
        </w:tc>
        <w:tc>
          <w:tcPr>
            <w:tcW w:w="1565" w:type="pct"/>
            <w:shd w:val="clear" w:color="auto" w:fill="auto"/>
            <w:tcMar>
              <w:top w:w="50" w:type="dxa"/>
              <w:left w:w="50" w:type="dxa"/>
              <w:bottom w:w="50" w:type="dxa"/>
              <w:right w:w="50" w:type="dxa"/>
            </w:tcMar>
            <w:vAlign w:val="bottom"/>
          </w:tcPr>
          <w:p w14:paraId="18046D1E" w14:textId="1A506F5F" w:rsidR="000149C7" w:rsidRDefault="000149C7" w:rsidP="002351DC">
            <w:pPr>
              <w:spacing w:after="0"/>
              <w:rPr>
                <w:rFonts w:ascii="Arial" w:hAnsi="Arial" w:cs="Arial"/>
                <w:color w:val="auto"/>
                <w:szCs w:val="17"/>
              </w:rPr>
            </w:pPr>
            <w:r>
              <w:rPr>
                <w:color w:val="000000"/>
                <w:sz w:val="20"/>
                <w:szCs w:val="20"/>
              </w:rPr>
              <w:t>Power Plus Battery</w:t>
            </w:r>
          </w:p>
        </w:tc>
        <w:tc>
          <w:tcPr>
            <w:tcW w:w="1808" w:type="pct"/>
            <w:shd w:val="clear" w:color="auto" w:fill="auto"/>
          </w:tcPr>
          <w:p w14:paraId="7CDADC14" w14:textId="36EF1337" w:rsidR="000149C7" w:rsidRDefault="000149C7" w:rsidP="002351DC">
            <w:pPr>
              <w:spacing w:after="0"/>
              <w:rPr>
                <w:rFonts w:ascii="Arial" w:hAnsi="Arial" w:cs="Arial"/>
                <w:color w:val="auto"/>
                <w:szCs w:val="17"/>
              </w:rPr>
            </w:pPr>
            <w:r>
              <w:rPr>
                <w:color w:val="000000"/>
                <w:sz w:val="20"/>
                <w:szCs w:val="20"/>
              </w:rPr>
              <w:t xml:space="preserve">9V </w:t>
            </w:r>
          </w:p>
        </w:tc>
        <w:tc>
          <w:tcPr>
            <w:tcW w:w="496" w:type="pct"/>
            <w:shd w:val="clear" w:color="auto" w:fill="auto"/>
            <w:tcMar>
              <w:top w:w="50" w:type="dxa"/>
              <w:left w:w="50" w:type="dxa"/>
              <w:bottom w:w="50" w:type="dxa"/>
              <w:right w:w="50" w:type="dxa"/>
            </w:tcMar>
          </w:tcPr>
          <w:p w14:paraId="7339F6B4" w14:textId="29D330EC" w:rsidR="000149C7" w:rsidRDefault="000149C7" w:rsidP="002351DC">
            <w:pPr>
              <w:spacing w:after="0"/>
              <w:rPr>
                <w:rFonts w:ascii="Arial" w:hAnsi="Arial" w:cs="Arial"/>
                <w:color w:val="auto"/>
                <w:szCs w:val="17"/>
              </w:rPr>
            </w:pPr>
            <w:r>
              <w:rPr>
                <w:color w:val="000000"/>
                <w:sz w:val="20"/>
                <w:szCs w:val="20"/>
              </w:rPr>
              <w:t>12 Pieces</w:t>
            </w:r>
          </w:p>
        </w:tc>
        <w:tc>
          <w:tcPr>
            <w:tcW w:w="390" w:type="pct"/>
            <w:shd w:val="clear" w:color="auto" w:fill="auto"/>
            <w:tcMar>
              <w:top w:w="50" w:type="dxa"/>
              <w:left w:w="50" w:type="dxa"/>
              <w:bottom w:w="50" w:type="dxa"/>
              <w:right w:w="50" w:type="dxa"/>
            </w:tcMar>
          </w:tcPr>
          <w:p w14:paraId="11BA58F2" w14:textId="63A3B214" w:rsidR="000149C7" w:rsidRPr="00B03582" w:rsidRDefault="000149C7" w:rsidP="002351DC">
            <w:pPr>
              <w:spacing w:after="0"/>
              <w:rPr>
                <w:rFonts w:ascii="Arial" w:hAnsi="Arial" w:cs="Arial"/>
                <w:color w:val="auto"/>
                <w:szCs w:val="17"/>
              </w:rPr>
            </w:pPr>
            <w:r w:rsidRPr="00545099">
              <w:rPr>
                <w:rFonts w:ascii="Arial" w:hAnsi="Arial" w:cs="Arial"/>
                <w:color w:val="auto"/>
                <w:szCs w:val="17"/>
              </w:rPr>
              <w:t>Nos</w:t>
            </w:r>
          </w:p>
        </w:tc>
        <w:tc>
          <w:tcPr>
            <w:tcW w:w="500" w:type="pct"/>
          </w:tcPr>
          <w:p w14:paraId="296E5AB2" w14:textId="20B5EBE0" w:rsidR="000149C7" w:rsidRPr="00545099" w:rsidRDefault="009D3325" w:rsidP="002351DC">
            <w:pPr>
              <w:spacing w:after="0"/>
              <w:rPr>
                <w:rFonts w:ascii="Arial" w:hAnsi="Arial" w:cs="Arial"/>
                <w:color w:val="auto"/>
                <w:szCs w:val="17"/>
              </w:rPr>
            </w:pPr>
            <w:r>
              <w:rPr>
                <w:rFonts w:ascii="Arial" w:hAnsi="Arial" w:cs="Arial"/>
                <w:noProof/>
                <w:color w:val="auto"/>
                <w:szCs w:val="17"/>
              </w:rPr>
              <w:drawing>
                <wp:inline distT="0" distB="0" distL="0" distR="0" wp14:anchorId="7E26C4BE" wp14:editId="5882AEAE">
                  <wp:extent cx="603250" cy="603250"/>
                  <wp:effectExtent l="0" t="0" r="6350" b="635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51.jpeg"/>
                          <pic:cNvPicPr/>
                        </pic:nvPicPr>
                        <pic:blipFill>
                          <a:blip r:embed="rId54">
                            <a:extLst>
                              <a:ext uri="{28A0092B-C50C-407E-A947-70E740481C1C}">
                                <a14:useLocalDpi xmlns:a14="http://schemas.microsoft.com/office/drawing/2010/main" val="0"/>
                              </a:ext>
                            </a:extLst>
                          </a:blip>
                          <a:stretch>
                            <a:fillRect/>
                          </a:stretch>
                        </pic:blipFill>
                        <pic:spPr>
                          <a:xfrm>
                            <a:off x="0" y="0"/>
                            <a:ext cx="606658" cy="606658"/>
                          </a:xfrm>
                          <a:prstGeom prst="rect">
                            <a:avLst/>
                          </a:prstGeom>
                        </pic:spPr>
                      </pic:pic>
                    </a:graphicData>
                  </a:graphic>
                </wp:inline>
              </w:drawing>
            </w:r>
          </w:p>
        </w:tc>
      </w:tr>
      <w:tr w:rsidR="009D3325" w:rsidRPr="00B03582" w14:paraId="11501018" w14:textId="099A209B" w:rsidTr="00692D79">
        <w:tc>
          <w:tcPr>
            <w:tcW w:w="242" w:type="pct"/>
            <w:shd w:val="clear" w:color="auto" w:fill="FAFAFA"/>
            <w:tcMar>
              <w:top w:w="50" w:type="dxa"/>
              <w:left w:w="50" w:type="dxa"/>
              <w:bottom w:w="50" w:type="dxa"/>
              <w:right w:w="50" w:type="dxa"/>
            </w:tcMar>
          </w:tcPr>
          <w:p w14:paraId="50E87143" w14:textId="77777777" w:rsidR="000149C7" w:rsidRPr="001A766D" w:rsidRDefault="000149C7" w:rsidP="001A766D">
            <w:pPr>
              <w:pStyle w:val="ListParagraph"/>
              <w:numPr>
                <w:ilvl w:val="0"/>
                <w:numId w:val="10"/>
              </w:numPr>
              <w:spacing w:after="0"/>
              <w:jc w:val="center"/>
              <w:rPr>
                <w:rFonts w:ascii="Arial" w:hAnsi="Arial" w:cs="Arial"/>
                <w:color w:val="auto"/>
                <w:szCs w:val="17"/>
              </w:rPr>
            </w:pPr>
          </w:p>
        </w:tc>
        <w:tc>
          <w:tcPr>
            <w:tcW w:w="1565" w:type="pct"/>
            <w:shd w:val="clear" w:color="auto" w:fill="auto"/>
            <w:tcMar>
              <w:top w:w="50" w:type="dxa"/>
              <w:left w:w="50" w:type="dxa"/>
              <w:bottom w:w="50" w:type="dxa"/>
              <w:right w:w="50" w:type="dxa"/>
            </w:tcMar>
            <w:vAlign w:val="bottom"/>
          </w:tcPr>
          <w:p w14:paraId="004DEF16" w14:textId="2F651D3D" w:rsidR="000149C7" w:rsidRDefault="000149C7" w:rsidP="002351DC">
            <w:pPr>
              <w:spacing w:after="0"/>
              <w:rPr>
                <w:rFonts w:ascii="Arial" w:hAnsi="Arial" w:cs="Arial"/>
                <w:color w:val="auto"/>
                <w:szCs w:val="17"/>
              </w:rPr>
            </w:pPr>
            <w:r>
              <w:rPr>
                <w:color w:val="000000"/>
                <w:sz w:val="20"/>
                <w:szCs w:val="20"/>
              </w:rPr>
              <w:t>Acrylic sheet</w:t>
            </w:r>
          </w:p>
        </w:tc>
        <w:tc>
          <w:tcPr>
            <w:tcW w:w="1808" w:type="pct"/>
            <w:shd w:val="clear" w:color="auto" w:fill="auto"/>
            <w:vAlign w:val="bottom"/>
          </w:tcPr>
          <w:p w14:paraId="48D9C701" w14:textId="551F7457" w:rsidR="000149C7" w:rsidRDefault="000149C7" w:rsidP="002351DC">
            <w:pPr>
              <w:spacing w:after="0"/>
              <w:rPr>
                <w:rFonts w:ascii="Arial" w:hAnsi="Arial" w:cs="Arial"/>
                <w:color w:val="auto"/>
                <w:szCs w:val="17"/>
              </w:rPr>
            </w:pPr>
            <w:r>
              <w:rPr>
                <w:color w:val="000000"/>
                <w:sz w:val="20"/>
                <w:szCs w:val="20"/>
              </w:rPr>
              <w:t>4 feet x 6 Feet (</w:t>
            </w:r>
            <w:proofErr w:type="spellStart"/>
            <w:r>
              <w:rPr>
                <w:color w:val="000000"/>
                <w:sz w:val="20"/>
                <w:szCs w:val="20"/>
              </w:rPr>
              <w:t>Thicknes</w:t>
            </w:r>
            <w:proofErr w:type="spellEnd"/>
            <w:r>
              <w:rPr>
                <w:color w:val="000000"/>
                <w:sz w:val="20"/>
                <w:szCs w:val="20"/>
              </w:rPr>
              <w:t xml:space="preserve"> =5mm)</w:t>
            </w:r>
          </w:p>
        </w:tc>
        <w:tc>
          <w:tcPr>
            <w:tcW w:w="496" w:type="pct"/>
            <w:shd w:val="clear" w:color="auto" w:fill="auto"/>
            <w:tcMar>
              <w:top w:w="50" w:type="dxa"/>
              <w:left w:w="50" w:type="dxa"/>
              <w:bottom w:w="50" w:type="dxa"/>
              <w:right w:w="50" w:type="dxa"/>
            </w:tcMar>
            <w:vAlign w:val="bottom"/>
          </w:tcPr>
          <w:p w14:paraId="65B44B0D" w14:textId="4598A887" w:rsidR="000149C7" w:rsidRDefault="000149C7" w:rsidP="002351DC">
            <w:pPr>
              <w:spacing w:after="0"/>
              <w:rPr>
                <w:rFonts w:ascii="Arial" w:hAnsi="Arial" w:cs="Arial"/>
                <w:color w:val="auto"/>
                <w:szCs w:val="17"/>
              </w:rPr>
            </w:pPr>
            <w:r>
              <w:rPr>
                <w:color w:val="000000"/>
                <w:sz w:val="20"/>
                <w:szCs w:val="20"/>
              </w:rPr>
              <w:t>1</w:t>
            </w:r>
          </w:p>
        </w:tc>
        <w:tc>
          <w:tcPr>
            <w:tcW w:w="390" w:type="pct"/>
            <w:shd w:val="clear" w:color="auto" w:fill="auto"/>
            <w:tcMar>
              <w:top w:w="50" w:type="dxa"/>
              <w:left w:w="50" w:type="dxa"/>
              <w:bottom w:w="50" w:type="dxa"/>
              <w:right w:w="50" w:type="dxa"/>
            </w:tcMar>
            <w:vAlign w:val="bottom"/>
          </w:tcPr>
          <w:p w14:paraId="50B02A35" w14:textId="19F3923E" w:rsidR="000149C7" w:rsidRPr="00B03582" w:rsidRDefault="000149C7" w:rsidP="002351DC">
            <w:pPr>
              <w:spacing w:after="0"/>
              <w:rPr>
                <w:rFonts w:ascii="Arial" w:hAnsi="Arial" w:cs="Arial"/>
                <w:color w:val="auto"/>
                <w:szCs w:val="17"/>
              </w:rPr>
            </w:pPr>
            <w:r w:rsidRPr="00545099">
              <w:rPr>
                <w:rFonts w:ascii="Arial" w:hAnsi="Arial" w:cs="Arial"/>
                <w:color w:val="auto"/>
                <w:szCs w:val="17"/>
              </w:rPr>
              <w:t>Nos</w:t>
            </w:r>
          </w:p>
        </w:tc>
        <w:tc>
          <w:tcPr>
            <w:tcW w:w="500" w:type="pct"/>
          </w:tcPr>
          <w:p w14:paraId="78E187C9" w14:textId="74ADC850" w:rsidR="000149C7" w:rsidRPr="00545099" w:rsidRDefault="009D3325" w:rsidP="002351DC">
            <w:pPr>
              <w:spacing w:after="0"/>
              <w:rPr>
                <w:rFonts w:ascii="Arial" w:hAnsi="Arial" w:cs="Arial"/>
                <w:color w:val="auto"/>
                <w:szCs w:val="17"/>
              </w:rPr>
            </w:pPr>
            <w:r>
              <w:rPr>
                <w:rFonts w:ascii="Arial" w:hAnsi="Arial" w:cs="Arial"/>
                <w:noProof/>
                <w:color w:val="auto"/>
                <w:szCs w:val="17"/>
              </w:rPr>
              <w:drawing>
                <wp:inline distT="0" distB="0" distL="0" distR="0" wp14:anchorId="49EAA2F1" wp14:editId="0A473772">
                  <wp:extent cx="544140" cy="544140"/>
                  <wp:effectExtent l="0" t="0" r="8890" b="889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52.jpg"/>
                          <pic:cNvPicPr/>
                        </pic:nvPicPr>
                        <pic:blipFill>
                          <a:blip r:embed="rId55">
                            <a:extLst>
                              <a:ext uri="{28A0092B-C50C-407E-A947-70E740481C1C}">
                                <a14:useLocalDpi xmlns:a14="http://schemas.microsoft.com/office/drawing/2010/main" val="0"/>
                              </a:ext>
                            </a:extLst>
                          </a:blip>
                          <a:stretch>
                            <a:fillRect/>
                          </a:stretch>
                        </pic:blipFill>
                        <pic:spPr>
                          <a:xfrm>
                            <a:off x="0" y="0"/>
                            <a:ext cx="546754" cy="546754"/>
                          </a:xfrm>
                          <a:prstGeom prst="rect">
                            <a:avLst/>
                          </a:prstGeom>
                        </pic:spPr>
                      </pic:pic>
                    </a:graphicData>
                  </a:graphic>
                </wp:inline>
              </w:drawing>
            </w:r>
          </w:p>
        </w:tc>
      </w:tr>
      <w:tr w:rsidR="009D3325" w:rsidRPr="00B03582" w14:paraId="2AAEF36A" w14:textId="7F233409" w:rsidTr="00692D79">
        <w:tc>
          <w:tcPr>
            <w:tcW w:w="242" w:type="pct"/>
            <w:shd w:val="clear" w:color="auto" w:fill="FAFAFA"/>
            <w:tcMar>
              <w:top w:w="50" w:type="dxa"/>
              <w:left w:w="50" w:type="dxa"/>
              <w:bottom w:w="50" w:type="dxa"/>
              <w:right w:w="50" w:type="dxa"/>
            </w:tcMar>
          </w:tcPr>
          <w:p w14:paraId="10B98F13" w14:textId="77777777" w:rsidR="000149C7" w:rsidRPr="001A766D" w:rsidRDefault="000149C7" w:rsidP="001A766D">
            <w:pPr>
              <w:pStyle w:val="ListParagraph"/>
              <w:numPr>
                <w:ilvl w:val="0"/>
                <w:numId w:val="10"/>
              </w:numPr>
              <w:spacing w:after="0"/>
              <w:jc w:val="center"/>
              <w:rPr>
                <w:rFonts w:ascii="Arial" w:hAnsi="Arial" w:cs="Arial"/>
                <w:color w:val="auto"/>
                <w:szCs w:val="17"/>
              </w:rPr>
            </w:pPr>
          </w:p>
        </w:tc>
        <w:tc>
          <w:tcPr>
            <w:tcW w:w="1565" w:type="pct"/>
            <w:shd w:val="clear" w:color="auto" w:fill="auto"/>
            <w:tcMar>
              <w:top w:w="50" w:type="dxa"/>
              <w:left w:w="50" w:type="dxa"/>
              <w:bottom w:w="50" w:type="dxa"/>
              <w:right w:w="50" w:type="dxa"/>
            </w:tcMar>
            <w:vAlign w:val="bottom"/>
          </w:tcPr>
          <w:p w14:paraId="39B29362" w14:textId="3108DC1D" w:rsidR="000149C7" w:rsidRDefault="000149C7" w:rsidP="002351DC">
            <w:pPr>
              <w:spacing w:after="0"/>
              <w:rPr>
                <w:rFonts w:ascii="Arial" w:hAnsi="Arial" w:cs="Arial"/>
                <w:color w:val="auto"/>
                <w:szCs w:val="17"/>
              </w:rPr>
            </w:pPr>
            <w:r>
              <w:rPr>
                <w:color w:val="000000"/>
                <w:sz w:val="20"/>
                <w:szCs w:val="20"/>
              </w:rPr>
              <w:t>Teflon rods</w:t>
            </w:r>
          </w:p>
        </w:tc>
        <w:tc>
          <w:tcPr>
            <w:tcW w:w="1808" w:type="pct"/>
            <w:shd w:val="clear" w:color="auto" w:fill="auto"/>
            <w:vAlign w:val="bottom"/>
          </w:tcPr>
          <w:p w14:paraId="12CCFB62" w14:textId="3BF10AD2" w:rsidR="000149C7" w:rsidRDefault="000149C7" w:rsidP="002351DC">
            <w:pPr>
              <w:spacing w:after="0"/>
              <w:rPr>
                <w:rFonts w:ascii="Arial" w:hAnsi="Arial" w:cs="Arial"/>
                <w:color w:val="auto"/>
                <w:szCs w:val="17"/>
              </w:rPr>
            </w:pPr>
            <w:r>
              <w:rPr>
                <w:color w:val="000000"/>
                <w:sz w:val="20"/>
                <w:szCs w:val="20"/>
              </w:rPr>
              <w:t>Diameter =1.5 inches Length 5 Feet</w:t>
            </w:r>
          </w:p>
        </w:tc>
        <w:tc>
          <w:tcPr>
            <w:tcW w:w="496" w:type="pct"/>
            <w:shd w:val="clear" w:color="auto" w:fill="auto"/>
            <w:tcMar>
              <w:top w:w="50" w:type="dxa"/>
              <w:left w:w="50" w:type="dxa"/>
              <w:bottom w:w="50" w:type="dxa"/>
              <w:right w:w="50" w:type="dxa"/>
            </w:tcMar>
            <w:vAlign w:val="bottom"/>
          </w:tcPr>
          <w:p w14:paraId="5CD49DD7" w14:textId="0FE97D75" w:rsidR="000149C7" w:rsidRDefault="000149C7" w:rsidP="002351DC">
            <w:pPr>
              <w:spacing w:after="0"/>
              <w:rPr>
                <w:rFonts w:ascii="Arial" w:hAnsi="Arial" w:cs="Arial"/>
                <w:color w:val="auto"/>
                <w:szCs w:val="17"/>
              </w:rPr>
            </w:pPr>
            <w:r>
              <w:rPr>
                <w:color w:val="000000"/>
                <w:sz w:val="20"/>
                <w:szCs w:val="20"/>
              </w:rPr>
              <w:t>3</w:t>
            </w:r>
          </w:p>
        </w:tc>
        <w:tc>
          <w:tcPr>
            <w:tcW w:w="390" w:type="pct"/>
            <w:shd w:val="clear" w:color="auto" w:fill="auto"/>
            <w:tcMar>
              <w:top w:w="50" w:type="dxa"/>
              <w:left w:w="50" w:type="dxa"/>
              <w:bottom w:w="50" w:type="dxa"/>
              <w:right w:w="50" w:type="dxa"/>
            </w:tcMar>
            <w:vAlign w:val="bottom"/>
          </w:tcPr>
          <w:p w14:paraId="63B826A2" w14:textId="303E1A5C" w:rsidR="000149C7" w:rsidRPr="00B03582" w:rsidRDefault="000149C7" w:rsidP="002351DC">
            <w:pPr>
              <w:spacing w:after="0"/>
              <w:rPr>
                <w:rFonts w:ascii="Arial" w:hAnsi="Arial" w:cs="Arial"/>
                <w:color w:val="auto"/>
                <w:szCs w:val="17"/>
              </w:rPr>
            </w:pPr>
            <w:r w:rsidRPr="00545099">
              <w:rPr>
                <w:rFonts w:ascii="Arial" w:hAnsi="Arial" w:cs="Arial"/>
                <w:color w:val="auto"/>
                <w:szCs w:val="17"/>
              </w:rPr>
              <w:t>Nos</w:t>
            </w:r>
          </w:p>
        </w:tc>
        <w:tc>
          <w:tcPr>
            <w:tcW w:w="500" w:type="pct"/>
          </w:tcPr>
          <w:p w14:paraId="04902D97" w14:textId="17B78A69" w:rsidR="000149C7" w:rsidRPr="00545099" w:rsidRDefault="009D3325" w:rsidP="002351DC">
            <w:pPr>
              <w:spacing w:after="0"/>
              <w:rPr>
                <w:rFonts w:ascii="Arial" w:hAnsi="Arial" w:cs="Arial"/>
                <w:color w:val="auto"/>
                <w:szCs w:val="17"/>
              </w:rPr>
            </w:pPr>
            <w:r>
              <w:rPr>
                <w:rFonts w:ascii="Arial" w:hAnsi="Arial" w:cs="Arial"/>
                <w:noProof/>
                <w:color w:val="auto"/>
                <w:szCs w:val="17"/>
              </w:rPr>
              <w:drawing>
                <wp:inline distT="0" distB="0" distL="0" distR="0" wp14:anchorId="7745A446" wp14:editId="6452A62A">
                  <wp:extent cx="626110" cy="626110"/>
                  <wp:effectExtent l="0" t="0" r="2540" b="254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53.jpg"/>
                          <pic:cNvPicPr/>
                        </pic:nvPicPr>
                        <pic:blipFill>
                          <a:blip r:embed="rId56">
                            <a:extLst>
                              <a:ext uri="{28A0092B-C50C-407E-A947-70E740481C1C}">
                                <a14:useLocalDpi xmlns:a14="http://schemas.microsoft.com/office/drawing/2010/main" val="0"/>
                              </a:ext>
                            </a:extLst>
                          </a:blip>
                          <a:stretch>
                            <a:fillRect/>
                          </a:stretch>
                        </pic:blipFill>
                        <pic:spPr>
                          <a:xfrm>
                            <a:off x="0" y="0"/>
                            <a:ext cx="629734" cy="629734"/>
                          </a:xfrm>
                          <a:prstGeom prst="rect">
                            <a:avLst/>
                          </a:prstGeom>
                        </pic:spPr>
                      </pic:pic>
                    </a:graphicData>
                  </a:graphic>
                </wp:inline>
              </w:drawing>
            </w:r>
          </w:p>
        </w:tc>
      </w:tr>
      <w:tr w:rsidR="009D3325" w:rsidRPr="00B03582" w14:paraId="2F780751" w14:textId="2A31B81F" w:rsidTr="00692D79">
        <w:tc>
          <w:tcPr>
            <w:tcW w:w="242" w:type="pct"/>
            <w:shd w:val="clear" w:color="auto" w:fill="FAFAFA"/>
            <w:tcMar>
              <w:top w:w="50" w:type="dxa"/>
              <w:left w:w="50" w:type="dxa"/>
              <w:bottom w:w="50" w:type="dxa"/>
              <w:right w:w="50" w:type="dxa"/>
            </w:tcMar>
          </w:tcPr>
          <w:p w14:paraId="01A7237E" w14:textId="77777777" w:rsidR="000149C7" w:rsidRPr="001A766D" w:rsidRDefault="000149C7" w:rsidP="001A766D">
            <w:pPr>
              <w:pStyle w:val="ListParagraph"/>
              <w:numPr>
                <w:ilvl w:val="0"/>
                <w:numId w:val="10"/>
              </w:numPr>
              <w:spacing w:after="0"/>
              <w:jc w:val="center"/>
              <w:rPr>
                <w:rFonts w:ascii="Arial" w:hAnsi="Arial" w:cs="Arial"/>
                <w:color w:val="auto"/>
                <w:szCs w:val="17"/>
              </w:rPr>
            </w:pPr>
          </w:p>
        </w:tc>
        <w:tc>
          <w:tcPr>
            <w:tcW w:w="1565" w:type="pct"/>
            <w:shd w:val="clear" w:color="auto" w:fill="auto"/>
            <w:tcMar>
              <w:top w:w="50" w:type="dxa"/>
              <w:left w:w="50" w:type="dxa"/>
              <w:bottom w:w="50" w:type="dxa"/>
              <w:right w:w="50" w:type="dxa"/>
            </w:tcMar>
            <w:vAlign w:val="bottom"/>
          </w:tcPr>
          <w:p w14:paraId="04094177" w14:textId="0DF00E8E" w:rsidR="000149C7" w:rsidRDefault="000149C7" w:rsidP="002351DC">
            <w:pPr>
              <w:spacing w:after="0"/>
              <w:rPr>
                <w:rFonts w:ascii="Arial" w:hAnsi="Arial" w:cs="Arial"/>
                <w:color w:val="auto"/>
                <w:szCs w:val="17"/>
              </w:rPr>
            </w:pPr>
            <w:r>
              <w:rPr>
                <w:color w:val="000000"/>
                <w:sz w:val="20"/>
                <w:szCs w:val="20"/>
              </w:rPr>
              <w:t xml:space="preserve">PLA </w:t>
            </w:r>
            <w:proofErr w:type="spellStart"/>
            <w:r>
              <w:rPr>
                <w:color w:val="000000"/>
                <w:sz w:val="20"/>
                <w:szCs w:val="20"/>
              </w:rPr>
              <w:t>Falament</w:t>
            </w:r>
            <w:proofErr w:type="spellEnd"/>
            <w:r>
              <w:rPr>
                <w:color w:val="000000"/>
                <w:sz w:val="20"/>
                <w:szCs w:val="20"/>
              </w:rPr>
              <w:t xml:space="preserve"> For 3d printer</w:t>
            </w:r>
          </w:p>
        </w:tc>
        <w:tc>
          <w:tcPr>
            <w:tcW w:w="1808" w:type="pct"/>
            <w:shd w:val="clear" w:color="auto" w:fill="auto"/>
            <w:vAlign w:val="bottom"/>
          </w:tcPr>
          <w:p w14:paraId="7221178B" w14:textId="4D6B27C4" w:rsidR="000149C7" w:rsidRDefault="000149C7" w:rsidP="002351DC">
            <w:pPr>
              <w:spacing w:after="0"/>
              <w:rPr>
                <w:rFonts w:ascii="Arial" w:hAnsi="Arial" w:cs="Arial"/>
                <w:color w:val="auto"/>
                <w:szCs w:val="17"/>
              </w:rPr>
            </w:pPr>
            <w:r>
              <w:rPr>
                <w:color w:val="000000"/>
                <w:sz w:val="20"/>
                <w:szCs w:val="20"/>
              </w:rPr>
              <w:t>Diameter=1.75mm</w:t>
            </w:r>
          </w:p>
        </w:tc>
        <w:tc>
          <w:tcPr>
            <w:tcW w:w="496" w:type="pct"/>
            <w:shd w:val="clear" w:color="auto" w:fill="auto"/>
            <w:tcMar>
              <w:top w:w="50" w:type="dxa"/>
              <w:left w:w="50" w:type="dxa"/>
              <w:bottom w:w="50" w:type="dxa"/>
              <w:right w:w="50" w:type="dxa"/>
            </w:tcMar>
            <w:vAlign w:val="bottom"/>
          </w:tcPr>
          <w:p w14:paraId="7A91265D" w14:textId="3685E169" w:rsidR="000149C7" w:rsidRDefault="000149C7" w:rsidP="002351DC">
            <w:pPr>
              <w:spacing w:after="0"/>
              <w:rPr>
                <w:rFonts w:ascii="Arial" w:hAnsi="Arial" w:cs="Arial"/>
                <w:color w:val="auto"/>
                <w:szCs w:val="17"/>
              </w:rPr>
            </w:pPr>
            <w:r>
              <w:rPr>
                <w:color w:val="000000"/>
                <w:sz w:val="20"/>
                <w:szCs w:val="20"/>
              </w:rPr>
              <w:t>1 kg Roll</w:t>
            </w:r>
          </w:p>
        </w:tc>
        <w:tc>
          <w:tcPr>
            <w:tcW w:w="390" w:type="pct"/>
            <w:shd w:val="clear" w:color="auto" w:fill="auto"/>
            <w:tcMar>
              <w:top w:w="50" w:type="dxa"/>
              <w:left w:w="50" w:type="dxa"/>
              <w:bottom w:w="50" w:type="dxa"/>
              <w:right w:w="50" w:type="dxa"/>
            </w:tcMar>
            <w:vAlign w:val="bottom"/>
          </w:tcPr>
          <w:p w14:paraId="2D79A9E8" w14:textId="5985F9FC" w:rsidR="000149C7" w:rsidRPr="00B03582" w:rsidRDefault="000149C7" w:rsidP="002351DC">
            <w:pPr>
              <w:spacing w:after="0"/>
              <w:rPr>
                <w:rFonts w:ascii="Arial" w:hAnsi="Arial" w:cs="Arial"/>
                <w:color w:val="auto"/>
                <w:szCs w:val="17"/>
              </w:rPr>
            </w:pPr>
            <w:r>
              <w:rPr>
                <w:rFonts w:ascii="Arial" w:hAnsi="Arial" w:cs="Arial"/>
                <w:color w:val="auto"/>
                <w:szCs w:val="17"/>
              </w:rPr>
              <w:t>KG</w:t>
            </w:r>
          </w:p>
        </w:tc>
        <w:tc>
          <w:tcPr>
            <w:tcW w:w="500" w:type="pct"/>
          </w:tcPr>
          <w:p w14:paraId="507154ED" w14:textId="6D79664B" w:rsidR="000149C7" w:rsidRDefault="009D3325" w:rsidP="002351DC">
            <w:pPr>
              <w:spacing w:after="0"/>
              <w:rPr>
                <w:rFonts w:ascii="Arial" w:hAnsi="Arial" w:cs="Arial"/>
                <w:color w:val="auto"/>
                <w:szCs w:val="17"/>
              </w:rPr>
            </w:pPr>
            <w:r>
              <w:rPr>
                <w:rFonts w:ascii="Arial" w:hAnsi="Arial" w:cs="Arial"/>
                <w:noProof/>
                <w:color w:val="auto"/>
                <w:szCs w:val="17"/>
              </w:rPr>
              <w:drawing>
                <wp:inline distT="0" distB="0" distL="0" distR="0" wp14:anchorId="655637BE" wp14:editId="082BC9AF">
                  <wp:extent cx="536713" cy="536713"/>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54.jpg"/>
                          <pic:cNvPicPr/>
                        </pic:nvPicPr>
                        <pic:blipFill>
                          <a:blip r:embed="rId57">
                            <a:extLst>
                              <a:ext uri="{28A0092B-C50C-407E-A947-70E740481C1C}">
                                <a14:useLocalDpi xmlns:a14="http://schemas.microsoft.com/office/drawing/2010/main" val="0"/>
                              </a:ext>
                            </a:extLst>
                          </a:blip>
                          <a:stretch>
                            <a:fillRect/>
                          </a:stretch>
                        </pic:blipFill>
                        <pic:spPr>
                          <a:xfrm>
                            <a:off x="0" y="0"/>
                            <a:ext cx="537791" cy="537791"/>
                          </a:xfrm>
                          <a:prstGeom prst="rect">
                            <a:avLst/>
                          </a:prstGeom>
                        </pic:spPr>
                      </pic:pic>
                    </a:graphicData>
                  </a:graphic>
                </wp:inline>
              </w:drawing>
            </w:r>
          </w:p>
        </w:tc>
      </w:tr>
    </w:tbl>
    <w:p w14:paraId="4372DC84" w14:textId="77777777" w:rsidR="007F6D20" w:rsidRPr="00B03582" w:rsidRDefault="007F6D20">
      <w:pPr>
        <w:spacing w:after="60"/>
        <w:rPr>
          <w:rFonts w:ascii="Arial" w:hAnsi="Arial" w:cs="Arial"/>
          <w:color w:val="auto"/>
        </w:rPr>
      </w:pPr>
    </w:p>
    <w:p w14:paraId="28828900" w14:textId="77777777" w:rsidR="007F6D20" w:rsidRPr="00B03582" w:rsidRDefault="0065640F">
      <w:pPr>
        <w:spacing w:before="40" w:after="40"/>
        <w:rPr>
          <w:rFonts w:ascii="Arial" w:hAnsi="Arial" w:cs="Arial"/>
          <w:color w:val="auto"/>
        </w:rPr>
      </w:pPr>
      <w:r w:rsidRPr="00B03582">
        <w:rPr>
          <w:rFonts w:ascii="Arial" w:hAnsi="Arial" w:cs="Arial"/>
          <w:b/>
          <w:color w:val="auto"/>
        </w:rPr>
        <w:t>2. INSTRUCTIONS TO BIDDERS &amp; COMMERCIAL TERMS</w:t>
      </w:r>
    </w:p>
    <w:tbl>
      <w:tblPr>
        <w:tblW w:w="0" w:type="auto"/>
        <w:jc w:val="center"/>
        <w:tblBorders>
          <w:top w:val="single" w:sz="6" w:space="0" w:color="CCCCCC"/>
          <w:left w:val="single" w:sz="6" w:space="0" w:color="CCCCCC"/>
          <w:bottom w:val="single" w:sz="6" w:space="0" w:color="CCCCCC"/>
          <w:right w:val="single" w:sz="6" w:space="0" w:color="CCCCCC"/>
          <w:insideH w:val="single" w:sz="4" w:space="0" w:color="D3D3D3"/>
          <w:insideV w:val="single" w:sz="4" w:space="0" w:color="D3D3D3"/>
        </w:tblBorders>
        <w:tblLook w:val="04A0" w:firstRow="1" w:lastRow="0" w:firstColumn="1" w:lastColumn="0" w:noHBand="0" w:noVBand="1"/>
      </w:tblPr>
      <w:tblGrid>
        <w:gridCol w:w="10757"/>
      </w:tblGrid>
      <w:tr w:rsidR="007F6D20" w:rsidRPr="00B03582" w14:paraId="2613FA5F" w14:textId="77777777" w:rsidTr="004740F0">
        <w:trPr>
          <w:jc w:val="center"/>
        </w:trPr>
        <w:tc>
          <w:tcPr>
            <w:tcW w:w="10757" w:type="dxa"/>
            <w:tcMar>
              <w:top w:w="60" w:type="dxa"/>
              <w:left w:w="70" w:type="dxa"/>
              <w:bottom w:w="60" w:type="dxa"/>
              <w:right w:w="70" w:type="dxa"/>
            </w:tcMar>
          </w:tcPr>
          <w:p w14:paraId="32CE7EB2" w14:textId="77777777" w:rsidR="007F6D20" w:rsidRPr="00B03582" w:rsidRDefault="0065640F" w:rsidP="005B002D">
            <w:pPr>
              <w:spacing w:after="30"/>
              <w:jc w:val="both"/>
              <w:rPr>
                <w:rFonts w:ascii="Arial" w:hAnsi="Arial" w:cs="Arial"/>
                <w:color w:val="auto"/>
                <w:szCs w:val="17"/>
              </w:rPr>
            </w:pPr>
            <w:r w:rsidRPr="005B002D">
              <w:rPr>
                <w:rFonts w:ascii="Arial" w:hAnsi="Arial" w:cs="Arial"/>
                <w:b/>
                <w:bCs/>
                <w:color w:val="auto"/>
                <w:szCs w:val="17"/>
              </w:rPr>
              <w:t>1.</w:t>
            </w:r>
            <w:r w:rsidRPr="00B03582">
              <w:rPr>
                <w:rFonts w:ascii="Arial" w:hAnsi="Arial" w:cs="Arial"/>
                <w:color w:val="auto"/>
                <w:szCs w:val="17"/>
              </w:rPr>
              <w:t xml:space="preserve"> </w:t>
            </w:r>
            <w:r w:rsidRPr="005B002D">
              <w:rPr>
                <w:rFonts w:ascii="Arial" w:hAnsi="Arial" w:cs="Arial"/>
                <w:b/>
                <w:bCs/>
                <w:color w:val="auto"/>
                <w:szCs w:val="17"/>
              </w:rPr>
              <w:t>Submission on Vendor's Official Letterhead:</w:t>
            </w:r>
            <w:r w:rsidRPr="00B03582">
              <w:rPr>
                <w:rFonts w:ascii="Arial" w:hAnsi="Arial" w:cs="Arial"/>
                <w:color w:val="auto"/>
                <w:szCs w:val="17"/>
              </w:rPr>
              <w:t xml:space="preserve"> Bidders MUST submit their complete technical details, unit prices, total amounts, and delivery lead times printed on their own official company letterhead, bearing valid FBR NTN, quotation reference number, date, authorized signature, and company stamp.</w:t>
            </w:r>
          </w:p>
          <w:p w14:paraId="36DF4742" w14:textId="77777777" w:rsidR="007F6D20" w:rsidRPr="00B03582" w:rsidRDefault="0065640F" w:rsidP="005B002D">
            <w:pPr>
              <w:spacing w:after="30"/>
              <w:jc w:val="both"/>
              <w:rPr>
                <w:rFonts w:ascii="Arial" w:hAnsi="Arial" w:cs="Arial"/>
                <w:color w:val="auto"/>
                <w:szCs w:val="17"/>
              </w:rPr>
            </w:pPr>
            <w:r w:rsidRPr="005B002D">
              <w:rPr>
                <w:rFonts w:ascii="Arial" w:hAnsi="Arial" w:cs="Arial"/>
                <w:b/>
                <w:bCs/>
                <w:color w:val="auto"/>
                <w:szCs w:val="17"/>
              </w:rPr>
              <w:t>2.</w:t>
            </w:r>
            <w:r w:rsidRPr="00B03582">
              <w:rPr>
                <w:rFonts w:ascii="Arial" w:hAnsi="Arial" w:cs="Arial"/>
                <w:color w:val="auto"/>
                <w:szCs w:val="17"/>
              </w:rPr>
              <w:t xml:space="preserve"> </w:t>
            </w:r>
            <w:r w:rsidRPr="005B002D">
              <w:rPr>
                <w:rFonts w:ascii="Arial" w:hAnsi="Arial" w:cs="Arial"/>
                <w:b/>
                <w:bCs/>
                <w:color w:val="auto"/>
                <w:szCs w:val="17"/>
              </w:rPr>
              <w:t>Inclusive Pricing Mandate:</w:t>
            </w:r>
            <w:r w:rsidRPr="00B03582">
              <w:rPr>
                <w:rFonts w:ascii="Arial" w:hAnsi="Arial" w:cs="Arial"/>
                <w:color w:val="auto"/>
                <w:szCs w:val="17"/>
              </w:rPr>
              <w:t xml:space="preserve"> All quoted prices must be fully inclusive of all applicable government taxes, duties, freight, handling, and delivery charges to HITEC University Taxila. No separate tax addition or extra charges over and above the quoted prices shall be allowed under any circumstances.</w:t>
            </w:r>
          </w:p>
          <w:p w14:paraId="2EBD8B97" w14:textId="187262A2" w:rsidR="007F6D20" w:rsidRPr="00B03582" w:rsidRDefault="0065640F" w:rsidP="005B002D">
            <w:pPr>
              <w:spacing w:after="30"/>
              <w:jc w:val="both"/>
              <w:rPr>
                <w:rFonts w:ascii="Arial" w:hAnsi="Arial" w:cs="Arial"/>
                <w:color w:val="auto"/>
                <w:szCs w:val="17"/>
              </w:rPr>
            </w:pPr>
            <w:r w:rsidRPr="005B002D">
              <w:rPr>
                <w:rFonts w:ascii="Arial" w:hAnsi="Arial" w:cs="Arial"/>
                <w:b/>
                <w:bCs/>
                <w:color w:val="auto"/>
                <w:szCs w:val="17"/>
              </w:rPr>
              <w:lastRenderedPageBreak/>
              <w:t>3. Sealed Outer Envelope:</w:t>
            </w:r>
            <w:r w:rsidRPr="00B03582">
              <w:rPr>
                <w:rFonts w:ascii="Arial" w:hAnsi="Arial" w:cs="Arial"/>
                <w:color w:val="auto"/>
                <w:szCs w:val="17"/>
              </w:rPr>
              <w:t xml:space="preserve"> Quotations must be delivered in a sealed envelope clearly marked: 'RFQ Re</w:t>
            </w:r>
            <w:r w:rsidR="007D4820">
              <w:rPr>
                <w:rFonts w:ascii="Arial" w:hAnsi="Arial" w:cs="Arial"/>
                <w:color w:val="auto"/>
                <w:szCs w:val="17"/>
              </w:rPr>
              <w:t>f No: HITEC/PROC/RFQ/2026/2868</w:t>
            </w:r>
            <w:r w:rsidRPr="00B03582">
              <w:rPr>
                <w:rFonts w:ascii="Arial" w:hAnsi="Arial" w:cs="Arial"/>
                <w:color w:val="auto"/>
                <w:szCs w:val="17"/>
              </w:rPr>
              <w:t xml:space="preserve"> — DO NOT OPEN BEFORE CLOSING DEADLINE' addressed to Manager Procurement, Procurement Branch, HITEC University Taxila.</w:t>
            </w:r>
          </w:p>
          <w:p w14:paraId="38A0E6D0" w14:textId="45DE0F54" w:rsidR="007F6D20" w:rsidRPr="00B03582" w:rsidRDefault="0065640F" w:rsidP="005B002D">
            <w:pPr>
              <w:spacing w:after="30"/>
              <w:jc w:val="both"/>
              <w:rPr>
                <w:rFonts w:ascii="Arial" w:hAnsi="Arial" w:cs="Arial"/>
                <w:color w:val="auto"/>
                <w:szCs w:val="17"/>
              </w:rPr>
            </w:pPr>
            <w:r w:rsidRPr="005B002D">
              <w:rPr>
                <w:rFonts w:ascii="Arial" w:hAnsi="Arial" w:cs="Arial"/>
                <w:b/>
                <w:bCs/>
                <w:color w:val="auto"/>
                <w:szCs w:val="17"/>
              </w:rPr>
              <w:t>4. Closing Deadline Strictness:</w:t>
            </w:r>
            <w:r w:rsidRPr="00B03582">
              <w:rPr>
                <w:rFonts w:ascii="Arial" w:hAnsi="Arial" w:cs="Arial"/>
                <w:color w:val="auto"/>
                <w:szCs w:val="17"/>
              </w:rPr>
              <w:t xml:space="preserve"> Bids received after the </w:t>
            </w:r>
            <w:r w:rsidR="005B002D">
              <w:rPr>
                <w:rFonts w:ascii="Arial" w:hAnsi="Arial" w:cs="Arial"/>
                <w:color w:val="auto"/>
                <w:szCs w:val="17"/>
              </w:rPr>
              <w:t xml:space="preserve">submission deadline </w:t>
            </w:r>
            <w:r w:rsidR="005B002D" w:rsidRPr="00B03582">
              <w:rPr>
                <w:rFonts w:ascii="Arial" w:hAnsi="Arial" w:cs="Arial"/>
                <w:color w:val="auto"/>
                <w:szCs w:val="17"/>
              </w:rPr>
              <w:t>date</w:t>
            </w:r>
            <w:r w:rsidRPr="00B03582">
              <w:rPr>
                <w:rFonts w:ascii="Arial" w:hAnsi="Arial" w:cs="Arial"/>
                <w:color w:val="auto"/>
                <w:szCs w:val="17"/>
              </w:rPr>
              <w:t xml:space="preserve"> and time will be rejected automatically.</w:t>
            </w:r>
          </w:p>
          <w:p w14:paraId="0FC393EE" w14:textId="77777777" w:rsidR="007F6D20" w:rsidRPr="00B03582" w:rsidRDefault="0065640F" w:rsidP="005B002D">
            <w:pPr>
              <w:spacing w:after="30"/>
              <w:jc w:val="both"/>
              <w:rPr>
                <w:rFonts w:ascii="Arial" w:hAnsi="Arial" w:cs="Arial"/>
                <w:color w:val="auto"/>
                <w:szCs w:val="17"/>
              </w:rPr>
            </w:pPr>
            <w:r w:rsidRPr="005B002D">
              <w:rPr>
                <w:rFonts w:ascii="Arial" w:hAnsi="Arial" w:cs="Arial"/>
                <w:b/>
                <w:bCs/>
                <w:color w:val="auto"/>
                <w:szCs w:val="17"/>
              </w:rPr>
              <w:t>5. Tax Eligibility &amp; ATL Status:</w:t>
            </w:r>
            <w:r w:rsidRPr="00B03582">
              <w:rPr>
                <w:rFonts w:ascii="Arial" w:hAnsi="Arial" w:cs="Arial"/>
                <w:color w:val="auto"/>
                <w:szCs w:val="17"/>
              </w:rPr>
              <w:t xml:space="preserve"> Only active taxpayers listed on FBR's Active Taxpayers List (ATL) with a valid NTN are eligible to participate. Applicable statutory taxes will be withheld at source as per Government rules.</w:t>
            </w:r>
          </w:p>
          <w:p w14:paraId="5D0EC72F" w14:textId="77777777" w:rsidR="007F6D20" w:rsidRPr="00B03582" w:rsidRDefault="0065640F" w:rsidP="005B002D">
            <w:pPr>
              <w:spacing w:after="30"/>
              <w:jc w:val="both"/>
              <w:rPr>
                <w:rFonts w:ascii="Arial" w:hAnsi="Arial" w:cs="Arial"/>
                <w:color w:val="auto"/>
                <w:szCs w:val="17"/>
              </w:rPr>
            </w:pPr>
            <w:r w:rsidRPr="005B002D">
              <w:rPr>
                <w:rFonts w:ascii="Arial" w:hAnsi="Arial" w:cs="Arial"/>
                <w:b/>
                <w:bCs/>
                <w:color w:val="auto"/>
                <w:szCs w:val="17"/>
              </w:rPr>
              <w:t>6. Commercial Validity &amp; Lead Time:</w:t>
            </w:r>
            <w:r w:rsidRPr="00B03582">
              <w:rPr>
                <w:rFonts w:ascii="Arial" w:hAnsi="Arial" w:cs="Arial"/>
                <w:color w:val="auto"/>
                <w:szCs w:val="17"/>
              </w:rPr>
              <w:t xml:space="preserve"> Quoted prices must remain valid for a minimum of 30 Days from the closing date. Delivery lead time must be explicitly stated in calendar days on the quotation.</w:t>
            </w:r>
          </w:p>
          <w:p w14:paraId="1AFC38FB" w14:textId="77777777" w:rsidR="007F6D20" w:rsidRPr="00B03582" w:rsidRDefault="0065640F" w:rsidP="005B002D">
            <w:pPr>
              <w:spacing w:after="30"/>
              <w:jc w:val="both"/>
              <w:rPr>
                <w:rFonts w:ascii="Arial" w:hAnsi="Arial" w:cs="Arial"/>
                <w:color w:val="auto"/>
                <w:szCs w:val="17"/>
              </w:rPr>
            </w:pPr>
            <w:r w:rsidRPr="005B002D">
              <w:rPr>
                <w:rFonts w:ascii="Arial" w:hAnsi="Arial" w:cs="Arial"/>
                <w:b/>
                <w:bCs/>
                <w:color w:val="auto"/>
                <w:szCs w:val="17"/>
              </w:rPr>
              <w:t>7. Payment Terms:</w:t>
            </w:r>
            <w:r w:rsidRPr="00B03582">
              <w:rPr>
                <w:rFonts w:ascii="Arial" w:hAnsi="Arial" w:cs="Arial"/>
                <w:color w:val="auto"/>
                <w:szCs w:val="17"/>
              </w:rPr>
              <w:t xml:space="preserve"> 100% payment upon complete delivery, physical inspection, and issuance of Acceptance Certificate by University Inspection Committee.</w:t>
            </w:r>
          </w:p>
          <w:p w14:paraId="5922C608" w14:textId="77777777" w:rsidR="007F6D20" w:rsidRPr="00B03582" w:rsidRDefault="0065640F" w:rsidP="005B002D">
            <w:pPr>
              <w:spacing w:after="30"/>
              <w:jc w:val="both"/>
              <w:rPr>
                <w:rFonts w:ascii="Arial" w:hAnsi="Arial" w:cs="Arial"/>
                <w:color w:val="auto"/>
              </w:rPr>
            </w:pPr>
            <w:r w:rsidRPr="005B002D">
              <w:rPr>
                <w:rFonts w:ascii="Arial" w:hAnsi="Arial" w:cs="Arial"/>
                <w:b/>
                <w:bCs/>
                <w:color w:val="auto"/>
                <w:szCs w:val="17"/>
              </w:rPr>
              <w:t>8. Institutional Rights:</w:t>
            </w:r>
            <w:r w:rsidRPr="00B03582">
              <w:rPr>
                <w:rFonts w:ascii="Arial" w:hAnsi="Arial" w:cs="Arial"/>
                <w:color w:val="auto"/>
                <w:szCs w:val="17"/>
              </w:rPr>
              <w:t xml:space="preserve"> HITEC University reserves the right to accept or reject any quotation, split quantities, or annul the procurement process without incurring liability.</w:t>
            </w:r>
          </w:p>
        </w:tc>
      </w:tr>
    </w:tbl>
    <w:p w14:paraId="6778E3B4" w14:textId="77777777" w:rsidR="007F6D20" w:rsidRPr="00B03582" w:rsidRDefault="007F6D20">
      <w:pPr>
        <w:spacing w:after="60"/>
        <w:rPr>
          <w:rFonts w:ascii="Arial" w:hAnsi="Arial" w:cs="Arial"/>
          <w:color w:val="auto"/>
        </w:rPr>
      </w:pPr>
    </w:p>
    <w:tbl>
      <w:tblPr>
        <w:tblW w:w="0" w:type="auto"/>
        <w:jc w:val="center"/>
        <w:tblBorders>
          <w:top w:val="single" w:sz="6" w:space="0" w:color="CCCCCC"/>
          <w:left w:val="single" w:sz="6" w:space="0" w:color="CCCCCC"/>
          <w:bottom w:val="single" w:sz="6" w:space="0" w:color="CCCCCC"/>
          <w:right w:val="single" w:sz="6" w:space="0" w:color="CCCCCC"/>
          <w:insideH w:val="single" w:sz="4" w:space="0" w:color="D3D3D3"/>
          <w:insideV w:val="single" w:sz="4" w:space="0" w:color="D3D3D3"/>
        </w:tblBorders>
        <w:tblLook w:val="04A0" w:firstRow="1" w:lastRow="0" w:firstColumn="1" w:lastColumn="0" w:noHBand="0" w:noVBand="1"/>
      </w:tblPr>
      <w:tblGrid>
        <w:gridCol w:w="10757"/>
      </w:tblGrid>
      <w:tr w:rsidR="007F6D20" w:rsidRPr="00B03582" w14:paraId="3F65C851" w14:textId="77777777">
        <w:trPr>
          <w:jc w:val="center"/>
        </w:trPr>
        <w:tc>
          <w:tcPr>
            <w:tcW w:w="10757" w:type="dxa"/>
            <w:tcMar>
              <w:top w:w="60" w:type="dxa"/>
              <w:left w:w="80" w:type="dxa"/>
              <w:bottom w:w="60" w:type="dxa"/>
              <w:right w:w="80" w:type="dxa"/>
            </w:tcMar>
          </w:tcPr>
          <w:p w14:paraId="23C45E63" w14:textId="149533AE" w:rsidR="007F6D20" w:rsidRPr="00B03582" w:rsidRDefault="0065640F" w:rsidP="007D4820">
            <w:pPr>
              <w:spacing w:after="0"/>
              <w:rPr>
                <w:rFonts w:ascii="Arial" w:hAnsi="Arial" w:cs="Arial"/>
                <w:color w:val="auto"/>
              </w:rPr>
            </w:pPr>
            <w:r w:rsidRPr="00B03582">
              <w:rPr>
                <w:rFonts w:ascii="Arial" w:hAnsi="Arial" w:cs="Arial"/>
                <w:b/>
                <w:color w:val="auto"/>
              </w:rPr>
              <w:t xml:space="preserve">ISSUED BY ORDER OF THE </w:t>
            </w:r>
            <w:r w:rsidR="00C62255">
              <w:rPr>
                <w:rFonts w:ascii="Arial" w:hAnsi="Arial" w:cs="Arial"/>
                <w:b/>
                <w:color w:val="auto"/>
              </w:rPr>
              <w:t>DIRECTOR ADMINISTRATION</w:t>
            </w:r>
            <w:r w:rsidRPr="00B03582">
              <w:rPr>
                <w:rFonts w:ascii="Arial" w:hAnsi="Arial" w:cs="Arial"/>
                <w:b/>
                <w:color w:val="auto"/>
              </w:rPr>
              <w:t xml:space="preserve"> (HITEC UNIVERSITY TAXILA)</w:t>
            </w:r>
            <w:r w:rsidRPr="00B03582">
              <w:rPr>
                <w:rFonts w:ascii="Arial" w:hAnsi="Arial" w:cs="Arial"/>
                <w:b/>
                <w:color w:val="auto"/>
              </w:rPr>
              <w:br/>
            </w:r>
            <w:r w:rsidRPr="00B03582">
              <w:rPr>
                <w:rFonts w:ascii="Arial" w:hAnsi="Arial" w:cs="Arial"/>
                <w:b/>
                <w:color w:val="auto"/>
              </w:rPr>
              <w:br/>
            </w:r>
            <w:r w:rsidRPr="00B03582">
              <w:rPr>
                <w:rFonts w:ascii="Arial" w:hAnsi="Arial" w:cs="Arial"/>
                <w:b/>
                <w:color w:val="auto"/>
              </w:rPr>
              <w:br/>
            </w:r>
            <w:r w:rsidRPr="00B03582">
              <w:rPr>
                <w:rFonts w:ascii="Arial" w:hAnsi="Arial" w:cs="Arial"/>
                <w:color w:val="auto"/>
                <w:sz w:val="16"/>
              </w:rPr>
              <w:t>_____________________________________</w:t>
            </w:r>
            <w:r w:rsidRPr="00B03582">
              <w:rPr>
                <w:rFonts w:ascii="Arial" w:hAnsi="Arial" w:cs="Arial"/>
                <w:color w:val="auto"/>
                <w:sz w:val="16"/>
              </w:rPr>
              <w:br/>
            </w:r>
            <w:r w:rsidRPr="00B03582">
              <w:rPr>
                <w:rFonts w:ascii="Arial" w:hAnsi="Arial" w:cs="Arial"/>
                <w:b/>
                <w:color w:val="auto"/>
                <w:sz w:val="16"/>
              </w:rPr>
              <w:t>Bilal Ahmed Shah / Manager Procurement</w:t>
            </w:r>
            <w:r w:rsidRPr="00B03582">
              <w:rPr>
                <w:rFonts w:ascii="Arial" w:hAnsi="Arial" w:cs="Arial"/>
                <w:b/>
                <w:color w:val="auto"/>
                <w:sz w:val="16"/>
              </w:rPr>
              <w:br/>
              <w:t xml:space="preserve">Date of Issuance: </w:t>
            </w:r>
            <w:r w:rsidR="007D4820">
              <w:rPr>
                <w:rFonts w:ascii="Arial" w:hAnsi="Arial" w:cs="Arial"/>
                <w:b/>
                <w:color w:val="auto"/>
                <w:sz w:val="16"/>
              </w:rPr>
              <w:t>15 October</w:t>
            </w:r>
            <w:r w:rsidRPr="00B03582">
              <w:rPr>
                <w:rFonts w:ascii="Arial" w:hAnsi="Arial" w:cs="Arial"/>
                <w:b/>
                <w:color w:val="auto"/>
                <w:sz w:val="16"/>
              </w:rPr>
              <w:t>, 2026</w:t>
            </w:r>
          </w:p>
        </w:tc>
      </w:tr>
    </w:tbl>
    <w:p w14:paraId="3EC2A8C9" w14:textId="77777777" w:rsidR="00DC2554" w:rsidRPr="00B03582" w:rsidRDefault="00DC2554">
      <w:pPr>
        <w:rPr>
          <w:rFonts w:ascii="Arial" w:hAnsi="Arial" w:cs="Arial"/>
          <w:color w:val="auto"/>
        </w:rPr>
      </w:pPr>
    </w:p>
    <w:sectPr w:rsidR="00DC2554" w:rsidRPr="00B03582" w:rsidSect="000149C7">
      <w:pgSz w:w="16834" w:h="11909" w:orient="landscape"/>
      <w:pgMar w:top="576" w:right="576" w:bottom="576" w:left="5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BFF6241"/>
    <w:multiLevelType w:val="hybridMultilevel"/>
    <w:tmpl w:val="74B0E1A8"/>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149C7"/>
    <w:rsid w:val="00017C81"/>
    <w:rsid w:val="00034616"/>
    <w:rsid w:val="0006063C"/>
    <w:rsid w:val="0015074B"/>
    <w:rsid w:val="001A766D"/>
    <w:rsid w:val="00203DB6"/>
    <w:rsid w:val="002351DC"/>
    <w:rsid w:val="0023617B"/>
    <w:rsid w:val="0029639D"/>
    <w:rsid w:val="002F7A46"/>
    <w:rsid w:val="003011C5"/>
    <w:rsid w:val="00326F90"/>
    <w:rsid w:val="0039391B"/>
    <w:rsid w:val="0039533C"/>
    <w:rsid w:val="00397A9B"/>
    <w:rsid w:val="003E57E8"/>
    <w:rsid w:val="003F112D"/>
    <w:rsid w:val="0041659E"/>
    <w:rsid w:val="00452A85"/>
    <w:rsid w:val="004740F0"/>
    <w:rsid w:val="00543E0D"/>
    <w:rsid w:val="0058570A"/>
    <w:rsid w:val="00587BEB"/>
    <w:rsid w:val="005B002D"/>
    <w:rsid w:val="005D7C5F"/>
    <w:rsid w:val="0065640F"/>
    <w:rsid w:val="006606AA"/>
    <w:rsid w:val="00665773"/>
    <w:rsid w:val="00684AD1"/>
    <w:rsid w:val="00692D79"/>
    <w:rsid w:val="007D4820"/>
    <w:rsid w:val="007F6D20"/>
    <w:rsid w:val="0088577A"/>
    <w:rsid w:val="0095154B"/>
    <w:rsid w:val="009D3325"/>
    <w:rsid w:val="009E49AF"/>
    <w:rsid w:val="00A378FD"/>
    <w:rsid w:val="00AA1D8D"/>
    <w:rsid w:val="00B03582"/>
    <w:rsid w:val="00B47730"/>
    <w:rsid w:val="00C62255"/>
    <w:rsid w:val="00CB0664"/>
    <w:rsid w:val="00CF19B2"/>
    <w:rsid w:val="00DC2554"/>
    <w:rsid w:val="00E1592B"/>
    <w:rsid w:val="00F9526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83FB326"/>
  <w14:defaultImageDpi w14:val="300"/>
  <w15:docId w15:val="{7D9FE3CB-AE2F-4607-89A6-789163EFF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Calibri" w:hAnsi="Calibri"/>
      <w:color w:val="222222"/>
      <w:sz w:val="17"/>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4381905">
      <w:bodyDiv w:val="1"/>
      <w:marLeft w:val="0"/>
      <w:marRight w:val="0"/>
      <w:marTop w:val="0"/>
      <w:marBottom w:val="0"/>
      <w:divBdr>
        <w:top w:val="none" w:sz="0" w:space="0" w:color="auto"/>
        <w:left w:val="none" w:sz="0" w:space="0" w:color="auto"/>
        <w:bottom w:val="none" w:sz="0" w:space="0" w:color="auto"/>
        <w:right w:val="none" w:sz="0" w:space="0" w:color="auto"/>
      </w:divBdr>
    </w:div>
    <w:div w:id="443885545">
      <w:bodyDiv w:val="1"/>
      <w:marLeft w:val="0"/>
      <w:marRight w:val="0"/>
      <w:marTop w:val="0"/>
      <w:marBottom w:val="0"/>
      <w:divBdr>
        <w:top w:val="none" w:sz="0" w:space="0" w:color="auto"/>
        <w:left w:val="none" w:sz="0" w:space="0" w:color="auto"/>
        <w:bottom w:val="none" w:sz="0" w:space="0" w:color="auto"/>
        <w:right w:val="none" w:sz="0" w:space="0" w:color="auto"/>
      </w:divBdr>
    </w:div>
    <w:div w:id="555429570">
      <w:bodyDiv w:val="1"/>
      <w:marLeft w:val="0"/>
      <w:marRight w:val="0"/>
      <w:marTop w:val="0"/>
      <w:marBottom w:val="0"/>
      <w:divBdr>
        <w:top w:val="none" w:sz="0" w:space="0" w:color="auto"/>
        <w:left w:val="none" w:sz="0" w:space="0" w:color="auto"/>
        <w:bottom w:val="none" w:sz="0" w:space="0" w:color="auto"/>
        <w:right w:val="none" w:sz="0" w:space="0" w:color="auto"/>
      </w:divBdr>
    </w:div>
    <w:div w:id="582567763">
      <w:bodyDiv w:val="1"/>
      <w:marLeft w:val="0"/>
      <w:marRight w:val="0"/>
      <w:marTop w:val="0"/>
      <w:marBottom w:val="0"/>
      <w:divBdr>
        <w:top w:val="none" w:sz="0" w:space="0" w:color="auto"/>
        <w:left w:val="none" w:sz="0" w:space="0" w:color="auto"/>
        <w:bottom w:val="none" w:sz="0" w:space="0" w:color="auto"/>
        <w:right w:val="none" w:sz="0" w:space="0" w:color="auto"/>
      </w:divBdr>
    </w:div>
    <w:div w:id="626621506">
      <w:bodyDiv w:val="1"/>
      <w:marLeft w:val="0"/>
      <w:marRight w:val="0"/>
      <w:marTop w:val="0"/>
      <w:marBottom w:val="0"/>
      <w:divBdr>
        <w:top w:val="none" w:sz="0" w:space="0" w:color="auto"/>
        <w:left w:val="none" w:sz="0" w:space="0" w:color="auto"/>
        <w:bottom w:val="none" w:sz="0" w:space="0" w:color="auto"/>
        <w:right w:val="none" w:sz="0" w:space="0" w:color="auto"/>
      </w:divBdr>
    </w:div>
    <w:div w:id="750388397">
      <w:bodyDiv w:val="1"/>
      <w:marLeft w:val="0"/>
      <w:marRight w:val="0"/>
      <w:marTop w:val="0"/>
      <w:marBottom w:val="0"/>
      <w:divBdr>
        <w:top w:val="none" w:sz="0" w:space="0" w:color="auto"/>
        <w:left w:val="none" w:sz="0" w:space="0" w:color="auto"/>
        <w:bottom w:val="none" w:sz="0" w:space="0" w:color="auto"/>
        <w:right w:val="none" w:sz="0" w:space="0" w:color="auto"/>
      </w:divBdr>
    </w:div>
    <w:div w:id="878784358">
      <w:bodyDiv w:val="1"/>
      <w:marLeft w:val="0"/>
      <w:marRight w:val="0"/>
      <w:marTop w:val="0"/>
      <w:marBottom w:val="0"/>
      <w:divBdr>
        <w:top w:val="none" w:sz="0" w:space="0" w:color="auto"/>
        <w:left w:val="none" w:sz="0" w:space="0" w:color="auto"/>
        <w:bottom w:val="none" w:sz="0" w:space="0" w:color="auto"/>
        <w:right w:val="none" w:sz="0" w:space="0" w:color="auto"/>
      </w:divBdr>
    </w:div>
    <w:div w:id="948509094">
      <w:bodyDiv w:val="1"/>
      <w:marLeft w:val="0"/>
      <w:marRight w:val="0"/>
      <w:marTop w:val="0"/>
      <w:marBottom w:val="0"/>
      <w:divBdr>
        <w:top w:val="none" w:sz="0" w:space="0" w:color="auto"/>
        <w:left w:val="none" w:sz="0" w:space="0" w:color="auto"/>
        <w:bottom w:val="none" w:sz="0" w:space="0" w:color="auto"/>
        <w:right w:val="none" w:sz="0" w:space="0" w:color="auto"/>
      </w:divBdr>
    </w:div>
    <w:div w:id="1425539978">
      <w:bodyDiv w:val="1"/>
      <w:marLeft w:val="0"/>
      <w:marRight w:val="0"/>
      <w:marTop w:val="0"/>
      <w:marBottom w:val="0"/>
      <w:divBdr>
        <w:top w:val="none" w:sz="0" w:space="0" w:color="auto"/>
        <w:left w:val="none" w:sz="0" w:space="0" w:color="auto"/>
        <w:bottom w:val="none" w:sz="0" w:space="0" w:color="auto"/>
        <w:right w:val="none" w:sz="0" w:space="0" w:color="auto"/>
      </w:divBdr>
    </w:div>
    <w:div w:id="1448430298">
      <w:bodyDiv w:val="1"/>
      <w:marLeft w:val="0"/>
      <w:marRight w:val="0"/>
      <w:marTop w:val="0"/>
      <w:marBottom w:val="0"/>
      <w:divBdr>
        <w:top w:val="none" w:sz="0" w:space="0" w:color="auto"/>
        <w:left w:val="none" w:sz="0" w:space="0" w:color="auto"/>
        <w:bottom w:val="none" w:sz="0" w:space="0" w:color="auto"/>
        <w:right w:val="none" w:sz="0" w:space="0" w:color="auto"/>
      </w:divBdr>
    </w:div>
    <w:div w:id="206860603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g"/><Relationship Id="rId18" Type="http://schemas.openxmlformats.org/officeDocument/2006/relationships/image" Target="media/image13.jpg"/><Relationship Id="rId26" Type="http://schemas.openxmlformats.org/officeDocument/2006/relationships/image" Target="media/image21.jpeg"/><Relationship Id="rId39" Type="http://schemas.openxmlformats.org/officeDocument/2006/relationships/image" Target="media/image34.jpeg"/><Relationship Id="rId21" Type="http://schemas.openxmlformats.org/officeDocument/2006/relationships/image" Target="media/image16.jpeg"/><Relationship Id="rId34" Type="http://schemas.openxmlformats.org/officeDocument/2006/relationships/image" Target="media/image29.jpeg"/><Relationship Id="rId42" Type="http://schemas.openxmlformats.org/officeDocument/2006/relationships/image" Target="media/image37.jpeg"/><Relationship Id="rId47" Type="http://schemas.openxmlformats.org/officeDocument/2006/relationships/image" Target="media/image42.jpg"/><Relationship Id="rId50" Type="http://schemas.openxmlformats.org/officeDocument/2006/relationships/image" Target="media/image45.jpg"/><Relationship Id="rId55" Type="http://schemas.openxmlformats.org/officeDocument/2006/relationships/image" Target="media/image50.jpg"/><Relationship Id="rId7" Type="http://schemas.openxmlformats.org/officeDocument/2006/relationships/image" Target="media/image2.jpg"/><Relationship Id="rId2" Type="http://schemas.openxmlformats.org/officeDocument/2006/relationships/numbering" Target="numbering.xml"/><Relationship Id="rId16" Type="http://schemas.openxmlformats.org/officeDocument/2006/relationships/image" Target="media/image11.png"/><Relationship Id="rId29" Type="http://schemas.openxmlformats.org/officeDocument/2006/relationships/image" Target="media/image24.jpeg"/><Relationship Id="rId11" Type="http://schemas.openxmlformats.org/officeDocument/2006/relationships/image" Target="media/image6.jpeg"/><Relationship Id="rId24" Type="http://schemas.openxmlformats.org/officeDocument/2006/relationships/image" Target="media/image19.jpg"/><Relationship Id="rId32" Type="http://schemas.openxmlformats.org/officeDocument/2006/relationships/image" Target="media/image27.jpeg"/><Relationship Id="rId37" Type="http://schemas.openxmlformats.org/officeDocument/2006/relationships/image" Target="media/image32.jpeg"/><Relationship Id="rId40" Type="http://schemas.openxmlformats.org/officeDocument/2006/relationships/image" Target="media/image35.jpeg"/><Relationship Id="rId45" Type="http://schemas.openxmlformats.org/officeDocument/2006/relationships/image" Target="media/image40.png"/><Relationship Id="rId53" Type="http://schemas.openxmlformats.org/officeDocument/2006/relationships/image" Target="media/image48.jpg"/><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image" Target="media/image4.jpg"/><Relationship Id="rId14" Type="http://schemas.openxmlformats.org/officeDocument/2006/relationships/image" Target="media/image9.jpeg"/><Relationship Id="rId22" Type="http://schemas.openxmlformats.org/officeDocument/2006/relationships/image" Target="media/image17.jpg"/><Relationship Id="rId27" Type="http://schemas.openxmlformats.org/officeDocument/2006/relationships/image" Target="media/image22.jpg"/><Relationship Id="rId30" Type="http://schemas.openxmlformats.org/officeDocument/2006/relationships/image" Target="media/image25.jpeg"/><Relationship Id="rId35" Type="http://schemas.openxmlformats.org/officeDocument/2006/relationships/image" Target="media/image30.jpeg"/><Relationship Id="rId43" Type="http://schemas.openxmlformats.org/officeDocument/2006/relationships/image" Target="media/image38.jpeg"/><Relationship Id="rId48" Type="http://schemas.openxmlformats.org/officeDocument/2006/relationships/image" Target="media/image43.jpeg"/><Relationship Id="rId56" Type="http://schemas.openxmlformats.org/officeDocument/2006/relationships/image" Target="media/image51.jpg"/><Relationship Id="rId8" Type="http://schemas.openxmlformats.org/officeDocument/2006/relationships/image" Target="media/image3.jpg"/><Relationship Id="rId51" Type="http://schemas.openxmlformats.org/officeDocument/2006/relationships/image" Target="media/image46.jpg"/><Relationship Id="rId3" Type="http://schemas.openxmlformats.org/officeDocument/2006/relationships/styles" Target="styles.xml"/><Relationship Id="rId12" Type="http://schemas.openxmlformats.org/officeDocument/2006/relationships/image" Target="media/image7.jpeg"/><Relationship Id="rId17" Type="http://schemas.openxmlformats.org/officeDocument/2006/relationships/image" Target="media/image12.jpg"/><Relationship Id="rId25" Type="http://schemas.openxmlformats.org/officeDocument/2006/relationships/image" Target="media/image20.jpg"/><Relationship Id="rId33" Type="http://schemas.openxmlformats.org/officeDocument/2006/relationships/image" Target="media/image28.jpeg"/><Relationship Id="rId38" Type="http://schemas.openxmlformats.org/officeDocument/2006/relationships/image" Target="media/image33.jpeg"/><Relationship Id="rId46" Type="http://schemas.openxmlformats.org/officeDocument/2006/relationships/image" Target="media/image41.jpg"/><Relationship Id="rId59" Type="http://schemas.openxmlformats.org/officeDocument/2006/relationships/theme" Target="theme/theme1.xml"/><Relationship Id="rId20" Type="http://schemas.openxmlformats.org/officeDocument/2006/relationships/image" Target="media/image15.jpg"/><Relationship Id="rId41" Type="http://schemas.openxmlformats.org/officeDocument/2006/relationships/image" Target="media/image36.jpeg"/><Relationship Id="rId54" Type="http://schemas.openxmlformats.org/officeDocument/2006/relationships/image" Target="media/image49.jpeg"/><Relationship Id="rId1" Type="http://schemas.openxmlformats.org/officeDocument/2006/relationships/customXml" Target="../customXml/item1.xml"/><Relationship Id="rId6" Type="http://schemas.openxmlformats.org/officeDocument/2006/relationships/image" Target="media/image1.jpg"/><Relationship Id="rId15" Type="http://schemas.openxmlformats.org/officeDocument/2006/relationships/image" Target="media/image10.jpg"/><Relationship Id="rId23" Type="http://schemas.openxmlformats.org/officeDocument/2006/relationships/image" Target="media/image18.jpg"/><Relationship Id="rId28" Type="http://schemas.openxmlformats.org/officeDocument/2006/relationships/image" Target="media/image23.jpg"/><Relationship Id="rId36" Type="http://schemas.openxmlformats.org/officeDocument/2006/relationships/image" Target="media/image31.jpeg"/><Relationship Id="rId49" Type="http://schemas.openxmlformats.org/officeDocument/2006/relationships/image" Target="media/image44.jpg"/><Relationship Id="rId57" Type="http://schemas.openxmlformats.org/officeDocument/2006/relationships/image" Target="media/image52.jpg"/><Relationship Id="rId10" Type="http://schemas.openxmlformats.org/officeDocument/2006/relationships/image" Target="media/image5.jpg"/><Relationship Id="rId31" Type="http://schemas.openxmlformats.org/officeDocument/2006/relationships/image" Target="media/image26.jpeg"/><Relationship Id="rId44" Type="http://schemas.openxmlformats.org/officeDocument/2006/relationships/image" Target="media/image39.jpeg"/><Relationship Id="rId52" Type="http://schemas.openxmlformats.org/officeDocument/2006/relationships/image" Target="media/image4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B4AA99-DC98-4AE7-A312-86D0F5A008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1366</TotalTime>
  <Pages>7</Pages>
  <Words>774</Words>
  <Characters>4415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5179</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shahid farooq</dc:creator>
  <cp:keywords/>
  <dc:description>generated by python-docx</dc:description>
  <cp:lastModifiedBy>Bilal</cp:lastModifiedBy>
  <cp:revision>21</cp:revision>
  <dcterms:created xsi:type="dcterms:W3CDTF">2026-10-12T06:59:00Z</dcterms:created>
  <dcterms:modified xsi:type="dcterms:W3CDTF">2026-10-16T05:32:00Z</dcterms:modified>
  <cp:category/>
</cp:coreProperties>
</file>