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CF433" w14:textId="1DEDE70D" w:rsidR="007F6D20" w:rsidRPr="00B03582" w:rsidRDefault="0065640F">
      <w:pPr>
        <w:spacing w:after="20"/>
        <w:jc w:val="center"/>
        <w:rPr>
          <w:rFonts w:ascii="Arial" w:hAnsi="Arial" w:cs="Arial"/>
          <w:color w:val="auto"/>
        </w:rPr>
      </w:pPr>
      <w:r w:rsidRPr="00B03582">
        <w:rPr>
          <w:rFonts w:ascii="Arial" w:hAnsi="Arial" w:cs="Arial"/>
          <w:b/>
          <w:color w:val="auto"/>
          <w:sz w:val="27"/>
        </w:rPr>
        <w:t>HITEC UNIVERSITY TAXILA</w:t>
      </w:r>
      <w:r w:rsidRPr="00B03582">
        <w:rPr>
          <w:rFonts w:ascii="Arial" w:hAnsi="Arial" w:cs="Arial"/>
          <w:b/>
          <w:color w:val="auto"/>
          <w:sz w:val="27"/>
        </w:rPr>
        <w:br/>
      </w:r>
      <w:r w:rsidRPr="00B03582">
        <w:rPr>
          <w:rFonts w:ascii="Arial" w:hAnsi="Arial" w:cs="Arial"/>
          <w:b/>
          <w:color w:val="auto"/>
          <w:sz w:val="19"/>
        </w:rPr>
        <w:t>OFFICE OF THE PROCUREMENT</w:t>
      </w:r>
      <w:r w:rsidRPr="00B03582">
        <w:rPr>
          <w:rFonts w:ascii="Arial" w:hAnsi="Arial" w:cs="Arial"/>
          <w:b/>
          <w:color w:val="auto"/>
          <w:sz w:val="19"/>
        </w:rPr>
        <w:br/>
      </w:r>
      <w:r w:rsidRPr="00B03582">
        <w:rPr>
          <w:rFonts w:ascii="Arial" w:hAnsi="Arial" w:cs="Arial"/>
          <w:color w:val="auto"/>
          <w:sz w:val="15"/>
        </w:rPr>
        <w:t xml:space="preserve">Museum Road, Taxila </w:t>
      </w:r>
      <w:proofErr w:type="spellStart"/>
      <w:r w:rsidRPr="00B03582">
        <w:rPr>
          <w:rFonts w:ascii="Arial" w:hAnsi="Arial" w:cs="Arial"/>
          <w:color w:val="auto"/>
          <w:sz w:val="15"/>
        </w:rPr>
        <w:t>Cantt</w:t>
      </w:r>
      <w:proofErr w:type="spellEnd"/>
      <w:r w:rsidRPr="00B03582">
        <w:rPr>
          <w:rFonts w:ascii="Arial" w:hAnsi="Arial" w:cs="Arial"/>
          <w:color w:val="auto"/>
          <w:sz w:val="15"/>
        </w:rPr>
        <w:t xml:space="preserve"> | Tel: 051-4908146-9 (Ext. 308) | Email: procurement.office@hitecuni.edu.pk</w:t>
      </w:r>
    </w:p>
    <w:tbl>
      <w:tblPr>
        <w:tblW w:w="0" w:type="auto"/>
        <w:jc w:val="center"/>
        <w:tblLook w:val="04A0" w:firstRow="1" w:lastRow="0" w:firstColumn="1" w:lastColumn="0" w:noHBand="0" w:noVBand="1"/>
      </w:tblPr>
      <w:tblGrid>
        <w:gridCol w:w="10757"/>
      </w:tblGrid>
      <w:tr w:rsidR="007F6D20" w:rsidRPr="00B03582" w14:paraId="05BEABA8" w14:textId="77777777" w:rsidTr="00B03582">
        <w:trPr>
          <w:jc w:val="center"/>
        </w:trPr>
        <w:tc>
          <w:tcPr>
            <w:tcW w:w="10757" w:type="dxa"/>
            <w:tcMar>
              <w:top w:w="65" w:type="dxa"/>
              <w:left w:w="100" w:type="dxa"/>
              <w:bottom w:w="65" w:type="dxa"/>
              <w:right w:w="100" w:type="dxa"/>
            </w:tcMar>
          </w:tcPr>
          <w:p w14:paraId="5E412F41" w14:textId="77777777" w:rsidR="007F6D20" w:rsidRPr="00B03582" w:rsidRDefault="0065640F">
            <w:pPr>
              <w:spacing w:after="0"/>
              <w:jc w:val="center"/>
              <w:rPr>
                <w:rFonts w:ascii="Arial" w:hAnsi="Arial" w:cs="Arial"/>
                <w:color w:val="auto"/>
              </w:rPr>
            </w:pPr>
            <w:r w:rsidRPr="00B03582">
              <w:rPr>
                <w:rFonts w:ascii="Arial" w:hAnsi="Arial" w:cs="Arial"/>
                <w:b/>
                <w:color w:val="auto"/>
                <w:sz w:val="21"/>
              </w:rPr>
              <w:t>REQUEST FOR QUOTATION (RFQ)</w:t>
            </w:r>
          </w:p>
        </w:tc>
      </w:tr>
    </w:tbl>
    <w:p w14:paraId="7ECBF3BD" w14:textId="77777777" w:rsidR="007F6D20" w:rsidRPr="00B03582" w:rsidRDefault="007F6D20">
      <w:pPr>
        <w:spacing w:after="60"/>
        <w:rPr>
          <w:rFonts w:ascii="Arial" w:hAnsi="Arial" w:cs="Arial"/>
          <w:color w:val="auto"/>
        </w:rPr>
      </w:pP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4612"/>
        <w:gridCol w:w="6129"/>
      </w:tblGrid>
      <w:tr w:rsidR="007F6D20" w:rsidRPr="00B03582" w14:paraId="5A227940" w14:textId="77777777" w:rsidTr="00B03582">
        <w:trPr>
          <w:jc w:val="center"/>
        </w:trPr>
        <w:tc>
          <w:tcPr>
            <w:tcW w:w="4660" w:type="dxa"/>
            <w:tcMar>
              <w:top w:w="55" w:type="dxa"/>
              <w:left w:w="70" w:type="dxa"/>
              <w:bottom w:w="55" w:type="dxa"/>
              <w:right w:w="70" w:type="dxa"/>
            </w:tcMar>
          </w:tcPr>
          <w:p w14:paraId="7152A433" w14:textId="5D8A35D2" w:rsidR="007F6D20" w:rsidRPr="00B03582" w:rsidRDefault="0065640F">
            <w:pPr>
              <w:spacing w:after="0"/>
              <w:rPr>
                <w:rFonts w:ascii="Arial" w:hAnsi="Arial" w:cs="Arial"/>
                <w:color w:val="auto"/>
              </w:rPr>
            </w:pPr>
            <w:r w:rsidRPr="00B03582">
              <w:rPr>
                <w:rFonts w:ascii="Arial" w:hAnsi="Arial" w:cs="Arial"/>
                <w:b/>
                <w:color w:val="auto"/>
              </w:rPr>
              <w:t xml:space="preserve">RFQ Ref No: </w:t>
            </w:r>
            <w:r w:rsidR="00543E0D">
              <w:rPr>
                <w:rFonts w:ascii="Arial" w:hAnsi="Arial" w:cs="Arial"/>
                <w:color w:val="auto"/>
              </w:rPr>
              <w:t>HITEC/PROC/RFQ/2026/</w:t>
            </w:r>
            <w:r w:rsidR="00274ABF">
              <w:rPr>
                <w:rFonts w:ascii="Arial" w:hAnsi="Arial" w:cs="Arial"/>
                <w:color w:val="auto"/>
              </w:rPr>
              <w:t>2869</w:t>
            </w:r>
          </w:p>
        </w:tc>
        <w:tc>
          <w:tcPr>
            <w:tcW w:w="6237" w:type="dxa"/>
            <w:tcMar>
              <w:top w:w="55" w:type="dxa"/>
              <w:left w:w="70" w:type="dxa"/>
              <w:bottom w:w="55" w:type="dxa"/>
              <w:right w:w="70" w:type="dxa"/>
            </w:tcMar>
          </w:tcPr>
          <w:p w14:paraId="0A723330" w14:textId="717453EF" w:rsidR="007F6D20" w:rsidRPr="00B03582" w:rsidRDefault="00B03582">
            <w:pPr>
              <w:spacing w:after="0"/>
              <w:rPr>
                <w:rFonts w:ascii="Arial" w:hAnsi="Arial" w:cs="Arial"/>
                <w:color w:val="auto"/>
              </w:rPr>
            </w:pPr>
            <w:r w:rsidRPr="00B03582">
              <w:rPr>
                <w:rFonts w:ascii="Arial" w:hAnsi="Arial" w:cs="Arial"/>
                <w:b/>
                <w:color w:val="auto"/>
              </w:rPr>
              <w:t xml:space="preserve">Delivery Location: </w:t>
            </w:r>
            <w:r w:rsidRPr="00B03582">
              <w:rPr>
                <w:rFonts w:ascii="Arial" w:hAnsi="Arial" w:cs="Arial"/>
                <w:color w:val="auto"/>
              </w:rPr>
              <w:t xml:space="preserve">HITEC University, Taxila </w:t>
            </w:r>
            <w:proofErr w:type="spellStart"/>
            <w:r w:rsidRPr="00B03582">
              <w:rPr>
                <w:rFonts w:ascii="Arial" w:hAnsi="Arial" w:cs="Arial"/>
                <w:color w:val="auto"/>
              </w:rPr>
              <w:t>Cantt</w:t>
            </w:r>
            <w:proofErr w:type="spellEnd"/>
          </w:p>
        </w:tc>
      </w:tr>
      <w:tr w:rsidR="00B03582" w:rsidRPr="00B03582" w14:paraId="300929BE" w14:textId="77777777" w:rsidTr="00B03582">
        <w:trPr>
          <w:jc w:val="center"/>
        </w:trPr>
        <w:tc>
          <w:tcPr>
            <w:tcW w:w="4660" w:type="dxa"/>
            <w:tcMar>
              <w:top w:w="55" w:type="dxa"/>
              <w:left w:w="70" w:type="dxa"/>
              <w:bottom w:w="55" w:type="dxa"/>
              <w:right w:w="70" w:type="dxa"/>
            </w:tcMar>
          </w:tcPr>
          <w:p w14:paraId="056A6815" w14:textId="36E1116C" w:rsidR="00B03582" w:rsidRPr="00B03582" w:rsidRDefault="00B03582" w:rsidP="008631E1">
            <w:pPr>
              <w:spacing w:after="0"/>
              <w:rPr>
                <w:rFonts w:ascii="Arial" w:hAnsi="Arial" w:cs="Arial"/>
                <w:b/>
                <w:color w:val="auto"/>
              </w:rPr>
            </w:pPr>
            <w:r w:rsidRPr="00B03582">
              <w:rPr>
                <w:rFonts w:ascii="Arial" w:hAnsi="Arial" w:cs="Arial"/>
                <w:b/>
                <w:color w:val="auto"/>
              </w:rPr>
              <w:t>Issue Date</w:t>
            </w:r>
            <w:r w:rsidR="00543E0D">
              <w:rPr>
                <w:rFonts w:ascii="Arial" w:hAnsi="Arial" w:cs="Arial"/>
                <w:b/>
                <w:color w:val="auto"/>
              </w:rPr>
              <w:t xml:space="preserve">: </w:t>
            </w:r>
            <w:r w:rsidR="00274ABF">
              <w:rPr>
                <w:rFonts w:ascii="Arial" w:hAnsi="Arial" w:cs="Arial"/>
                <w:b/>
                <w:color w:val="auto"/>
              </w:rPr>
              <w:t>15</w:t>
            </w:r>
            <w:r w:rsidR="008631E1">
              <w:rPr>
                <w:rFonts w:ascii="Arial" w:hAnsi="Arial" w:cs="Arial"/>
                <w:b/>
                <w:color w:val="auto"/>
              </w:rPr>
              <w:t xml:space="preserve"> October, </w:t>
            </w:r>
            <w:r w:rsidRPr="00B03582">
              <w:rPr>
                <w:rFonts w:ascii="Arial" w:hAnsi="Arial" w:cs="Arial"/>
                <w:color w:val="auto"/>
              </w:rPr>
              <w:t>2026</w:t>
            </w:r>
          </w:p>
        </w:tc>
        <w:tc>
          <w:tcPr>
            <w:tcW w:w="6237" w:type="dxa"/>
            <w:tcMar>
              <w:top w:w="55" w:type="dxa"/>
              <w:left w:w="70" w:type="dxa"/>
              <w:bottom w:w="55" w:type="dxa"/>
              <w:right w:w="70" w:type="dxa"/>
            </w:tcMar>
          </w:tcPr>
          <w:p w14:paraId="5E279843" w14:textId="3A43DF1F" w:rsidR="00B03582" w:rsidRPr="00B03582" w:rsidRDefault="00B03582" w:rsidP="008631E1">
            <w:pPr>
              <w:spacing w:after="0"/>
              <w:rPr>
                <w:rFonts w:ascii="Arial" w:hAnsi="Arial" w:cs="Arial"/>
                <w:b/>
                <w:color w:val="auto"/>
              </w:rPr>
            </w:pPr>
            <w:r w:rsidRPr="00B03582">
              <w:rPr>
                <w:rFonts w:ascii="Arial" w:hAnsi="Arial" w:cs="Arial"/>
                <w:b/>
                <w:color w:val="auto"/>
                <w:sz w:val="18"/>
              </w:rPr>
              <w:t xml:space="preserve">SUBMISSION DEADLINE: </w:t>
            </w:r>
            <w:r w:rsidR="00274ABF">
              <w:rPr>
                <w:rFonts w:ascii="Arial" w:hAnsi="Arial" w:cs="Arial"/>
                <w:b/>
                <w:color w:val="auto"/>
                <w:sz w:val="19"/>
              </w:rPr>
              <w:t>21</w:t>
            </w:r>
            <w:r w:rsidR="008631E1" w:rsidRPr="008631E1">
              <w:rPr>
                <w:rFonts w:ascii="Arial" w:hAnsi="Arial" w:cs="Arial"/>
                <w:b/>
                <w:color w:val="auto"/>
                <w:sz w:val="19"/>
                <w:vertAlign w:val="superscript"/>
              </w:rPr>
              <w:t>th</w:t>
            </w:r>
            <w:r w:rsidR="008631E1">
              <w:rPr>
                <w:rFonts w:ascii="Arial" w:hAnsi="Arial" w:cs="Arial"/>
                <w:b/>
                <w:color w:val="auto"/>
                <w:sz w:val="19"/>
              </w:rPr>
              <w:t xml:space="preserve"> October,</w:t>
            </w:r>
            <w:r w:rsidR="002F7A46">
              <w:rPr>
                <w:rFonts w:ascii="Arial" w:hAnsi="Arial" w:cs="Arial"/>
                <w:b/>
                <w:color w:val="auto"/>
                <w:sz w:val="19"/>
              </w:rPr>
              <w:t xml:space="preserve"> 2026 </w:t>
            </w:r>
            <w:r w:rsidRPr="00B03582">
              <w:rPr>
                <w:rFonts w:ascii="Arial" w:hAnsi="Arial" w:cs="Arial"/>
                <w:b/>
                <w:color w:val="auto"/>
                <w:sz w:val="19"/>
              </w:rPr>
              <w:t>@</w:t>
            </w:r>
            <w:r w:rsidR="002F7A46">
              <w:rPr>
                <w:rFonts w:ascii="Arial" w:hAnsi="Arial" w:cs="Arial"/>
                <w:b/>
                <w:color w:val="auto"/>
                <w:sz w:val="19"/>
              </w:rPr>
              <w:t>1200</w:t>
            </w:r>
            <w:r w:rsidRPr="00B03582">
              <w:rPr>
                <w:rFonts w:ascii="Arial" w:hAnsi="Arial" w:cs="Arial"/>
                <w:b/>
                <w:color w:val="auto"/>
                <w:sz w:val="19"/>
              </w:rPr>
              <w:t xml:space="preserve"> HRS </w:t>
            </w:r>
          </w:p>
        </w:tc>
      </w:tr>
      <w:tr w:rsidR="007F6D20" w:rsidRPr="00B03582" w14:paraId="4712AA23" w14:textId="77777777" w:rsidTr="00B03582">
        <w:trPr>
          <w:jc w:val="center"/>
        </w:trPr>
        <w:tc>
          <w:tcPr>
            <w:tcW w:w="10897" w:type="dxa"/>
            <w:gridSpan w:val="2"/>
            <w:tcMar>
              <w:top w:w="65" w:type="dxa"/>
              <w:left w:w="80" w:type="dxa"/>
              <w:bottom w:w="65" w:type="dxa"/>
              <w:right w:w="80" w:type="dxa"/>
            </w:tcMar>
          </w:tcPr>
          <w:p w14:paraId="77926AA8" w14:textId="49E9B782" w:rsidR="007F6D20" w:rsidRPr="00B03582" w:rsidRDefault="00B03582" w:rsidP="008631E1">
            <w:pPr>
              <w:spacing w:after="0"/>
              <w:rPr>
                <w:rFonts w:ascii="Arial" w:hAnsi="Arial" w:cs="Arial"/>
                <w:color w:val="auto"/>
              </w:rPr>
            </w:pPr>
            <w:r w:rsidRPr="00B03582">
              <w:rPr>
                <w:rFonts w:ascii="Arial" w:hAnsi="Arial" w:cs="Arial"/>
                <w:b/>
                <w:color w:val="auto"/>
              </w:rPr>
              <w:t xml:space="preserve">Procurement Title: </w:t>
            </w:r>
            <w:r w:rsidRPr="00B03582">
              <w:rPr>
                <w:rFonts w:ascii="Arial" w:hAnsi="Arial" w:cs="Arial"/>
                <w:color w:val="auto"/>
              </w:rPr>
              <w:t>Procurement of</w:t>
            </w:r>
            <w:r w:rsidR="00397A9B">
              <w:rPr>
                <w:rFonts w:ascii="Arial" w:hAnsi="Arial" w:cs="Arial"/>
                <w:color w:val="auto"/>
              </w:rPr>
              <w:t xml:space="preserve"> </w:t>
            </w:r>
            <w:r w:rsidR="008631E1">
              <w:rPr>
                <w:rFonts w:ascii="Arial" w:hAnsi="Arial" w:cs="Arial"/>
                <w:color w:val="auto"/>
              </w:rPr>
              <w:t>Consumables Items</w:t>
            </w:r>
          </w:p>
        </w:tc>
      </w:tr>
    </w:tbl>
    <w:p w14:paraId="11299DCC" w14:textId="77777777" w:rsidR="007F6D20" w:rsidRPr="00B03582" w:rsidRDefault="007F6D20">
      <w:pPr>
        <w:spacing w:after="60"/>
        <w:rPr>
          <w:rFonts w:ascii="Arial" w:hAnsi="Arial" w:cs="Arial"/>
          <w:color w:val="auto"/>
        </w:rPr>
      </w:pPr>
    </w:p>
    <w:p w14:paraId="04975149" w14:textId="77777777" w:rsidR="007F6D20" w:rsidRPr="00B03582" w:rsidRDefault="0065640F">
      <w:pPr>
        <w:spacing w:before="40" w:after="40"/>
        <w:rPr>
          <w:rFonts w:ascii="Arial" w:hAnsi="Arial" w:cs="Arial"/>
          <w:color w:val="auto"/>
        </w:rPr>
      </w:pPr>
      <w:r w:rsidRPr="00B03582">
        <w:rPr>
          <w:rFonts w:ascii="Arial" w:hAnsi="Arial" w:cs="Arial"/>
          <w:b/>
          <w:color w:val="auto"/>
        </w:rPr>
        <w:t>1. SCHEDULE OF REQUIREMENTS &amp; TECHNICAL SPECIFICATIONS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3703"/>
        <w:gridCol w:w="4266"/>
        <w:gridCol w:w="1204"/>
        <w:gridCol w:w="959"/>
      </w:tblGrid>
      <w:tr w:rsidR="00E1592B" w:rsidRPr="00B03582" w14:paraId="697B4680" w14:textId="77777777" w:rsidTr="002351DC">
        <w:tc>
          <w:tcPr>
            <w:tcW w:w="609" w:type="dxa"/>
            <w:tcMar>
              <w:top w:w="55" w:type="dxa"/>
              <w:left w:w="50" w:type="dxa"/>
              <w:bottom w:w="55" w:type="dxa"/>
              <w:right w:w="50" w:type="dxa"/>
            </w:tcMar>
          </w:tcPr>
          <w:p w14:paraId="3C161D82" w14:textId="77777777" w:rsidR="00E1592B" w:rsidRPr="00B03582" w:rsidRDefault="00E1592B">
            <w:pPr>
              <w:spacing w:after="0"/>
              <w:jc w:val="center"/>
              <w:rPr>
                <w:rFonts w:ascii="Arial" w:hAnsi="Arial" w:cs="Arial"/>
                <w:color w:val="auto"/>
                <w:szCs w:val="17"/>
              </w:rPr>
            </w:pPr>
            <w:r w:rsidRPr="00B03582">
              <w:rPr>
                <w:rFonts w:ascii="Arial" w:hAnsi="Arial" w:cs="Arial"/>
                <w:b/>
                <w:color w:val="auto"/>
                <w:szCs w:val="17"/>
              </w:rPr>
              <w:t>S/N</w:t>
            </w:r>
          </w:p>
        </w:tc>
        <w:tc>
          <w:tcPr>
            <w:tcW w:w="7969" w:type="dxa"/>
            <w:gridSpan w:val="2"/>
            <w:tcMar>
              <w:top w:w="55" w:type="dxa"/>
              <w:left w:w="50" w:type="dxa"/>
              <w:bottom w:w="55" w:type="dxa"/>
              <w:right w:w="50" w:type="dxa"/>
            </w:tcMar>
          </w:tcPr>
          <w:p w14:paraId="46AF4D40" w14:textId="0068828B" w:rsidR="00E1592B" w:rsidRPr="00B03582" w:rsidRDefault="00E1592B">
            <w:pPr>
              <w:spacing w:after="0"/>
              <w:jc w:val="center"/>
              <w:rPr>
                <w:rFonts w:ascii="Arial" w:hAnsi="Arial" w:cs="Arial"/>
                <w:b/>
                <w:color w:val="auto"/>
                <w:szCs w:val="17"/>
              </w:rPr>
            </w:pPr>
            <w:r w:rsidRPr="00B03582">
              <w:rPr>
                <w:rFonts w:ascii="Arial" w:hAnsi="Arial" w:cs="Arial"/>
                <w:b/>
                <w:color w:val="auto"/>
                <w:szCs w:val="17"/>
              </w:rPr>
              <w:t>Detailed Technical Specifications / Items Required</w:t>
            </w:r>
          </w:p>
        </w:tc>
        <w:tc>
          <w:tcPr>
            <w:tcW w:w="1204" w:type="dxa"/>
            <w:tcMar>
              <w:top w:w="55" w:type="dxa"/>
              <w:left w:w="50" w:type="dxa"/>
              <w:bottom w:w="55" w:type="dxa"/>
              <w:right w:w="50" w:type="dxa"/>
            </w:tcMar>
          </w:tcPr>
          <w:p w14:paraId="66E43BD4" w14:textId="650D34CB" w:rsidR="00E1592B" w:rsidRPr="00B03582" w:rsidRDefault="00E1592B">
            <w:pPr>
              <w:spacing w:after="0"/>
              <w:jc w:val="center"/>
              <w:rPr>
                <w:rFonts w:ascii="Arial" w:hAnsi="Arial" w:cs="Arial"/>
                <w:color w:val="auto"/>
                <w:szCs w:val="17"/>
              </w:rPr>
            </w:pPr>
            <w:r w:rsidRPr="00B03582">
              <w:rPr>
                <w:rFonts w:ascii="Arial" w:hAnsi="Arial" w:cs="Arial"/>
                <w:b/>
                <w:color w:val="auto"/>
                <w:szCs w:val="17"/>
              </w:rPr>
              <w:t xml:space="preserve">Required </w:t>
            </w:r>
            <w:proofErr w:type="spellStart"/>
            <w:r w:rsidRPr="00B03582">
              <w:rPr>
                <w:rFonts w:ascii="Arial" w:hAnsi="Arial" w:cs="Arial"/>
                <w:b/>
                <w:color w:val="auto"/>
                <w:szCs w:val="17"/>
              </w:rPr>
              <w:t>Qty</w:t>
            </w:r>
            <w:proofErr w:type="spellEnd"/>
          </w:p>
        </w:tc>
        <w:tc>
          <w:tcPr>
            <w:tcW w:w="959" w:type="dxa"/>
            <w:tcMar>
              <w:top w:w="55" w:type="dxa"/>
              <w:left w:w="50" w:type="dxa"/>
              <w:bottom w:w="55" w:type="dxa"/>
              <w:right w:w="50" w:type="dxa"/>
            </w:tcMar>
          </w:tcPr>
          <w:p w14:paraId="5CD81A71" w14:textId="77777777" w:rsidR="00E1592B" w:rsidRPr="00B03582" w:rsidRDefault="00E1592B">
            <w:pPr>
              <w:spacing w:after="0"/>
              <w:jc w:val="center"/>
              <w:rPr>
                <w:rFonts w:ascii="Arial" w:hAnsi="Arial" w:cs="Arial"/>
                <w:color w:val="auto"/>
                <w:szCs w:val="17"/>
              </w:rPr>
            </w:pPr>
            <w:r w:rsidRPr="00B03582">
              <w:rPr>
                <w:rFonts w:ascii="Arial" w:hAnsi="Arial" w:cs="Arial"/>
                <w:b/>
                <w:color w:val="auto"/>
                <w:szCs w:val="17"/>
              </w:rPr>
              <w:t>UOM</w:t>
            </w:r>
          </w:p>
        </w:tc>
      </w:tr>
      <w:tr w:rsidR="00CB1C6E" w:rsidRPr="00B03582" w14:paraId="44936C95" w14:textId="77777777" w:rsidTr="00315009">
        <w:tc>
          <w:tcPr>
            <w:tcW w:w="609" w:type="dxa"/>
            <w:shd w:val="clear" w:color="auto" w:fill="FAFAFA"/>
            <w:tcMar>
              <w:top w:w="50" w:type="dxa"/>
              <w:left w:w="50" w:type="dxa"/>
              <w:bottom w:w="50" w:type="dxa"/>
              <w:right w:w="50" w:type="dxa"/>
            </w:tcMar>
          </w:tcPr>
          <w:p w14:paraId="394C9A75" w14:textId="56554390" w:rsidR="00CB1C6E" w:rsidRPr="00487D57" w:rsidRDefault="00CB1C6E" w:rsidP="00CB1C6E">
            <w:pPr>
              <w:spacing w:after="0"/>
              <w:jc w:val="center"/>
              <w:rPr>
                <w:rFonts w:ascii="Arial" w:hAnsi="Arial" w:cs="Arial"/>
                <w:color w:val="auto"/>
                <w:szCs w:val="17"/>
              </w:rPr>
            </w:pPr>
            <w:r>
              <w:rPr>
                <w:rFonts w:ascii="Arial" w:hAnsi="Arial" w:cs="Arial"/>
                <w:color w:val="auto"/>
                <w:szCs w:val="17"/>
              </w:rPr>
              <w:t>1</w:t>
            </w:r>
          </w:p>
        </w:tc>
        <w:tc>
          <w:tcPr>
            <w:tcW w:w="3703" w:type="dxa"/>
            <w:shd w:val="clear" w:color="auto" w:fill="auto"/>
            <w:tcMar>
              <w:top w:w="50" w:type="dxa"/>
              <w:left w:w="50" w:type="dxa"/>
              <w:bottom w:w="50" w:type="dxa"/>
              <w:right w:w="50" w:type="dxa"/>
            </w:tcMar>
            <w:vAlign w:val="center"/>
          </w:tcPr>
          <w:p w14:paraId="4ACE3AF1" w14:textId="58F491C4" w:rsidR="00CB1C6E" w:rsidRPr="00B03582" w:rsidRDefault="00CB1C6E" w:rsidP="00CB1C6E">
            <w:pPr>
              <w:spacing w:after="0"/>
              <w:rPr>
                <w:rFonts w:ascii="Arial" w:hAnsi="Arial" w:cs="Arial"/>
                <w:color w:val="auto"/>
                <w:szCs w:val="17"/>
              </w:rPr>
            </w:pPr>
            <w:r>
              <w:rPr>
                <w:color w:val="000000"/>
                <w:sz w:val="20"/>
                <w:szCs w:val="20"/>
              </w:rPr>
              <w:t>DMM Battery</w:t>
            </w:r>
          </w:p>
        </w:tc>
        <w:tc>
          <w:tcPr>
            <w:tcW w:w="4266" w:type="dxa"/>
            <w:shd w:val="clear" w:color="auto" w:fill="auto"/>
            <w:vAlign w:val="center"/>
          </w:tcPr>
          <w:p w14:paraId="26E6D59B" w14:textId="3988F7CD" w:rsidR="00CB1C6E" w:rsidRPr="00B03582" w:rsidRDefault="00CB1C6E" w:rsidP="00CB1C6E">
            <w:pPr>
              <w:spacing w:after="0"/>
              <w:rPr>
                <w:rFonts w:ascii="Arial" w:hAnsi="Arial" w:cs="Arial"/>
                <w:color w:val="auto"/>
                <w:szCs w:val="17"/>
              </w:rPr>
            </w:pPr>
            <w:r>
              <w:rPr>
                <w:color w:val="000000"/>
                <w:sz w:val="20"/>
                <w:szCs w:val="20"/>
              </w:rPr>
              <w:t>9V</w:t>
            </w:r>
          </w:p>
        </w:tc>
        <w:tc>
          <w:tcPr>
            <w:tcW w:w="1204" w:type="dxa"/>
            <w:shd w:val="clear" w:color="auto" w:fill="auto"/>
            <w:tcMar>
              <w:top w:w="50" w:type="dxa"/>
              <w:left w:w="50" w:type="dxa"/>
              <w:bottom w:w="50" w:type="dxa"/>
              <w:right w:w="50" w:type="dxa"/>
            </w:tcMar>
            <w:vAlign w:val="center"/>
          </w:tcPr>
          <w:p w14:paraId="64B8117B" w14:textId="5B558321" w:rsidR="00CB1C6E" w:rsidRPr="00B03582" w:rsidRDefault="00CB1C6E" w:rsidP="00CB1C6E">
            <w:pPr>
              <w:spacing w:after="0"/>
              <w:rPr>
                <w:rFonts w:ascii="Arial" w:hAnsi="Arial" w:cs="Arial"/>
                <w:color w:val="auto"/>
                <w:szCs w:val="17"/>
              </w:rPr>
            </w:pPr>
            <w:r>
              <w:rPr>
                <w:color w:val="000000"/>
                <w:sz w:val="20"/>
                <w:szCs w:val="20"/>
              </w:rPr>
              <w:t>60</w:t>
            </w:r>
          </w:p>
        </w:tc>
        <w:tc>
          <w:tcPr>
            <w:tcW w:w="959" w:type="dxa"/>
            <w:shd w:val="clear" w:color="auto" w:fill="FAFAFA"/>
            <w:tcMar>
              <w:top w:w="50" w:type="dxa"/>
              <w:left w:w="50" w:type="dxa"/>
              <w:bottom w:w="50" w:type="dxa"/>
              <w:right w:w="50" w:type="dxa"/>
            </w:tcMar>
            <w:vAlign w:val="center"/>
          </w:tcPr>
          <w:p w14:paraId="04838509" w14:textId="3F4B548A" w:rsidR="00CB1C6E" w:rsidRPr="00B03582" w:rsidRDefault="00CB1C6E" w:rsidP="00CB1C6E">
            <w:pPr>
              <w:spacing w:after="0"/>
              <w:rPr>
                <w:rFonts w:ascii="Arial" w:hAnsi="Arial" w:cs="Arial"/>
                <w:color w:val="auto"/>
                <w:szCs w:val="17"/>
              </w:rPr>
            </w:pPr>
            <w:r>
              <w:rPr>
                <w:color w:val="000000"/>
                <w:sz w:val="20"/>
                <w:szCs w:val="20"/>
              </w:rPr>
              <w:t>Nos</w:t>
            </w:r>
          </w:p>
        </w:tc>
      </w:tr>
      <w:tr w:rsidR="00CB1C6E" w:rsidRPr="00B03582" w14:paraId="02DD5CE4" w14:textId="77777777" w:rsidTr="00315009">
        <w:tc>
          <w:tcPr>
            <w:tcW w:w="609" w:type="dxa"/>
            <w:shd w:val="clear" w:color="auto" w:fill="FAFAFA"/>
            <w:tcMar>
              <w:top w:w="50" w:type="dxa"/>
              <w:left w:w="50" w:type="dxa"/>
              <w:bottom w:w="50" w:type="dxa"/>
              <w:right w:w="50" w:type="dxa"/>
            </w:tcMar>
          </w:tcPr>
          <w:p w14:paraId="76ADC9F8" w14:textId="200DCAEC" w:rsidR="00CB1C6E" w:rsidRPr="00EF1EED" w:rsidRDefault="00CB1C6E" w:rsidP="00CB1C6E">
            <w:pPr>
              <w:spacing w:after="0"/>
              <w:jc w:val="center"/>
              <w:rPr>
                <w:rFonts w:ascii="Arial" w:hAnsi="Arial" w:cs="Arial"/>
                <w:color w:val="auto"/>
                <w:szCs w:val="17"/>
              </w:rPr>
            </w:pPr>
            <w:r w:rsidRPr="00EF1EED">
              <w:rPr>
                <w:rFonts w:ascii="Arial" w:hAnsi="Arial" w:cs="Arial"/>
                <w:color w:val="auto"/>
                <w:szCs w:val="17"/>
              </w:rPr>
              <w:t>2</w:t>
            </w:r>
          </w:p>
        </w:tc>
        <w:tc>
          <w:tcPr>
            <w:tcW w:w="3703" w:type="dxa"/>
            <w:shd w:val="clear" w:color="auto" w:fill="auto"/>
            <w:tcMar>
              <w:top w:w="50" w:type="dxa"/>
              <w:left w:w="50" w:type="dxa"/>
              <w:bottom w:w="50" w:type="dxa"/>
              <w:right w:w="50" w:type="dxa"/>
            </w:tcMar>
            <w:vAlign w:val="center"/>
          </w:tcPr>
          <w:p w14:paraId="042A2782" w14:textId="56974704" w:rsidR="00CB1C6E" w:rsidRPr="00B03582" w:rsidRDefault="00CB1C6E" w:rsidP="00CB1C6E">
            <w:pPr>
              <w:spacing w:after="0"/>
              <w:rPr>
                <w:rFonts w:ascii="Arial" w:hAnsi="Arial" w:cs="Arial"/>
                <w:color w:val="auto"/>
                <w:szCs w:val="17"/>
              </w:rPr>
            </w:pPr>
            <w:r>
              <w:rPr>
                <w:color w:val="000000"/>
                <w:sz w:val="20"/>
                <w:szCs w:val="20"/>
              </w:rPr>
              <w:t>PCB Board</w:t>
            </w:r>
          </w:p>
        </w:tc>
        <w:tc>
          <w:tcPr>
            <w:tcW w:w="4266" w:type="dxa"/>
            <w:shd w:val="clear" w:color="auto" w:fill="auto"/>
            <w:vAlign w:val="center"/>
          </w:tcPr>
          <w:p w14:paraId="2FE10FCD" w14:textId="048C529A" w:rsidR="00CB1C6E" w:rsidRPr="00B03582" w:rsidRDefault="00CB1C6E" w:rsidP="00CB1C6E">
            <w:pPr>
              <w:spacing w:after="0"/>
              <w:rPr>
                <w:rFonts w:ascii="Arial" w:hAnsi="Arial" w:cs="Arial"/>
                <w:color w:val="auto"/>
                <w:szCs w:val="17"/>
              </w:rPr>
            </w:pPr>
            <w:r>
              <w:rPr>
                <w:color w:val="000000"/>
                <w:sz w:val="20"/>
                <w:szCs w:val="20"/>
              </w:rPr>
              <w:t>12*12 inch</w:t>
            </w:r>
          </w:p>
        </w:tc>
        <w:tc>
          <w:tcPr>
            <w:tcW w:w="1204" w:type="dxa"/>
            <w:shd w:val="clear" w:color="auto" w:fill="auto"/>
            <w:tcMar>
              <w:top w:w="50" w:type="dxa"/>
              <w:left w:w="50" w:type="dxa"/>
              <w:bottom w:w="50" w:type="dxa"/>
              <w:right w:w="50" w:type="dxa"/>
            </w:tcMar>
            <w:vAlign w:val="center"/>
          </w:tcPr>
          <w:p w14:paraId="603A55CE" w14:textId="7A946C1D" w:rsidR="00CB1C6E" w:rsidRPr="00B03582" w:rsidRDefault="00CB1C6E" w:rsidP="00CB1C6E">
            <w:pPr>
              <w:spacing w:after="0"/>
              <w:rPr>
                <w:rFonts w:ascii="Arial" w:hAnsi="Arial" w:cs="Arial"/>
                <w:color w:val="auto"/>
                <w:szCs w:val="17"/>
              </w:rPr>
            </w:pPr>
            <w:r>
              <w:rPr>
                <w:color w:val="000000"/>
                <w:sz w:val="20"/>
                <w:szCs w:val="20"/>
              </w:rPr>
              <w:t>10</w:t>
            </w:r>
          </w:p>
        </w:tc>
        <w:tc>
          <w:tcPr>
            <w:tcW w:w="959" w:type="dxa"/>
            <w:shd w:val="clear" w:color="auto" w:fill="FAFAFA"/>
            <w:tcMar>
              <w:top w:w="50" w:type="dxa"/>
              <w:left w:w="50" w:type="dxa"/>
              <w:bottom w:w="50" w:type="dxa"/>
              <w:right w:w="50" w:type="dxa"/>
            </w:tcMar>
            <w:vAlign w:val="center"/>
          </w:tcPr>
          <w:p w14:paraId="38FAA6CA" w14:textId="47F71111" w:rsidR="00CB1C6E" w:rsidRPr="00B03582" w:rsidRDefault="00CB1C6E" w:rsidP="00CB1C6E">
            <w:pPr>
              <w:spacing w:after="0"/>
              <w:rPr>
                <w:rFonts w:ascii="Arial" w:hAnsi="Arial" w:cs="Arial"/>
                <w:color w:val="auto"/>
                <w:szCs w:val="17"/>
              </w:rPr>
            </w:pPr>
            <w:r>
              <w:rPr>
                <w:color w:val="000000"/>
                <w:sz w:val="20"/>
                <w:szCs w:val="20"/>
              </w:rPr>
              <w:t>Sheets</w:t>
            </w:r>
          </w:p>
        </w:tc>
      </w:tr>
      <w:tr w:rsidR="00CB1C6E" w:rsidRPr="00B03582" w14:paraId="7B5AC0A0" w14:textId="77777777" w:rsidTr="00315009">
        <w:tc>
          <w:tcPr>
            <w:tcW w:w="609" w:type="dxa"/>
            <w:shd w:val="clear" w:color="auto" w:fill="FAFAFA"/>
            <w:tcMar>
              <w:top w:w="50" w:type="dxa"/>
              <w:left w:w="50" w:type="dxa"/>
              <w:bottom w:w="50" w:type="dxa"/>
              <w:right w:w="50" w:type="dxa"/>
            </w:tcMar>
          </w:tcPr>
          <w:p w14:paraId="0CB635F0" w14:textId="54B7FAA7" w:rsidR="00CB1C6E" w:rsidRPr="00487D57" w:rsidRDefault="00CB1C6E" w:rsidP="00CB1C6E">
            <w:pPr>
              <w:spacing w:after="0"/>
              <w:ind w:left="90"/>
              <w:jc w:val="center"/>
              <w:rPr>
                <w:rFonts w:ascii="Arial" w:hAnsi="Arial" w:cs="Arial"/>
                <w:color w:val="auto"/>
                <w:szCs w:val="17"/>
              </w:rPr>
            </w:pPr>
            <w:r>
              <w:rPr>
                <w:rFonts w:ascii="Arial" w:hAnsi="Arial" w:cs="Arial"/>
                <w:color w:val="auto"/>
                <w:szCs w:val="17"/>
              </w:rPr>
              <w:t>3</w:t>
            </w:r>
          </w:p>
        </w:tc>
        <w:tc>
          <w:tcPr>
            <w:tcW w:w="3703" w:type="dxa"/>
            <w:shd w:val="clear" w:color="auto" w:fill="auto"/>
            <w:tcMar>
              <w:top w:w="50" w:type="dxa"/>
              <w:left w:w="50" w:type="dxa"/>
              <w:bottom w:w="50" w:type="dxa"/>
              <w:right w:w="50" w:type="dxa"/>
            </w:tcMar>
            <w:vAlign w:val="center"/>
          </w:tcPr>
          <w:p w14:paraId="453FE3CC" w14:textId="164991E0" w:rsidR="00CB1C6E" w:rsidRPr="00B03582" w:rsidRDefault="00CB1C6E" w:rsidP="00CB1C6E">
            <w:pPr>
              <w:spacing w:after="0"/>
              <w:rPr>
                <w:rFonts w:ascii="Arial" w:hAnsi="Arial" w:cs="Arial"/>
                <w:color w:val="auto"/>
                <w:szCs w:val="17"/>
              </w:rPr>
            </w:pPr>
            <w:r>
              <w:rPr>
                <w:color w:val="000000"/>
                <w:sz w:val="20"/>
                <w:szCs w:val="20"/>
              </w:rPr>
              <w:t>Soldering Iron</w:t>
            </w:r>
          </w:p>
        </w:tc>
        <w:tc>
          <w:tcPr>
            <w:tcW w:w="4266" w:type="dxa"/>
            <w:shd w:val="clear" w:color="auto" w:fill="auto"/>
            <w:vAlign w:val="center"/>
          </w:tcPr>
          <w:p w14:paraId="623B4CEA" w14:textId="1F6DED22" w:rsidR="00CB1C6E" w:rsidRPr="00B03582" w:rsidRDefault="008F1A1C" w:rsidP="00CB1C6E">
            <w:pPr>
              <w:spacing w:after="0"/>
              <w:rPr>
                <w:rFonts w:ascii="Arial" w:hAnsi="Arial" w:cs="Arial"/>
                <w:color w:val="auto"/>
                <w:szCs w:val="17"/>
              </w:rPr>
            </w:pPr>
            <w:hyperlink r:id="rId6" w:history="1">
              <w:r w:rsidR="00CB1C6E">
                <w:rPr>
                  <w:rStyle w:val="Hyperlink"/>
                  <w:color w:val="000000"/>
                  <w:sz w:val="20"/>
                  <w:szCs w:val="20"/>
                </w:rPr>
                <w:t xml:space="preserve">30Watt </w:t>
              </w:r>
              <w:proofErr w:type="spellStart"/>
              <w:r w:rsidR="00CB1C6E">
                <w:rPr>
                  <w:rStyle w:val="Hyperlink"/>
                  <w:color w:val="000000"/>
                  <w:sz w:val="20"/>
                  <w:szCs w:val="20"/>
                </w:rPr>
                <w:t>Goot</w:t>
              </w:r>
              <w:proofErr w:type="spellEnd"/>
              <w:r w:rsidR="00CB1C6E">
                <w:rPr>
                  <w:rStyle w:val="Hyperlink"/>
                  <w:color w:val="000000"/>
                  <w:sz w:val="20"/>
                  <w:szCs w:val="20"/>
                </w:rPr>
                <w:t xml:space="preserve"> Original</w:t>
              </w:r>
            </w:hyperlink>
          </w:p>
        </w:tc>
        <w:tc>
          <w:tcPr>
            <w:tcW w:w="1204" w:type="dxa"/>
            <w:shd w:val="clear" w:color="auto" w:fill="auto"/>
            <w:tcMar>
              <w:top w:w="50" w:type="dxa"/>
              <w:left w:w="50" w:type="dxa"/>
              <w:bottom w:w="50" w:type="dxa"/>
              <w:right w:w="50" w:type="dxa"/>
            </w:tcMar>
            <w:vAlign w:val="center"/>
          </w:tcPr>
          <w:p w14:paraId="3F12D802" w14:textId="2B04A0A7" w:rsidR="00CB1C6E" w:rsidRPr="00B03582" w:rsidRDefault="00CB1C6E" w:rsidP="00CB1C6E">
            <w:pPr>
              <w:spacing w:after="0"/>
              <w:rPr>
                <w:rFonts w:ascii="Arial" w:hAnsi="Arial" w:cs="Arial"/>
                <w:color w:val="auto"/>
                <w:szCs w:val="17"/>
              </w:rPr>
            </w:pPr>
            <w:r>
              <w:rPr>
                <w:color w:val="000000"/>
                <w:sz w:val="20"/>
                <w:szCs w:val="20"/>
              </w:rPr>
              <w:t>10</w:t>
            </w:r>
          </w:p>
        </w:tc>
        <w:tc>
          <w:tcPr>
            <w:tcW w:w="959" w:type="dxa"/>
            <w:shd w:val="clear" w:color="auto" w:fill="FAFAFA"/>
            <w:tcMar>
              <w:top w:w="50" w:type="dxa"/>
              <w:left w:w="50" w:type="dxa"/>
              <w:bottom w:w="50" w:type="dxa"/>
              <w:right w:w="50" w:type="dxa"/>
            </w:tcMar>
            <w:vAlign w:val="center"/>
          </w:tcPr>
          <w:p w14:paraId="50F5A8D4" w14:textId="6C569855" w:rsidR="00CB1C6E" w:rsidRPr="00B03582" w:rsidRDefault="00CB1C6E" w:rsidP="00CB1C6E">
            <w:pPr>
              <w:spacing w:after="0"/>
              <w:rPr>
                <w:rFonts w:ascii="Arial" w:hAnsi="Arial" w:cs="Arial"/>
                <w:color w:val="auto"/>
                <w:szCs w:val="17"/>
              </w:rPr>
            </w:pPr>
            <w:r>
              <w:rPr>
                <w:color w:val="000000"/>
                <w:sz w:val="20"/>
                <w:szCs w:val="20"/>
              </w:rPr>
              <w:t>Nos</w:t>
            </w:r>
          </w:p>
        </w:tc>
      </w:tr>
      <w:tr w:rsidR="00CB1C6E" w:rsidRPr="00B03582" w14:paraId="3F88E215" w14:textId="77777777" w:rsidTr="00315009">
        <w:tc>
          <w:tcPr>
            <w:tcW w:w="609" w:type="dxa"/>
            <w:shd w:val="clear" w:color="auto" w:fill="FAFAFA"/>
            <w:tcMar>
              <w:top w:w="50" w:type="dxa"/>
              <w:left w:w="50" w:type="dxa"/>
              <w:bottom w:w="50" w:type="dxa"/>
              <w:right w:w="50" w:type="dxa"/>
            </w:tcMar>
          </w:tcPr>
          <w:p w14:paraId="192229E9" w14:textId="3117A8EB" w:rsidR="00CB1C6E" w:rsidRPr="00487D57" w:rsidRDefault="00CB1C6E" w:rsidP="00CB1C6E">
            <w:pPr>
              <w:spacing w:after="0"/>
              <w:ind w:left="90"/>
              <w:jc w:val="center"/>
              <w:rPr>
                <w:rFonts w:ascii="Arial" w:hAnsi="Arial" w:cs="Arial"/>
                <w:color w:val="auto"/>
                <w:szCs w:val="17"/>
              </w:rPr>
            </w:pPr>
            <w:r>
              <w:rPr>
                <w:rFonts w:ascii="Arial" w:hAnsi="Arial" w:cs="Arial"/>
                <w:color w:val="auto"/>
                <w:szCs w:val="17"/>
              </w:rPr>
              <w:t>4</w:t>
            </w:r>
          </w:p>
        </w:tc>
        <w:tc>
          <w:tcPr>
            <w:tcW w:w="3703" w:type="dxa"/>
            <w:shd w:val="clear" w:color="auto" w:fill="auto"/>
            <w:tcMar>
              <w:top w:w="50" w:type="dxa"/>
              <w:left w:w="50" w:type="dxa"/>
              <w:bottom w:w="50" w:type="dxa"/>
              <w:right w:w="50" w:type="dxa"/>
            </w:tcMar>
            <w:vAlign w:val="center"/>
          </w:tcPr>
          <w:p w14:paraId="4EAEA044" w14:textId="572EF203" w:rsidR="00CB1C6E" w:rsidRPr="00B03582" w:rsidRDefault="00CB1C6E" w:rsidP="00CB1C6E">
            <w:pPr>
              <w:spacing w:after="0"/>
              <w:rPr>
                <w:rFonts w:ascii="Arial" w:hAnsi="Arial" w:cs="Arial"/>
                <w:color w:val="auto"/>
                <w:szCs w:val="17"/>
              </w:rPr>
            </w:pPr>
            <w:r>
              <w:rPr>
                <w:color w:val="000000"/>
                <w:sz w:val="20"/>
                <w:szCs w:val="20"/>
              </w:rPr>
              <w:t>Soldering Bit</w:t>
            </w:r>
          </w:p>
        </w:tc>
        <w:tc>
          <w:tcPr>
            <w:tcW w:w="4266" w:type="dxa"/>
            <w:shd w:val="clear" w:color="auto" w:fill="auto"/>
            <w:vAlign w:val="center"/>
          </w:tcPr>
          <w:p w14:paraId="3865B1AE" w14:textId="3F0753ED" w:rsidR="00CB1C6E" w:rsidRPr="00B03582" w:rsidRDefault="00CB1C6E" w:rsidP="00CB1C6E">
            <w:pPr>
              <w:spacing w:after="0"/>
              <w:rPr>
                <w:rFonts w:ascii="Arial" w:hAnsi="Arial" w:cs="Arial"/>
                <w:color w:val="auto"/>
                <w:szCs w:val="17"/>
              </w:rPr>
            </w:pPr>
            <w:r>
              <w:rPr>
                <w:color w:val="000000"/>
                <w:sz w:val="20"/>
                <w:szCs w:val="20"/>
              </w:rPr>
              <w:t>30 Watt</w:t>
            </w:r>
          </w:p>
        </w:tc>
        <w:tc>
          <w:tcPr>
            <w:tcW w:w="1204" w:type="dxa"/>
            <w:shd w:val="clear" w:color="auto" w:fill="auto"/>
            <w:tcMar>
              <w:top w:w="50" w:type="dxa"/>
              <w:left w:w="50" w:type="dxa"/>
              <w:bottom w:w="50" w:type="dxa"/>
              <w:right w:w="50" w:type="dxa"/>
            </w:tcMar>
            <w:vAlign w:val="center"/>
          </w:tcPr>
          <w:p w14:paraId="1C473BA1" w14:textId="6B93F3EB" w:rsidR="00CB1C6E" w:rsidRPr="00B03582" w:rsidRDefault="00CB1C6E" w:rsidP="00CB1C6E">
            <w:pPr>
              <w:spacing w:after="0"/>
              <w:rPr>
                <w:rFonts w:ascii="Arial" w:hAnsi="Arial" w:cs="Arial"/>
                <w:color w:val="auto"/>
                <w:szCs w:val="17"/>
              </w:rPr>
            </w:pPr>
            <w:r>
              <w:rPr>
                <w:color w:val="000000"/>
                <w:sz w:val="20"/>
                <w:szCs w:val="20"/>
              </w:rPr>
              <w:t>16</w:t>
            </w:r>
          </w:p>
        </w:tc>
        <w:tc>
          <w:tcPr>
            <w:tcW w:w="959" w:type="dxa"/>
            <w:shd w:val="clear" w:color="auto" w:fill="FAFAFA"/>
            <w:tcMar>
              <w:top w:w="50" w:type="dxa"/>
              <w:left w:w="50" w:type="dxa"/>
              <w:bottom w:w="50" w:type="dxa"/>
              <w:right w:w="50" w:type="dxa"/>
            </w:tcMar>
            <w:vAlign w:val="center"/>
          </w:tcPr>
          <w:p w14:paraId="73C74AAE" w14:textId="511EE8F1" w:rsidR="00CB1C6E" w:rsidRPr="00B03582" w:rsidRDefault="00CB1C6E" w:rsidP="00CB1C6E">
            <w:pPr>
              <w:spacing w:after="0"/>
              <w:rPr>
                <w:rFonts w:ascii="Arial" w:hAnsi="Arial" w:cs="Arial"/>
                <w:color w:val="auto"/>
                <w:szCs w:val="17"/>
              </w:rPr>
            </w:pPr>
            <w:r>
              <w:rPr>
                <w:color w:val="000000"/>
                <w:sz w:val="20"/>
                <w:szCs w:val="20"/>
              </w:rPr>
              <w:t>Nos</w:t>
            </w:r>
          </w:p>
        </w:tc>
      </w:tr>
      <w:tr w:rsidR="00CB1C6E" w:rsidRPr="00B03582" w14:paraId="5C374CA6" w14:textId="77777777" w:rsidTr="00315009">
        <w:tc>
          <w:tcPr>
            <w:tcW w:w="609" w:type="dxa"/>
            <w:shd w:val="clear" w:color="auto" w:fill="FAFAFA"/>
            <w:tcMar>
              <w:top w:w="50" w:type="dxa"/>
              <w:left w:w="50" w:type="dxa"/>
              <w:bottom w:w="50" w:type="dxa"/>
              <w:right w:w="50" w:type="dxa"/>
            </w:tcMar>
          </w:tcPr>
          <w:p w14:paraId="22409DA8" w14:textId="73B80773" w:rsidR="00CB1C6E" w:rsidRPr="00487D57" w:rsidRDefault="00CB1C6E" w:rsidP="00CB1C6E">
            <w:pPr>
              <w:spacing w:after="0"/>
              <w:ind w:left="90"/>
              <w:jc w:val="center"/>
              <w:rPr>
                <w:rFonts w:ascii="Arial" w:hAnsi="Arial" w:cs="Arial"/>
                <w:color w:val="auto"/>
                <w:szCs w:val="17"/>
              </w:rPr>
            </w:pPr>
            <w:r>
              <w:rPr>
                <w:rFonts w:ascii="Arial" w:hAnsi="Arial" w:cs="Arial"/>
                <w:color w:val="auto"/>
                <w:szCs w:val="17"/>
              </w:rPr>
              <w:t>5</w:t>
            </w:r>
          </w:p>
        </w:tc>
        <w:tc>
          <w:tcPr>
            <w:tcW w:w="3703" w:type="dxa"/>
            <w:shd w:val="clear" w:color="auto" w:fill="auto"/>
            <w:tcMar>
              <w:top w:w="50" w:type="dxa"/>
              <w:left w:w="50" w:type="dxa"/>
              <w:bottom w:w="50" w:type="dxa"/>
              <w:right w:w="50" w:type="dxa"/>
            </w:tcMar>
            <w:vAlign w:val="center"/>
          </w:tcPr>
          <w:p w14:paraId="23ED07A1" w14:textId="172B8816" w:rsidR="00CB1C6E" w:rsidRPr="00B03582" w:rsidRDefault="00CB1C6E" w:rsidP="00CB1C6E">
            <w:pPr>
              <w:spacing w:after="0"/>
              <w:rPr>
                <w:rFonts w:ascii="Arial" w:hAnsi="Arial" w:cs="Arial"/>
                <w:color w:val="auto"/>
                <w:szCs w:val="17"/>
              </w:rPr>
            </w:pPr>
            <w:r>
              <w:rPr>
                <w:color w:val="000000"/>
                <w:sz w:val="20"/>
                <w:szCs w:val="20"/>
              </w:rPr>
              <w:t>Mouse Dell</w:t>
            </w:r>
          </w:p>
        </w:tc>
        <w:tc>
          <w:tcPr>
            <w:tcW w:w="4266" w:type="dxa"/>
            <w:shd w:val="clear" w:color="auto" w:fill="auto"/>
            <w:vAlign w:val="center"/>
          </w:tcPr>
          <w:p w14:paraId="28958587" w14:textId="7C10776D" w:rsidR="00CB1C6E" w:rsidRPr="00B03582" w:rsidRDefault="00CB1C6E" w:rsidP="00CB1C6E">
            <w:pPr>
              <w:spacing w:after="0"/>
              <w:rPr>
                <w:rFonts w:ascii="Arial" w:hAnsi="Arial" w:cs="Arial"/>
                <w:color w:val="auto"/>
                <w:szCs w:val="17"/>
              </w:rPr>
            </w:pPr>
            <w:r>
              <w:rPr>
                <w:color w:val="000000"/>
                <w:sz w:val="20"/>
                <w:szCs w:val="20"/>
              </w:rPr>
              <w:t>Dell</w:t>
            </w:r>
          </w:p>
        </w:tc>
        <w:tc>
          <w:tcPr>
            <w:tcW w:w="1204" w:type="dxa"/>
            <w:shd w:val="clear" w:color="auto" w:fill="auto"/>
            <w:tcMar>
              <w:top w:w="50" w:type="dxa"/>
              <w:left w:w="50" w:type="dxa"/>
              <w:bottom w:w="50" w:type="dxa"/>
              <w:right w:w="50" w:type="dxa"/>
            </w:tcMar>
            <w:vAlign w:val="center"/>
          </w:tcPr>
          <w:p w14:paraId="574A7DE9" w14:textId="260162A1" w:rsidR="00CB1C6E" w:rsidRPr="00B03582" w:rsidRDefault="00CB1C6E" w:rsidP="00CB1C6E">
            <w:pPr>
              <w:spacing w:after="0"/>
              <w:rPr>
                <w:rFonts w:ascii="Arial" w:hAnsi="Arial" w:cs="Arial"/>
                <w:color w:val="auto"/>
                <w:szCs w:val="17"/>
              </w:rPr>
            </w:pPr>
            <w:r>
              <w:rPr>
                <w:color w:val="000000"/>
                <w:sz w:val="20"/>
                <w:szCs w:val="20"/>
              </w:rPr>
              <w:t>30</w:t>
            </w:r>
          </w:p>
        </w:tc>
        <w:tc>
          <w:tcPr>
            <w:tcW w:w="959" w:type="dxa"/>
            <w:shd w:val="clear" w:color="auto" w:fill="FAFAFA"/>
            <w:tcMar>
              <w:top w:w="50" w:type="dxa"/>
              <w:left w:w="50" w:type="dxa"/>
              <w:bottom w:w="50" w:type="dxa"/>
              <w:right w:w="50" w:type="dxa"/>
            </w:tcMar>
            <w:vAlign w:val="center"/>
          </w:tcPr>
          <w:p w14:paraId="5FCD25FD" w14:textId="29DB4D54" w:rsidR="00CB1C6E" w:rsidRPr="00B03582" w:rsidRDefault="00CB1C6E" w:rsidP="00CB1C6E">
            <w:pPr>
              <w:spacing w:after="0"/>
              <w:rPr>
                <w:rFonts w:ascii="Arial" w:hAnsi="Arial" w:cs="Arial"/>
                <w:color w:val="auto"/>
                <w:szCs w:val="17"/>
              </w:rPr>
            </w:pPr>
            <w:r>
              <w:rPr>
                <w:color w:val="000000"/>
                <w:sz w:val="20"/>
                <w:szCs w:val="20"/>
              </w:rPr>
              <w:t>Nos</w:t>
            </w:r>
          </w:p>
        </w:tc>
      </w:tr>
      <w:tr w:rsidR="00CB1C6E" w:rsidRPr="00B03582" w14:paraId="1FF5DE26" w14:textId="77777777" w:rsidTr="00315009">
        <w:tc>
          <w:tcPr>
            <w:tcW w:w="609" w:type="dxa"/>
            <w:shd w:val="clear" w:color="auto" w:fill="FAFAFA"/>
            <w:tcMar>
              <w:top w:w="50" w:type="dxa"/>
              <w:left w:w="50" w:type="dxa"/>
              <w:bottom w:w="50" w:type="dxa"/>
              <w:right w:w="50" w:type="dxa"/>
            </w:tcMar>
          </w:tcPr>
          <w:p w14:paraId="062832BC" w14:textId="7602BCF0" w:rsidR="00CB1C6E" w:rsidRPr="00487D57" w:rsidRDefault="00CB1C6E" w:rsidP="00CB1C6E">
            <w:pPr>
              <w:spacing w:after="0"/>
              <w:ind w:left="90"/>
              <w:jc w:val="center"/>
              <w:rPr>
                <w:rFonts w:ascii="Arial" w:hAnsi="Arial" w:cs="Arial"/>
                <w:color w:val="auto"/>
                <w:szCs w:val="17"/>
              </w:rPr>
            </w:pPr>
            <w:r>
              <w:rPr>
                <w:rFonts w:ascii="Arial" w:hAnsi="Arial" w:cs="Arial"/>
                <w:color w:val="auto"/>
                <w:szCs w:val="17"/>
              </w:rPr>
              <w:t>6</w:t>
            </w:r>
          </w:p>
        </w:tc>
        <w:tc>
          <w:tcPr>
            <w:tcW w:w="3703" w:type="dxa"/>
            <w:shd w:val="clear" w:color="auto" w:fill="auto"/>
            <w:tcMar>
              <w:top w:w="50" w:type="dxa"/>
              <w:left w:w="50" w:type="dxa"/>
              <w:bottom w:w="50" w:type="dxa"/>
              <w:right w:w="50" w:type="dxa"/>
            </w:tcMar>
            <w:vAlign w:val="center"/>
          </w:tcPr>
          <w:p w14:paraId="4F2F1C21" w14:textId="1EC27CB9" w:rsidR="00CB1C6E" w:rsidRPr="00B03582" w:rsidRDefault="00CB1C6E" w:rsidP="00CB1C6E">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5834DE21" w14:textId="26377CE1" w:rsidR="00CB1C6E" w:rsidRPr="00B03582" w:rsidRDefault="00CB1C6E" w:rsidP="00CB1C6E">
            <w:pPr>
              <w:spacing w:after="0"/>
              <w:rPr>
                <w:rFonts w:ascii="Arial" w:hAnsi="Arial" w:cs="Arial"/>
                <w:color w:val="auto"/>
                <w:szCs w:val="17"/>
              </w:rPr>
            </w:pPr>
            <w:r>
              <w:rPr>
                <w:color w:val="000000"/>
                <w:sz w:val="20"/>
                <w:szCs w:val="20"/>
              </w:rPr>
              <w:t>1KΩ</w:t>
            </w:r>
          </w:p>
        </w:tc>
        <w:tc>
          <w:tcPr>
            <w:tcW w:w="1204" w:type="dxa"/>
            <w:shd w:val="clear" w:color="auto" w:fill="auto"/>
            <w:tcMar>
              <w:top w:w="50" w:type="dxa"/>
              <w:left w:w="50" w:type="dxa"/>
              <w:bottom w:w="50" w:type="dxa"/>
              <w:right w:w="50" w:type="dxa"/>
            </w:tcMar>
            <w:vAlign w:val="center"/>
          </w:tcPr>
          <w:p w14:paraId="5D5702EA" w14:textId="1E316F77" w:rsidR="00CB1C6E" w:rsidRPr="00B03582" w:rsidRDefault="00CB1C6E" w:rsidP="00CB1C6E">
            <w:pPr>
              <w:spacing w:after="0"/>
              <w:rPr>
                <w:rFonts w:ascii="Arial" w:hAnsi="Arial" w:cs="Arial"/>
                <w:color w:val="auto"/>
                <w:szCs w:val="17"/>
              </w:rPr>
            </w:pPr>
            <w:r>
              <w:rPr>
                <w:color w:val="000000"/>
                <w:sz w:val="20"/>
                <w:szCs w:val="20"/>
              </w:rPr>
              <w:t>1000</w:t>
            </w:r>
          </w:p>
        </w:tc>
        <w:tc>
          <w:tcPr>
            <w:tcW w:w="959" w:type="dxa"/>
            <w:shd w:val="clear" w:color="auto" w:fill="FAFAFA"/>
            <w:tcMar>
              <w:top w:w="50" w:type="dxa"/>
              <w:left w:w="50" w:type="dxa"/>
              <w:bottom w:w="50" w:type="dxa"/>
              <w:right w:w="50" w:type="dxa"/>
            </w:tcMar>
            <w:vAlign w:val="center"/>
          </w:tcPr>
          <w:p w14:paraId="6E17BE8B" w14:textId="5D3258F2" w:rsidR="00CB1C6E" w:rsidRPr="00B03582" w:rsidRDefault="00CB1C6E" w:rsidP="00CB1C6E">
            <w:pPr>
              <w:spacing w:after="0"/>
              <w:rPr>
                <w:rFonts w:ascii="Arial" w:hAnsi="Arial" w:cs="Arial"/>
                <w:color w:val="auto"/>
                <w:szCs w:val="17"/>
              </w:rPr>
            </w:pPr>
            <w:r>
              <w:rPr>
                <w:color w:val="000000"/>
                <w:sz w:val="20"/>
                <w:szCs w:val="20"/>
              </w:rPr>
              <w:t>Nos</w:t>
            </w:r>
          </w:p>
        </w:tc>
      </w:tr>
      <w:tr w:rsidR="00CB1C6E" w:rsidRPr="00B03582" w14:paraId="39A649BA" w14:textId="77777777" w:rsidTr="00315009">
        <w:tc>
          <w:tcPr>
            <w:tcW w:w="609" w:type="dxa"/>
            <w:shd w:val="clear" w:color="auto" w:fill="FAFAFA"/>
            <w:tcMar>
              <w:top w:w="50" w:type="dxa"/>
              <w:left w:w="50" w:type="dxa"/>
              <w:bottom w:w="50" w:type="dxa"/>
              <w:right w:w="50" w:type="dxa"/>
            </w:tcMar>
          </w:tcPr>
          <w:p w14:paraId="37420919" w14:textId="62172E42" w:rsidR="00CB1C6E" w:rsidRPr="00487D57" w:rsidRDefault="00CB1C6E" w:rsidP="00CB1C6E">
            <w:pPr>
              <w:spacing w:after="0"/>
              <w:ind w:left="90"/>
              <w:jc w:val="center"/>
              <w:rPr>
                <w:rFonts w:ascii="Arial" w:hAnsi="Arial" w:cs="Arial"/>
                <w:color w:val="auto"/>
                <w:szCs w:val="17"/>
              </w:rPr>
            </w:pPr>
            <w:r>
              <w:rPr>
                <w:rFonts w:ascii="Arial" w:hAnsi="Arial" w:cs="Arial"/>
                <w:color w:val="auto"/>
                <w:szCs w:val="17"/>
              </w:rPr>
              <w:t>7</w:t>
            </w:r>
          </w:p>
        </w:tc>
        <w:tc>
          <w:tcPr>
            <w:tcW w:w="3703" w:type="dxa"/>
            <w:shd w:val="clear" w:color="auto" w:fill="auto"/>
            <w:tcMar>
              <w:top w:w="50" w:type="dxa"/>
              <w:left w:w="50" w:type="dxa"/>
              <w:bottom w:w="50" w:type="dxa"/>
              <w:right w:w="50" w:type="dxa"/>
            </w:tcMar>
            <w:vAlign w:val="center"/>
          </w:tcPr>
          <w:p w14:paraId="7B63C976" w14:textId="39BE9C01" w:rsidR="00CB1C6E" w:rsidRPr="00B03582" w:rsidRDefault="00CB1C6E" w:rsidP="00CB1C6E">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0252AAFE" w14:textId="6073AB27" w:rsidR="00CB1C6E" w:rsidRPr="00B03582" w:rsidRDefault="00CB1C6E" w:rsidP="00CB1C6E">
            <w:pPr>
              <w:spacing w:after="0"/>
              <w:rPr>
                <w:rFonts w:ascii="Arial" w:hAnsi="Arial" w:cs="Arial"/>
                <w:color w:val="auto"/>
                <w:szCs w:val="17"/>
              </w:rPr>
            </w:pPr>
            <w:r>
              <w:rPr>
                <w:color w:val="000000"/>
                <w:sz w:val="20"/>
                <w:szCs w:val="20"/>
              </w:rPr>
              <w:t>10KΩ</w:t>
            </w:r>
          </w:p>
        </w:tc>
        <w:tc>
          <w:tcPr>
            <w:tcW w:w="1204" w:type="dxa"/>
            <w:shd w:val="clear" w:color="auto" w:fill="auto"/>
            <w:tcMar>
              <w:top w:w="50" w:type="dxa"/>
              <w:left w:w="50" w:type="dxa"/>
              <w:bottom w:w="50" w:type="dxa"/>
              <w:right w:w="50" w:type="dxa"/>
            </w:tcMar>
            <w:vAlign w:val="center"/>
          </w:tcPr>
          <w:p w14:paraId="3E34BBB6" w14:textId="698DEBD0" w:rsidR="00CB1C6E" w:rsidRPr="00B03582" w:rsidRDefault="00CB1C6E" w:rsidP="00CB1C6E">
            <w:pPr>
              <w:spacing w:after="0"/>
              <w:rPr>
                <w:rFonts w:ascii="Arial" w:hAnsi="Arial" w:cs="Arial"/>
                <w:color w:val="auto"/>
                <w:szCs w:val="17"/>
              </w:rPr>
            </w:pPr>
            <w:r>
              <w:rPr>
                <w:color w:val="000000"/>
                <w:sz w:val="20"/>
                <w:szCs w:val="20"/>
              </w:rPr>
              <w:t>1050</w:t>
            </w:r>
          </w:p>
        </w:tc>
        <w:tc>
          <w:tcPr>
            <w:tcW w:w="959" w:type="dxa"/>
            <w:shd w:val="clear" w:color="auto" w:fill="FAFAFA"/>
            <w:tcMar>
              <w:top w:w="50" w:type="dxa"/>
              <w:left w:w="50" w:type="dxa"/>
              <w:bottom w:w="50" w:type="dxa"/>
              <w:right w:w="50" w:type="dxa"/>
            </w:tcMar>
            <w:vAlign w:val="center"/>
          </w:tcPr>
          <w:p w14:paraId="08121B19" w14:textId="6F8B160D" w:rsidR="00CB1C6E" w:rsidRPr="00B03582" w:rsidRDefault="00CB1C6E" w:rsidP="00CB1C6E">
            <w:pPr>
              <w:spacing w:after="0"/>
              <w:rPr>
                <w:rFonts w:ascii="Arial" w:hAnsi="Arial" w:cs="Arial"/>
                <w:color w:val="auto"/>
                <w:szCs w:val="17"/>
              </w:rPr>
            </w:pPr>
            <w:r>
              <w:rPr>
                <w:color w:val="000000"/>
                <w:sz w:val="20"/>
                <w:szCs w:val="20"/>
              </w:rPr>
              <w:t>Nos</w:t>
            </w:r>
          </w:p>
        </w:tc>
      </w:tr>
      <w:tr w:rsidR="002D4E51" w:rsidRPr="00B03582" w14:paraId="48B50B54" w14:textId="77777777" w:rsidTr="00E51CEE">
        <w:tc>
          <w:tcPr>
            <w:tcW w:w="609" w:type="dxa"/>
            <w:shd w:val="clear" w:color="auto" w:fill="FAFAFA"/>
            <w:tcMar>
              <w:top w:w="50" w:type="dxa"/>
              <w:left w:w="50" w:type="dxa"/>
              <w:bottom w:w="50" w:type="dxa"/>
              <w:right w:w="50" w:type="dxa"/>
            </w:tcMar>
          </w:tcPr>
          <w:p w14:paraId="28849C50" w14:textId="2E56898C"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8</w:t>
            </w:r>
          </w:p>
        </w:tc>
        <w:tc>
          <w:tcPr>
            <w:tcW w:w="3703" w:type="dxa"/>
            <w:shd w:val="clear" w:color="auto" w:fill="auto"/>
            <w:tcMar>
              <w:top w:w="50" w:type="dxa"/>
              <w:left w:w="50" w:type="dxa"/>
              <w:bottom w:w="50" w:type="dxa"/>
              <w:right w:w="50" w:type="dxa"/>
            </w:tcMar>
            <w:vAlign w:val="center"/>
          </w:tcPr>
          <w:p w14:paraId="026D7DCF" w14:textId="56ECEDF0" w:rsidR="002D4E51" w:rsidRPr="00B03582" w:rsidRDefault="002D4E51" w:rsidP="002D4E51">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32EDCB58" w14:textId="5A70F856" w:rsidR="002D4E51" w:rsidRPr="00B03582" w:rsidRDefault="002D4E51" w:rsidP="002D4E51">
            <w:pPr>
              <w:spacing w:after="0"/>
              <w:rPr>
                <w:rFonts w:ascii="Arial" w:hAnsi="Arial" w:cs="Arial"/>
                <w:color w:val="auto"/>
                <w:szCs w:val="17"/>
              </w:rPr>
            </w:pPr>
            <w:r>
              <w:rPr>
                <w:color w:val="000000"/>
                <w:sz w:val="20"/>
                <w:szCs w:val="20"/>
              </w:rPr>
              <w:t>2.2KΩ</w:t>
            </w:r>
          </w:p>
        </w:tc>
        <w:tc>
          <w:tcPr>
            <w:tcW w:w="1204" w:type="dxa"/>
            <w:shd w:val="clear" w:color="auto" w:fill="auto"/>
            <w:tcMar>
              <w:top w:w="50" w:type="dxa"/>
              <w:left w:w="50" w:type="dxa"/>
              <w:bottom w:w="50" w:type="dxa"/>
              <w:right w:w="50" w:type="dxa"/>
            </w:tcMar>
            <w:vAlign w:val="center"/>
          </w:tcPr>
          <w:p w14:paraId="3D803262" w14:textId="249331FB" w:rsidR="002D4E51" w:rsidRPr="00B03582" w:rsidRDefault="002D4E51" w:rsidP="002D4E51">
            <w:pPr>
              <w:spacing w:after="0"/>
              <w:rPr>
                <w:rFonts w:ascii="Arial" w:hAnsi="Arial" w:cs="Arial"/>
                <w:color w:val="auto"/>
                <w:szCs w:val="17"/>
              </w:rPr>
            </w:pPr>
            <w:r>
              <w:rPr>
                <w:color w:val="000000"/>
                <w:sz w:val="20"/>
                <w:szCs w:val="20"/>
              </w:rPr>
              <w:t>800</w:t>
            </w:r>
          </w:p>
        </w:tc>
        <w:tc>
          <w:tcPr>
            <w:tcW w:w="959" w:type="dxa"/>
            <w:shd w:val="clear" w:color="auto" w:fill="FAFAFA"/>
            <w:tcMar>
              <w:top w:w="50" w:type="dxa"/>
              <w:left w:w="50" w:type="dxa"/>
              <w:bottom w:w="50" w:type="dxa"/>
              <w:right w:w="50" w:type="dxa"/>
            </w:tcMar>
            <w:vAlign w:val="center"/>
          </w:tcPr>
          <w:p w14:paraId="7A19BEAE" w14:textId="7D136653" w:rsidR="002D4E51" w:rsidRPr="00B03582" w:rsidRDefault="002D4E51" w:rsidP="002D4E51">
            <w:pPr>
              <w:spacing w:after="0"/>
              <w:rPr>
                <w:rFonts w:ascii="Arial" w:hAnsi="Arial" w:cs="Arial"/>
                <w:color w:val="auto"/>
                <w:szCs w:val="17"/>
              </w:rPr>
            </w:pPr>
            <w:r>
              <w:rPr>
                <w:color w:val="000000"/>
                <w:sz w:val="20"/>
                <w:szCs w:val="20"/>
              </w:rPr>
              <w:t>Nos</w:t>
            </w:r>
          </w:p>
        </w:tc>
      </w:tr>
      <w:tr w:rsidR="002D4E51" w:rsidRPr="00B03582" w14:paraId="549F99E2" w14:textId="77777777" w:rsidTr="00E51CEE">
        <w:tc>
          <w:tcPr>
            <w:tcW w:w="609" w:type="dxa"/>
            <w:shd w:val="clear" w:color="auto" w:fill="FAFAFA"/>
            <w:tcMar>
              <w:top w:w="50" w:type="dxa"/>
              <w:left w:w="50" w:type="dxa"/>
              <w:bottom w:w="50" w:type="dxa"/>
              <w:right w:w="50" w:type="dxa"/>
            </w:tcMar>
          </w:tcPr>
          <w:p w14:paraId="607F9251" w14:textId="48E78518"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9</w:t>
            </w:r>
          </w:p>
        </w:tc>
        <w:tc>
          <w:tcPr>
            <w:tcW w:w="3703" w:type="dxa"/>
            <w:shd w:val="clear" w:color="auto" w:fill="auto"/>
            <w:tcMar>
              <w:top w:w="50" w:type="dxa"/>
              <w:left w:w="50" w:type="dxa"/>
              <w:bottom w:w="50" w:type="dxa"/>
              <w:right w:w="50" w:type="dxa"/>
            </w:tcMar>
            <w:vAlign w:val="center"/>
          </w:tcPr>
          <w:p w14:paraId="191D10DC" w14:textId="3AF3E784" w:rsidR="002D4E51" w:rsidRPr="00B03582" w:rsidRDefault="002D4E51" w:rsidP="002D4E51">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4F31B9E6" w14:textId="3A05787D" w:rsidR="002D4E51" w:rsidRPr="00B03582" w:rsidRDefault="002D4E51" w:rsidP="002D4E51">
            <w:pPr>
              <w:spacing w:after="0"/>
              <w:rPr>
                <w:rFonts w:ascii="Arial" w:hAnsi="Arial" w:cs="Arial"/>
                <w:color w:val="auto"/>
                <w:szCs w:val="17"/>
              </w:rPr>
            </w:pPr>
            <w:r>
              <w:rPr>
                <w:color w:val="000000"/>
                <w:sz w:val="20"/>
                <w:szCs w:val="20"/>
              </w:rPr>
              <w:t>12KΩ</w:t>
            </w:r>
          </w:p>
        </w:tc>
        <w:tc>
          <w:tcPr>
            <w:tcW w:w="1204" w:type="dxa"/>
            <w:shd w:val="clear" w:color="auto" w:fill="auto"/>
            <w:tcMar>
              <w:top w:w="50" w:type="dxa"/>
              <w:left w:w="50" w:type="dxa"/>
              <w:bottom w:w="50" w:type="dxa"/>
              <w:right w:w="50" w:type="dxa"/>
            </w:tcMar>
            <w:vAlign w:val="center"/>
          </w:tcPr>
          <w:p w14:paraId="0B1C7CD3" w14:textId="3DF136C3" w:rsidR="002D4E51" w:rsidRPr="00B03582" w:rsidRDefault="002D4E51" w:rsidP="002D4E51">
            <w:pPr>
              <w:spacing w:after="0"/>
              <w:rPr>
                <w:rFonts w:ascii="Arial" w:hAnsi="Arial" w:cs="Arial"/>
                <w:color w:val="auto"/>
                <w:szCs w:val="17"/>
              </w:rPr>
            </w:pPr>
            <w:r>
              <w:rPr>
                <w:color w:val="000000"/>
                <w:sz w:val="20"/>
                <w:szCs w:val="20"/>
              </w:rPr>
              <w:t>500</w:t>
            </w:r>
          </w:p>
        </w:tc>
        <w:tc>
          <w:tcPr>
            <w:tcW w:w="959" w:type="dxa"/>
            <w:shd w:val="clear" w:color="auto" w:fill="FAFAFA"/>
            <w:tcMar>
              <w:top w:w="50" w:type="dxa"/>
              <w:left w:w="50" w:type="dxa"/>
              <w:bottom w:w="50" w:type="dxa"/>
              <w:right w:w="50" w:type="dxa"/>
            </w:tcMar>
            <w:vAlign w:val="center"/>
          </w:tcPr>
          <w:p w14:paraId="5EED6745" w14:textId="6C497A15" w:rsidR="002D4E51" w:rsidRPr="00B03582" w:rsidRDefault="002D4E51" w:rsidP="002D4E51">
            <w:pPr>
              <w:spacing w:after="0"/>
              <w:rPr>
                <w:rFonts w:ascii="Arial" w:hAnsi="Arial" w:cs="Arial"/>
                <w:color w:val="auto"/>
                <w:szCs w:val="17"/>
              </w:rPr>
            </w:pPr>
            <w:r>
              <w:rPr>
                <w:color w:val="000000"/>
                <w:sz w:val="20"/>
                <w:szCs w:val="20"/>
              </w:rPr>
              <w:t>Nos</w:t>
            </w:r>
          </w:p>
        </w:tc>
      </w:tr>
      <w:tr w:rsidR="002D4E51" w:rsidRPr="00B03582" w14:paraId="0CC55DA0" w14:textId="77777777" w:rsidTr="00E51CEE">
        <w:tc>
          <w:tcPr>
            <w:tcW w:w="609" w:type="dxa"/>
            <w:shd w:val="clear" w:color="auto" w:fill="FAFAFA"/>
            <w:tcMar>
              <w:top w:w="50" w:type="dxa"/>
              <w:left w:w="50" w:type="dxa"/>
              <w:bottom w:w="50" w:type="dxa"/>
              <w:right w:w="50" w:type="dxa"/>
            </w:tcMar>
          </w:tcPr>
          <w:p w14:paraId="458E9426" w14:textId="74E9BD43"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10</w:t>
            </w:r>
          </w:p>
        </w:tc>
        <w:tc>
          <w:tcPr>
            <w:tcW w:w="3703" w:type="dxa"/>
            <w:shd w:val="clear" w:color="auto" w:fill="auto"/>
            <w:tcMar>
              <w:top w:w="50" w:type="dxa"/>
              <w:left w:w="50" w:type="dxa"/>
              <w:bottom w:w="50" w:type="dxa"/>
              <w:right w:w="50" w:type="dxa"/>
            </w:tcMar>
            <w:vAlign w:val="center"/>
          </w:tcPr>
          <w:p w14:paraId="09D64828" w14:textId="7EEC1C76" w:rsidR="002D4E51" w:rsidRPr="00B03582" w:rsidRDefault="002D4E51" w:rsidP="002D4E51">
            <w:pPr>
              <w:spacing w:after="0"/>
              <w:rPr>
                <w:rFonts w:ascii="Arial" w:hAnsi="Arial" w:cs="Arial"/>
                <w:color w:val="auto"/>
                <w:szCs w:val="17"/>
              </w:rPr>
            </w:pPr>
            <w:r>
              <w:rPr>
                <w:color w:val="000000"/>
                <w:sz w:val="20"/>
                <w:szCs w:val="20"/>
              </w:rPr>
              <w:t>Sucker (DE soldering)</w:t>
            </w:r>
          </w:p>
        </w:tc>
        <w:tc>
          <w:tcPr>
            <w:tcW w:w="4266" w:type="dxa"/>
            <w:shd w:val="clear" w:color="auto" w:fill="auto"/>
            <w:vAlign w:val="center"/>
          </w:tcPr>
          <w:p w14:paraId="6E786543" w14:textId="430CDEE4" w:rsidR="002D4E51" w:rsidRPr="00B03582" w:rsidRDefault="002D4E51" w:rsidP="002D4E51">
            <w:pPr>
              <w:spacing w:after="0"/>
              <w:rPr>
                <w:rFonts w:ascii="Arial" w:hAnsi="Arial" w:cs="Arial"/>
                <w:color w:val="auto"/>
                <w:szCs w:val="17"/>
              </w:rPr>
            </w:pPr>
            <w:r>
              <w:rPr>
                <w:color w:val="000000"/>
                <w:sz w:val="20"/>
                <w:szCs w:val="20"/>
              </w:rPr>
              <w:t> </w:t>
            </w:r>
          </w:p>
        </w:tc>
        <w:tc>
          <w:tcPr>
            <w:tcW w:w="1204" w:type="dxa"/>
            <w:shd w:val="clear" w:color="auto" w:fill="auto"/>
            <w:tcMar>
              <w:top w:w="50" w:type="dxa"/>
              <w:left w:w="50" w:type="dxa"/>
              <w:bottom w:w="50" w:type="dxa"/>
              <w:right w:w="50" w:type="dxa"/>
            </w:tcMar>
            <w:vAlign w:val="center"/>
          </w:tcPr>
          <w:p w14:paraId="7C9ACB8B" w14:textId="69CEA2BD" w:rsidR="002D4E51" w:rsidRPr="00B03582" w:rsidRDefault="002D4E51" w:rsidP="002D4E51">
            <w:pPr>
              <w:spacing w:after="0"/>
              <w:rPr>
                <w:rFonts w:ascii="Arial" w:hAnsi="Arial" w:cs="Arial"/>
                <w:color w:val="auto"/>
                <w:szCs w:val="17"/>
              </w:rPr>
            </w:pPr>
            <w:r>
              <w:rPr>
                <w:color w:val="000000"/>
                <w:sz w:val="20"/>
                <w:szCs w:val="20"/>
              </w:rPr>
              <w:t>16</w:t>
            </w:r>
          </w:p>
        </w:tc>
        <w:tc>
          <w:tcPr>
            <w:tcW w:w="959" w:type="dxa"/>
            <w:shd w:val="clear" w:color="auto" w:fill="FAFAFA"/>
            <w:tcMar>
              <w:top w:w="50" w:type="dxa"/>
              <w:left w:w="50" w:type="dxa"/>
              <w:bottom w:w="50" w:type="dxa"/>
              <w:right w:w="50" w:type="dxa"/>
            </w:tcMar>
            <w:vAlign w:val="center"/>
          </w:tcPr>
          <w:p w14:paraId="597F895B" w14:textId="59DD6240" w:rsidR="002D4E51" w:rsidRPr="00B03582" w:rsidRDefault="002D4E51" w:rsidP="002D4E51">
            <w:pPr>
              <w:spacing w:after="0"/>
              <w:rPr>
                <w:rFonts w:ascii="Arial" w:hAnsi="Arial" w:cs="Arial"/>
                <w:color w:val="auto"/>
                <w:szCs w:val="17"/>
              </w:rPr>
            </w:pPr>
            <w:r>
              <w:rPr>
                <w:color w:val="000000"/>
                <w:sz w:val="20"/>
                <w:szCs w:val="20"/>
              </w:rPr>
              <w:t>Nos</w:t>
            </w:r>
          </w:p>
        </w:tc>
      </w:tr>
      <w:tr w:rsidR="002D4E51" w:rsidRPr="00B03582" w14:paraId="57DD26C2" w14:textId="77777777" w:rsidTr="00E51CEE">
        <w:tc>
          <w:tcPr>
            <w:tcW w:w="609" w:type="dxa"/>
            <w:shd w:val="clear" w:color="auto" w:fill="FAFAFA"/>
            <w:tcMar>
              <w:top w:w="50" w:type="dxa"/>
              <w:left w:w="50" w:type="dxa"/>
              <w:bottom w:w="50" w:type="dxa"/>
              <w:right w:w="50" w:type="dxa"/>
            </w:tcMar>
          </w:tcPr>
          <w:p w14:paraId="77C979C4" w14:textId="460EA17C"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11</w:t>
            </w:r>
          </w:p>
        </w:tc>
        <w:tc>
          <w:tcPr>
            <w:tcW w:w="3703" w:type="dxa"/>
            <w:shd w:val="clear" w:color="auto" w:fill="auto"/>
            <w:tcMar>
              <w:top w:w="50" w:type="dxa"/>
              <w:left w:w="50" w:type="dxa"/>
              <w:bottom w:w="50" w:type="dxa"/>
              <w:right w:w="50" w:type="dxa"/>
            </w:tcMar>
            <w:vAlign w:val="center"/>
          </w:tcPr>
          <w:p w14:paraId="07513D42" w14:textId="5FCFACC3" w:rsidR="002D4E51" w:rsidRPr="00B03582" w:rsidRDefault="002D4E51" w:rsidP="002D4E51">
            <w:pPr>
              <w:spacing w:after="0"/>
              <w:rPr>
                <w:rFonts w:ascii="Arial" w:hAnsi="Arial" w:cs="Arial"/>
                <w:color w:val="auto"/>
                <w:szCs w:val="17"/>
              </w:rPr>
            </w:pPr>
            <w:r>
              <w:rPr>
                <w:color w:val="000000"/>
                <w:sz w:val="20"/>
                <w:szCs w:val="20"/>
              </w:rPr>
              <w:t>Permanent Marker</w:t>
            </w:r>
          </w:p>
        </w:tc>
        <w:tc>
          <w:tcPr>
            <w:tcW w:w="4266" w:type="dxa"/>
            <w:shd w:val="clear" w:color="auto" w:fill="auto"/>
            <w:vAlign w:val="center"/>
          </w:tcPr>
          <w:p w14:paraId="57094158" w14:textId="064A61B7" w:rsidR="002D4E51" w:rsidRPr="00B03582" w:rsidRDefault="002D4E51" w:rsidP="002D4E51">
            <w:pPr>
              <w:spacing w:after="0"/>
              <w:rPr>
                <w:rFonts w:ascii="Arial" w:hAnsi="Arial" w:cs="Arial"/>
                <w:color w:val="auto"/>
                <w:szCs w:val="17"/>
              </w:rPr>
            </w:pPr>
            <w:r>
              <w:rPr>
                <w:color w:val="000000"/>
                <w:sz w:val="20"/>
                <w:szCs w:val="20"/>
              </w:rPr>
              <w:t> </w:t>
            </w:r>
            <w:r w:rsidR="009C2093">
              <w:rPr>
                <w:color w:val="000000"/>
                <w:sz w:val="20"/>
                <w:szCs w:val="20"/>
              </w:rPr>
              <w:t>Dollar</w:t>
            </w:r>
          </w:p>
        </w:tc>
        <w:tc>
          <w:tcPr>
            <w:tcW w:w="1204" w:type="dxa"/>
            <w:shd w:val="clear" w:color="auto" w:fill="auto"/>
            <w:tcMar>
              <w:top w:w="50" w:type="dxa"/>
              <w:left w:w="50" w:type="dxa"/>
              <w:bottom w:w="50" w:type="dxa"/>
              <w:right w:w="50" w:type="dxa"/>
            </w:tcMar>
            <w:vAlign w:val="center"/>
          </w:tcPr>
          <w:p w14:paraId="52A7B390" w14:textId="37462CF0" w:rsidR="002D4E51" w:rsidRPr="00B03582" w:rsidRDefault="002D4E51" w:rsidP="002D4E51">
            <w:pPr>
              <w:spacing w:after="0"/>
              <w:rPr>
                <w:rFonts w:ascii="Arial" w:hAnsi="Arial" w:cs="Arial"/>
                <w:color w:val="auto"/>
                <w:szCs w:val="17"/>
              </w:rPr>
            </w:pPr>
            <w:r>
              <w:rPr>
                <w:color w:val="000000"/>
                <w:sz w:val="20"/>
                <w:szCs w:val="20"/>
              </w:rPr>
              <w:t>16</w:t>
            </w:r>
          </w:p>
        </w:tc>
        <w:tc>
          <w:tcPr>
            <w:tcW w:w="959" w:type="dxa"/>
            <w:shd w:val="clear" w:color="auto" w:fill="FAFAFA"/>
            <w:tcMar>
              <w:top w:w="50" w:type="dxa"/>
              <w:left w:w="50" w:type="dxa"/>
              <w:bottom w:w="50" w:type="dxa"/>
              <w:right w:w="50" w:type="dxa"/>
            </w:tcMar>
            <w:vAlign w:val="center"/>
          </w:tcPr>
          <w:p w14:paraId="06A08A0F" w14:textId="1D0F1D60" w:rsidR="002D4E51" w:rsidRPr="00B03582" w:rsidRDefault="002D4E51" w:rsidP="002D4E51">
            <w:pPr>
              <w:spacing w:after="0"/>
              <w:rPr>
                <w:rFonts w:ascii="Arial" w:hAnsi="Arial" w:cs="Arial"/>
                <w:color w:val="auto"/>
                <w:szCs w:val="17"/>
              </w:rPr>
            </w:pPr>
            <w:r>
              <w:rPr>
                <w:color w:val="000000"/>
                <w:sz w:val="20"/>
                <w:szCs w:val="20"/>
              </w:rPr>
              <w:t>Nos</w:t>
            </w:r>
          </w:p>
        </w:tc>
      </w:tr>
      <w:tr w:rsidR="002D4E51" w:rsidRPr="00B03582" w14:paraId="678ADB1F" w14:textId="77777777" w:rsidTr="00E51CEE">
        <w:tc>
          <w:tcPr>
            <w:tcW w:w="609" w:type="dxa"/>
            <w:shd w:val="clear" w:color="auto" w:fill="FAFAFA"/>
            <w:tcMar>
              <w:top w:w="50" w:type="dxa"/>
              <w:left w:w="50" w:type="dxa"/>
              <w:bottom w:w="50" w:type="dxa"/>
              <w:right w:w="50" w:type="dxa"/>
            </w:tcMar>
          </w:tcPr>
          <w:p w14:paraId="588C8946" w14:textId="3A55EC7C"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12</w:t>
            </w:r>
          </w:p>
        </w:tc>
        <w:tc>
          <w:tcPr>
            <w:tcW w:w="3703" w:type="dxa"/>
            <w:shd w:val="clear" w:color="auto" w:fill="auto"/>
            <w:tcMar>
              <w:top w:w="50" w:type="dxa"/>
              <w:left w:w="50" w:type="dxa"/>
              <w:bottom w:w="50" w:type="dxa"/>
              <w:right w:w="50" w:type="dxa"/>
            </w:tcMar>
            <w:vAlign w:val="center"/>
          </w:tcPr>
          <w:p w14:paraId="227B2BDB" w14:textId="1D2A6114" w:rsidR="002D4E51" w:rsidRPr="00B03582" w:rsidRDefault="002D4E51" w:rsidP="002D4E51">
            <w:pPr>
              <w:spacing w:after="0"/>
              <w:rPr>
                <w:rFonts w:ascii="Arial" w:hAnsi="Arial" w:cs="Arial"/>
                <w:color w:val="auto"/>
                <w:szCs w:val="17"/>
              </w:rPr>
            </w:pPr>
            <w:r>
              <w:rPr>
                <w:color w:val="000000"/>
                <w:sz w:val="20"/>
                <w:szCs w:val="20"/>
              </w:rPr>
              <w:t>Fuse DMM</w:t>
            </w:r>
          </w:p>
        </w:tc>
        <w:tc>
          <w:tcPr>
            <w:tcW w:w="4266" w:type="dxa"/>
            <w:shd w:val="clear" w:color="auto" w:fill="auto"/>
            <w:vAlign w:val="center"/>
          </w:tcPr>
          <w:p w14:paraId="7D2F2E3C" w14:textId="7DDAEE9D" w:rsidR="002D4E51" w:rsidRPr="00B03582" w:rsidRDefault="002D4E51" w:rsidP="002D4E51">
            <w:pPr>
              <w:spacing w:after="0"/>
              <w:rPr>
                <w:rFonts w:ascii="Arial" w:hAnsi="Arial" w:cs="Arial"/>
                <w:color w:val="auto"/>
                <w:szCs w:val="17"/>
              </w:rPr>
            </w:pPr>
            <w:r>
              <w:rPr>
                <w:color w:val="000000"/>
                <w:sz w:val="20"/>
                <w:szCs w:val="20"/>
              </w:rPr>
              <w:t> </w:t>
            </w:r>
          </w:p>
        </w:tc>
        <w:tc>
          <w:tcPr>
            <w:tcW w:w="1204" w:type="dxa"/>
            <w:shd w:val="clear" w:color="auto" w:fill="auto"/>
            <w:tcMar>
              <w:top w:w="50" w:type="dxa"/>
              <w:left w:w="50" w:type="dxa"/>
              <w:bottom w:w="50" w:type="dxa"/>
              <w:right w:w="50" w:type="dxa"/>
            </w:tcMar>
            <w:vAlign w:val="center"/>
          </w:tcPr>
          <w:p w14:paraId="6A4E39D6" w14:textId="1A36CBD5" w:rsidR="002D4E51" w:rsidRPr="00B03582" w:rsidRDefault="002D4E51" w:rsidP="002D4E51">
            <w:pPr>
              <w:spacing w:after="0"/>
              <w:rPr>
                <w:rFonts w:ascii="Arial" w:hAnsi="Arial" w:cs="Arial"/>
                <w:color w:val="auto"/>
                <w:szCs w:val="17"/>
              </w:rPr>
            </w:pPr>
            <w:r>
              <w:rPr>
                <w:color w:val="000000"/>
                <w:sz w:val="20"/>
                <w:szCs w:val="20"/>
              </w:rPr>
              <w:t>300</w:t>
            </w:r>
          </w:p>
        </w:tc>
        <w:tc>
          <w:tcPr>
            <w:tcW w:w="959" w:type="dxa"/>
            <w:shd w:val="clear" w:color="auto" w:fill="FAFAFA"/>
            <w:tcMar>
              <w:top w:w="50" w:type="dxa"/>
              <w:left w:w="50" w:type="dxa"/>
              <w:bottom w:w="50" w:type="dxa"/>
              <w:right w:w="50" w:type="dxa"/>
            </w:tcMar>
            <w:vAlign w:val="center"/>
          </w:tcPr>
          <w:p w14:paraId="560DB94E" w14:textId="67E6A378" w:rsidR="002D4E51" w:rsidRPr="00B03582" w:rsidRDefault="002D4E51" w:rsidP="002D4E51">
            <w:pPr>
              <w:spacing w:after="0"/>
              <w:rPr>
                <w:rFonts w:ascii="Arial" w:hAnsi="Arial" w:cs="Arial"/>
                <w:color w:val="auto"/>
                <w:szCs w:val="17"/>
              </w:rPr>
            </w:pPr>
            <w:r>
              <w:rPr>
                <w:color w:val="000000"/>
                <w:sz w:val="20"/>
                <w:szCs w:val="20"/>
              </w:rPr>
              <w:t>Nos</w:t>
            </w:r>
          </w:p>
        </w:tc>
      </w:tr>
      <w:tr w:rsidR="002D4E51" w:rsidRPr="00B03582" w14:paraId="3EE48EEC" w14:textId="77777777" w:rsidTr="00E51CEE">
        <w:tc>
          <w:tcPr>
            <w:tcW w:w="609" w:type="dxa"/>
            <w:shd w:val="clear" w:color="auto" w:fill="FAFAFA"/>
            <w:tcMar>
              <w:top w:w="50" w:type="dxa"/>
              <w:left w:w="50" w:type="dxa"/>
              <w:bottom w:w="50" w:type="dxa"/>
              <w:right w:w="50" w:type="dxa"/>
            </w:tcMar>
          </w:tcPr>
          <w:p w14:paraId="22BCC803" w14:textId="0D5E341B"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13</w:t>
            </w:r>
          </w:p>
        </w:tc>
        <w:tc>
          <w:tcPr>
            <w:tcW w:w="3703" w:type="dxa"/>
            <w:shd w:val="clear" w:color="auto" w:fill="auto"/>
            <w:tcMar>
              <w:top w:w="50" w:type="dxa"/>
              <w:left w:w="50" w:type="dxa"/>
              <w:bottom w:w="50" w:type="dxa"/>
              <w:right w:w="50" w:type="dxa"/>
            </w:tcMar>
            <w:vAlign w:val="center"/>
          </w:tcPr>
          <w:p w14:paraId="3F51E139" w14:textId="5300FFA2" w:rsidR="002D4E51" w:rsidRPr="00B03582" w:rsidRDefault="002D4E51" w:rsidP="002D4E51">
            <w:pPr>
              <w:spacing w:after="0"/>
              <w:rPr>
                <w:rFonts w:ascii="Arial" w:hAnsi="Arial" w:cs="Arial"/>
                <w:color w:val="auto"/>
                <w:szCs w:val="17"/>
              </w:rPr>
            </w:pPr>
            <w:r>
              <w:rPr>
                <w:color w:val="000000"/>
                <w:sz w:val="20"/>
                <w:szCs w:val="20"/>
              </w:rPr>
              <w:t>Diode</w:t>
            </w:r>
          </w:p>
        </w:tc>
        <w:tc>
          <w:tcPr>
            <w:tcW w:w="4266" w:type="dxa"/>
            <w:shd w:val="clear" w:color="auto" w:fill="auto"/>
            <w:vAlign w:val="center"/>
          </w:tcPr>
          <w:p w14:paraId="27D60921" w14:textId="685BDAC4" w:rsidR="002D4E51" w:rsidRPr="00B03582" w:rsidRDefault="002D4E51" w:rsidP="002D4E51">
            <w:pPr>
              <w:spacing w:after="0"/>
              <w:rPr>
                <w:rFonts w:ascii="Arial" w:hAnsi="Arial" w:cs="Arial"/>
                <w:color w:val="auto"/>
                <w:szCs w:val="17"/>
              </w:rPr>
            </w:pPr>
            <w:r>
              <w:rPr>
                <w:color w:val="000000"/>
                <w:sz w:val="20"/>
                <w:szCs w:val="20"/>
              </w:rPr>
              <w:t>1N4007</w:t>
            </w:r>
          </w:p>
        </w:tc>
        <w:tc>
          <w:tcPr>
            <w:tcW w:w="1204" w:type="dxa"/>
            <w:shd w:val="clear" w:color="auto" w:fill="FAFAFA"/>
            <w:tcMar>
              <w:top w:w="50" w:type="dxa"/>
              <w:left w:w="50" w:type="dxa"/>
              <w:bottom w:w="50" w:type="dxa"/>
              <w:right w:w="50" w:type="dxa"/>
            </w:tcMar>
            <w:vAlign w:val="center"/>
          </w:tcPr>
          <w:p w14:paraId="433A2225" w14:textId="43365949" w:rsidR="002D4E51" w:rsidRPr="00B03582" w:rsidRDefault="002D4E51" w:rsidP="002D4E51">
            <w:pPr>
              <w:spacing w:after="0"/>
              <w:rPr>
                <w:rFonts w:ascii="Arial" w:hAnsi="Arial" w:cs="Arial"/>
                <w:color w:val="auto"/>
                <w:szCs w:val="17"/>
              </w:rPr>
            </w:pPr>
            <w:r>
              <w:rPr>
                <w:color w:val="000000"/>
                <w:sz w:val="20"/>
                <w:szCs w:val="20"/>
              </w:rPr>
              <w:t>1000</w:t>
            </w:r>
          </w:p>
        </w:tc>
        <w:tc>
          <w:tcPr>
            <w:tcW w:w="959" w:type="dxa"/>
            <w:shd w:val="clear" w:color="auto" w:fill="FAFAFA"/>
            <w:tcMar>
              <w:top w:w="50" w:type="dxa"/>
              <w:left w:w="50" w:type="dxa"/>
              <w:bottom w:w="50" w:type="dxa"/>
              <w:right w:w="50" w:type="dxa"/>
            </w:tcMar>
            <w:vAlign w:val="center"/>
          </w:tcPr>
          <w:p w14:paraId="283CC880" w14:textId="161A2A42" w:rsidR="002D4E51" w:rsidRPr="00B03582" w:rsidRDefault="002D4E51" w:rsidP="002D4E51">
            <w:pPr>
              <w:spacing w:after="0"/>
              <w:rPr>
                <w:rFonts w:ascii="Arial" w:hAnsi="Arial" w:cs="Arial"/>
                <w:color w:val="auto"/>
                <w:szCs w:val="17"/>
              </w:rPr>
            </w:pPr>
            <w:r>
              <w:rPr>
                <w:color w:val="000000"/>
                <w:sz w:val="20"/>
                <w:szCs w:val="20"/>
              </w:rPr>
              <w:t>Nos</w:t>
            </w:r>
          </w:p>
        </w:tc>
      </w:tr>
      <w:tr w:rsidR="002D4E51" w:rsidRPr="00B03582" w14:paraId="0E997BAB" w14:textId="77777777" w:rsidTr="00E51CEE">
        <w:tc>
          <w:tcPr>
            <w:tcW w:w="609" w:type="dxa"/>
            <w:shd w:val="clear" w:color="auto" w:fill="FAFAFA"/>
            <w:tcMar>
              <w:top w:w="50" w:type="dxa"/>
              <w:left w:w="50" w:type="dxa"/>
              <w:bottom w:w="50" w:type="dxa"/>
              <w:right w:w="50" w:type="dxa"/>
            </w:tcMar>
          </w:tcPr>
          <w:p w14:paraId="0DD753A8" w14:textId="7201A83A"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14</w:t>
            </w:r>
          </w:p>
        </w:tc>
        <w:tc>
          <w:tcPr>
            <w:tcW w:w="3703" w:type="dxa"/>
            <w:shd w:val="clear" w:color="auto" w:fill="auto"/>
            <w:tcMar>
              <w:top w:w="50" w:type="dxa"/>
              <w:left w:w="50" w:type="dxa"/>
              <w:bottom w:w="50" w:type="dxa"/>
              <w:right w:w="50" w:type="dxa"/>
            </w:tcMar>
            <w:vAlign w:val="center"/>
          </w:tcPr>
          <w:p w14:paraId="18B1057D" w14:textId="26E48724" w:rsidR="002D4E51" w:rsidRPr="00B03582" w:rsidRDefault="002D4E51" w:rsidP="002D4E51">
            <w:pPr>
              <w:spacing w:after="0"/>
              <w:rPr>
                <w:rFonts w:ascii="Arial" w:hAnsi="Arial" w:cs="Arial"/>
                <w:color w:val="auto"/>
                <w:szCs w:val="17"/>
              </w:rPr>
            </w:pPr>
            <w:r>
              <w:rPr>
                <w:color w:val="000000"/>
                <w:sz w:val="20"/>
                <w:szCs w:val="20"/>
              </w:rPr>
              <w:t>Computer Keyboards</w:t>
            </w:r>
          </w:p>
        </w:tc>
        <w:tc>
          <w:tcPr>
            <w:tcW w:w="4266" w:type="dxa"/>
            <w:shd w:val="clear" w:color="auto" w:fill="auto"/>
            <w:vAlign w:val="center"/>
          </w:tcPr>
          <w:p w14:paraId="14FC2345" w14:textId="28B9D710" w:rsidR="002D4E51" w:rsidRPr="00B03582" w:rsidRDefault="002D4E51" w:rsidP="002D4E51">
            <w:pPr>
              <w:spacing w:after="0"/>
              <w:rPr>
                <w:rFonts w:ascii="Arial" w:hAnsi="Arial" w:cs="Arial"/>
                <w:color w:val="auto"/>
                <w:szCs w:val="17"/>
              </w:rPr>
            </w:pPr>
            <w:r>
              <w:rPr>
                <w:color w:val="000000"/>
                <w:sz w:val="20"/>
                <w:szCs w:val="20"/>
              </w:rPr>
              <w:t> </w:t>
            </w:r>
            <w:r w:rsidR="009C2093">
              <w:rPr>
                <w:color w:val="000000"/>
                <w:sz w:val="20"/>
                <w:szCs w:val="20"/>
              </w:rPr>
              <w:t>Wired - Standard</w:t>
            </w:r>
          </w:p>
        </w:tc>
        <w:tc>
          <w:tcPr>
            <w:tcW w:w="1204" w:type="dxa"/>
            <w:shd w:val="clear" w:color="auto" w:fill="auto"/>
            <w:tcMar>
              <w:top w:w="50" w:type="dxa"/>
              <w:left w:w="50" w:type="dxa"/>
              <w:bottom w:w="50" w:type="dxa"/>
              <w:right w:w="50" w:type="dxa"/>
            </w:tcMar>
            <w:vAlign w:val="center"/>
          </w:tcPr>
          <w:p w14:paraId="5A2C3B64" w14:textId="170C141F" w:rsidR="002D4E51" w:rsidRPr="00B03582" w:rsidRDefault="002D4E51" w:rsidP="002D4E51">
            <w:pPr>
              <w:spacing w:after="0"/>
              <w:rPr>
                <w:rFonts w:ascii="Arial" w:hAnsi="Arial" w:cs="Arial"/>
                <w:color w:val="auto"/>
                <w:szCs w:val="17"/>
              </w:rPr>
            </w:pPr>
            <w:r>
              <w:rPr>
                <w:color w:val="000000"/>
                <w:sz w:val="20"/>
                <w:szCs w:val="20"/>
              </w:rPr>
              <w:t>20</w:t>
            </w:r>
          </w:p>
        </w:tc>
        <w:tc>
          <w:tcPr>
            <w:tcW w:w="959" w:type="dxa"/>
            <w:shd w:val="clear" w:color="auto" w:fill="auto"/>
            <w:tcMar>
              <w:top w:w="50" w:type="dxa"/>
              <w:left w:w="50" w:type="dxa"/>
              <w:bottom w:w="50" w:type="dxa"/>
              <w:right w:w="50" w:type="dxa"/>
            </w:tcMar>
            <w:vAlign w:val="center"/>
          </w:tcPr>
          <w:p w14:paraId="6DEF40E5" w14:textId="04D3DC87" w:rsidR="002D4E51" w:rsidRPr="00B03582" w:rsidRDefault="002D4E51" w:rsidP="002D4E51">
            <w:pPr>
              <w:spacing w:after="0"/>
              <w:rPr>
                <w:rFonts w:ascii="Arial" w:hAnsi="Arial" w:cs="Arial"/>
                <w:color w:val="auto"/>
                <w:szCs w:val="17"/>
              </w:rPr>
            </w:pPr>
            <w:r>
              <w:rPr>
                <w:color w:val="000000"/>
                <w:sz w:val="20"/>
                <w:szCs w:val="20"/>
              </w:rPr>
              <w:t>Nos</w:t>
            </w:r>
          </w:p>
        </w:tc>
      </w:tr>
      <w:tr w:rsidR="002D4E51" w:rsidRPr="00B03582" w14:paraId="3DAB121F" w14:textId="77777777" w:rsidTr="00E51CEE">
        <w:tc>
          <w:tcPr>
            <w:tcW w:w="609" w:type="dxa"/>
            <w:shd w:val="clear" w:color="auto" w:fill="FAFAFA"/>
            <w:tcMar>
              <w:top w:w="50" w:type="dxa"/>
              <w:left w:w="50" w:type="dxa"/>
              <w:bottom w:w="50" w:type="dxa"/>
              <w:right w:w="50" w:type="dxa"/>
            </w:tcMar>
          </w:tcPr>
          <w:p w14:paraId="5F2503E0" w14:textId="449FB0A8"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15</w:t>
            </w:r>
          </w:p>
        </w:tc>
        <w:tc>
          <w:tcPr>
            <w:tcW w:w="3703" w:type="dxa"/>
            <w:shd w:val="clear" w:color="auto" w:fill="auto"/>
            <w:tcMar>
              <w:top w:w="50" w:type="dxa"/>
              <w:left w:w="50" w:type="dxa"/>
              <w:bottom w:w="50" w:type="dxa"/>
              <w:right w:w="50" w:type="dxa"/>
            </w:tcMar>
            <w:vAlign w:val="center"/>
          </w:tcPr>
          <w:p w14:paraId="2A12837D" w14:textId="1F8DD483" w:rsidR="002D4E51" w:rsidRPr="00B03582" w:rsidRDefault="002D4E51" w:rsidP="002D4E51">
            <w:pPr>
              <w:spacing w:after="0"/>
              <w:rPr>
                <w:rFonts w:ascii="Arial" w:hAnsi="Arial" w:cs="Arial"/>
                <w:color w:val="auto"/>
                <w:szCs w:val="17"/>
              </w:rPr>
            </w:pPr>
            <w:r>
              <w:rPr>
                <w:color w:val="000000"/>
                <w:sz w:val="20"/>
                <w:szCs w:val="20"/>
              </w:rPr>
              <w:t>Computer Power Cable</w:t>
            </w:r>
          </w:p>
        </w:tc>
        <w:tc>
          <w:tcPr>
            <w:tcW w:w="4266" w:type="dxa"/>
            <w:shd w:val="clear" w:color="auto" w:fill="auto"/>
            <w:vAlign w:val="center"/>
          </w:tcPr>
          <w:p w14:paraId="1EFAF2EF" w14:textId="041F12D4" w:rsidR="002D4E51" w:rsidRPr="00B03582" w:rsidRDefault="002D4E51" w:rsidP="002D4E51">
            <w:pPr>
              <w:spacing w:after="0"/>
              <w:rPr>
                <w:rFonts w:ascii="Arial" w:hAnsi="Arial" w:cs="Arial"/>
                <w:color w:val="auto"/>
                <w:szCs w:val="17"/>
              </w:rPr>
            </w:pPr>
            <w:r>
              <w:rPr>
                <w:color w:val="000000"/>
                <w:sz w:val="20"/>
                <w:szCs w:val="20"/>
              </w:rPr>
              <w:t> </w:t>
            </w:r>
            <w:r w:rsidR="008F1A1C">
              <w:rPr>
                <w:color w:val="000000"/>
                <w:sz w:val="20"/>
                <w:szCs w:val="20"/>
              </w:rPr>
              <w:t>Standard</w:t>
            </w:r>
          </w:p>
        </w:tc>
        <w:tc>
          <w:tcPr>
            <w:tcW w:w="1204" w:type="dxa"/>
            <w:shd w:val="clear" w:color="auto" w:fill="auto"/>
            <w:tcMar>
              <w:top w:w="50" w:type="dxa"/>
              <w:left w:w="50" w:type="dxa"/>
              <w:bottom w:w="50" w:type="dxa"/>
              <w:right w:w="50" w:type="dxa"/>
            </w:tcMar>
            <w:vAlign w:val="center"/>
          </w:tcPr>
          <w:p w14:paraId="234B2775" w14:textId="456CB17E" w:rsidR="002D4E51" w:rsidRPr="00B03582" w:rsidRDefault="002D4E51" w:rsidP="002D4E51">
            <w:pPr>
              <w:spacing w:after="0"/>
              <w:rPr>
                <w:rFonts w:ascii="Arial" w:hAnsi="Arial" w:cs="Arial"/>
                <w:color w:val="auto"/>
                <w:szCs w:val="17"/>
              </w:rPr>
            </w:pPr>
            <w:r>
              <w:rPr>
                <w:color w:val="000000"/>
                <w:sz w:val="20"/>
                <w:szCs w:val="20"/>
              </w:rPr>
              <w:t>20</w:t>
            </w:r>
          </w:p>
        </w:tc>
        <w:tc>
          <w:tcPr>
            <w:tcW w:w="959" w:type="dxa"/>
            <w:shd w:val="clear" w:color="auto" w:fill="auto"/>
            <w:tcMar>
              <w:top w:w="50" w:type="dxa"/>
              <w:left w:w="50" w:type="dxa"/>
              <w:bottom w:w="50" w:type="dxa"/>
              <w:right w:w="50" w:type="dxa"/>
            </w:tcMar>
            <w:vAlign w:val="center"/>
          </w:tcPr>
          <w:p w14:paraId="15356D34" w14:textId="4EBFE382" w:rsidR="002D4E51" w:rsidRPr="00B03582" w:rsidRDefault="002D4E51" w:rsidP="002D4E51">
            <w:pPr>
              <w:spacing w:after="0"/>
              <w:rPr>
                <w:rFonts w:ascii="Arial" w:hAnsi="Arial" w:cs="Arial"/>
                <w:color w:val="auto"/>
                <w:szCs w:val="17"/>
              </w:rPr>
            </w:pPr>
            <w:r>
              <w:rPr>
                <w:color w:val="000000"/>
                <w:sz w:val="20"/>
                <w:szCs w:val="20"/>
              </w:rPr>
              <w:t>Nos</w:t>
            </w:r>
          </w:p>
        </w:tc>
      </w:tr>
      <w:tr w:rsidR="002D4E51" w:rsidRPr="00B03582" w14:paraId="680A9641" w14:textId="77777777" w:rsidTr="00E51CEE">
        <w:tc>
          <w:tcPr>
            <w:tcW w:w="609" w:type="dxa"/>
            <w:shd w:val="clear" w:color="auto" w:fill="FAFAFA"/>
            <w:tcMar>
              <w:top w:w="50" w:type="dxa"/>
              <w:left w:w="50" w:type="dxa"/>
              <w:bottom w:w="50" w:type="dxa"/>
              <w:right w:w="50" w:type="dxa"/>
            </w:tcMar>
          </w:tcPr>
          <w:p w14:paraId="6A83F41B" w14:textId="3D48F2F9"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16</w:t>
            </w:r>
          </w:p>
        </w:tc>
        <w:tc>
          <w:tcPr>
            <w:tcW w:w="3703" w:type="dxa"/>
            <w:shd w:val="clear" w:color="auto" w:fill="auto"/>
            <w:tcMar>
              <w:top w:w="50" w:type="dxa"/>
              <w:left w:w="50" w:type="dxa"/>
              <w:bottom w:w="50" w:type="dxa"/>
              <w:right w:w="50" w:type="dxa"/>
            </w:tcMar>
            <w:vAlign w:val="center"/>
          </w:tcPr>
          <w:p w14:paraId="6338A525" w14:textId="6C5C9B0D" w:rsidR="002D4E51" w:rsidRPr="00B03582" w:rsidRDefault="002D4E51" w:rsidP="002D4E51">
            <w:pPr>
              <w:spacing w:after="0"/>
              <w:rPr>
                <w:rFonts w:ascii="Arial" w:hAnsi="Arial" w:cs="Arial"/>
                <w:color w:val="auto"/>
                <w:szCs w:val="17"/>
              </w:rPr>
            </w:pPr>
            <w:r>
              <w:rPr>
                <w:color w:val="000000"/>
                <w:sz w:val="20"/>
                <w:szCs w:val="20"/>
              </w:rPr>
              <w:t>Computer VGA Cable</w:t>
            </w:r>
          </w:p>
        </w:tc>
        <w:tc>
          <w:tcPr>
            <w:tcW w:w="4266" w:type="dxa"/>
            <w:shd w:val="clear" w:color="auto" w:fill="auto"/>
            <w:vAlign w:val="center"/>
          </w:tcPr>
          <w:p w14:paraId="548C76F2" w14:textId="2C81C792" w:rsidR="002D4E51" w:rsidRPr="00B03582" w:rsidRDefault="002D4E51" w:rsidP="002D4E51">
            <w:pPr>
              <w:spacing w:after="0"/>
              <w:rPr>
                <w:rFonts w:ascii="Arial" w:hAnsi="Arial" w:cs="Arial"/>
                <w:color w:val="auto"/>
                <w:szCs w:val="17"/>
              </w:rPr>
            </w:pPr>
            <w:r>
              <w:rPr>
                <w:color w:val="000000"/>
                <w:sz w:val="20"/>
                <w:szCs w:val="20"/>
              </w:rPr>
              <w:t> </w:t>
            </w:r>
            <w:r w:rsidR="008F1A1C">
              <w:rPr>
                <w:color w:val="000000"/>
                <w:sz w:val="20"/>
                <w:szCs w:val="20"/>
              </w:rPr>
              <w:t>Standard</w:t>
            </w:r>
          </w:p>
        </w:tc>
        <w:tc>
          <w:tcPr>
            <w:tcW w:w="1204" w:type="dxa"/>
            <w:shd w:val="clear" w:color="auto" w:fill="auto"/>
            <w:tcMar>
              <w:top w:w="50" w:type="dxa"/>
              <w:left w:w="50" w:type="dxa"/>
              <w:bottom w:w="50" w:type="dxa"/>
              <w:right w:w="50" w:type="dxa"/>
            </w:tcMar>
            <w:vAlign w:val="center"/>
          </w:tcPr>
          <w:p w14:paraId="0F246784" w14:textId="75E20C81" w:rsidR="002D4E51" w:rsidRPr="00B03582" w:rsidRDefault="002D4E51" w:rsidP="002D4E51">
            <w:pPr>
              <w:spacing w:after="0"/>
              <w:rPr>
                <w:rFonts w:ascii="Arial" w:hAnsi="Arial" w:cs="Arial"/>
                <w:color w:val="auto"/>
                <w:szCs w:val="17"/>
              </w:rPr>
            </w:pPr>
            <w:r>
              <w:rPr>
                <w:color w:val="000000"/>
                <w:sz w:val="20"/>
                <w:szCs w:val="20"/>
              </w:rPr>
              <w:t>19</w:t>
            </w:r>
          </w:p>
        </w:tc>
        <w:tc>
          <w:tcPr>
            <w:tcW w:w="959" w:type="dxa"/>
            <w:shd w:val="clear" w:color="auto" w:fill="auto"/>
            <w:tcMar>
              <w:top w:w="50" w:type="dxa"/>
              <w:left w:w="50" w:type="dxa"/>
              <w:bottom w:w="50" w:type="dxa"/>
              <w:right w:w="50" w:type="dxa"/>
            </w:tcMar>
            <w:vAlign w:val="center"/>
          </w:tcPr>
          <w:p w14:paraId="02A3FC16" w14:textId="3287E278" w:rsidR="002D4E51" w:rsidRPr="00B03582" w:rsidRDefault="002D4E51" w:rsidP="002D4E51">
            <w:pPr>
              <w:spacing w:after="0"/>
              <w:rPr>
                <w:rFonts w:ascii="Arial" w:hAnsi="Arial" w:cs="Arial"/>
                <w:color w:val="auto"/>
                <w:szCs w:val="17"/>
              </w:rPr>
            </w:pPr>
            <w:r>
              <w:rPr>
                <w:color w:val="000000"/>
                <w:sz w:val="20"/>
                <w:szCs w:val="20"/>
              </w:rPr>
              <w:t>Nos</w:t>
            </w:r>
          </w:p>
        </w:tc>
      </w:tr>
      <w:tr w:rsidR="002D4E51" w:rsidRPr="00B03582" w14:paraId="2BC0853C" w14:textId="77777777" w:rsidTr="00E51CEE">
        <w:tc>
          <w:tcPr>
            <w:tcW w:w="609" w:type="dxa"/>
            <w:shd w:val="clear" w:color="auto" w:fill="FAFAFA"/>
            <w:tcMar>
              <w:top w:w="50" w:type="dxa"/>
              <w:left w:w="50" w:type="dxa"/>
              <w:bottom w:w="50" w:type="dxa"/>
              <w:right w:w="50" w:type="dxa"/>
            </w:tcMar>
          </w:tcPr>
          <w:p w14:paraId="46541F2E" w14:textId="329E2169"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17</w:t>
            </w:r>
          </w:p>
        </w:tc>
        <w:tc>
          <w:tcPr>
            <w:tcW w:w="3703" w:type="dxa"/>
            <w:shd w:val="clear" w:color="auto" w:fill="auto"/>
            <w:tcMar>
              <w:top w:w="50" w:type="dxa"/>
              <w:left w:w="50" w:type="dxa"/>
              <w:bottom w:w="50" w:type="dxa"/>
              <w:right w:w="50" w:type="dxa"/>
            </w:tcMar>
            <w:vAlign w:val="center"/>
          </w:tcPr>
          <w:p w14:paraId="243CF377" w14:textId="3B36E651" w:rsidR="002D4E51" w:rsidRPr="00B03582" w:rsidRDefault="002D4E51" w:rsidP="002D4E51">
            <w:pPr>
              <w:spacing w:after="0"/>
              <w:rPr>
                <w:rFonts w:ascii="Arial" w:hAnsi="Arial" w:cs="Arial"/>
                <w:color w:val="auto"/>
                <w:szCs w:val="17"/>
              </w:rPr>
            </w:pPr>
            <w:r>
              <w:rPr>
                <w:color w:val="000000"/>
                <w:sz w:val="20"/>
                <w:szCs w:val="20"/>
              </w:rPr>
              <w:t>Power Supply Wire</w:t>
            </w:r>
          </w:p>
        </w:tc>
        <w:tc>
          <w:tcPr>
            <w:tcW w:w="4266" w:type="dxa"/>
            <w:shd w:val="clear" w:color="auto" w:fill="auto"/>
            <w:vAlign w:val="center"/>
          </w:tcPr>
          <w:p w14:paraId="67F7B2CA" w14:textId="442E8858" w:rsidR="002D4E51" w:rsidRPr="00B03582" w:rsidRDefault="002D4E51" w:rsidP="002D4E51">
            <w:pPr>
              <w:spacing w:after="0"/>
              <w:rPr>
                <w:rFonts w:ascii="Arial" w:hAnsi="Arial" w:cs="Arial"/>
                <w:color w:val="auto"/>
                <w:szCs w:val="17"/>
              </w:rPr>
            </w:pPr>
            <w:r>
              <w:rPr>
                <w:color w:val="000000"/>
                <w:sz w:val="20"/>
                <w:szCs w:val="20"/>
              </w:rPr>
              <w:t>as per sample</w:t>
            </w:r>
          </w:p>
        </w:tc>
        <w:tc>
          <w:tcPr>
            <w:tcW w:w="1204" w:type="dxa"/>
            <w:shd w:val="clear" w:color="auto" w:fill="auto"/>
            <w:tcMar>
              <w:top w:w="50" w:type="dxa"/>
              <w:left w:w="50" w:type="dxa"/>
              <w:bottom w:w="50" w:type="dxa"/>
              <w:right w:w="50" w:type="dxa"/>
            </w:tcMar>
            <w:vAlign w:val="center"/>
          </w:tcPr>
          <w:p w14:paraId="5154E835" w14:textId="7C06B9FB" w:rsidR="002D4E51" w:rsidRPr="00B03582" w:rsidRDefault="002D4E51" w:rsidP="002D4E51">
            <w:pPr>
              <w:spacing w:after="0"/>
              <w:rPr>
                <w:rFonts w:ascii="Arial" w:hAnsi="Arial" w:cs="Arial"/>
                <w:color w:val="auto"/>
                <w:szCs w:val="17"/>
              </w:rPr>
            </w:pPr>
            <w:r>
              <w:rPr>
                <w:color w:val="000000"/>
                <w:sz w:val="20"/>
                <w:szCs w:val="20"/>
              </w:rPr>
              <w:t>20</w:t>
            </w:r>
          </w:p>
        </w:tc>
        <w:tc>
          <w:tcPr>
            <w:tcW w:w="959" w:type="dxa"/>
            <w:shd w:val="clear" w:color="auto" w:fill="auto"/>
            <w:tcMar>
              <w:top w:w="50" w:type="dxa"/>
              <w:left w:w="50" w:type="dxa"/>
              <w:bottom w:w="50" w:type="dxa"/>
              <w:right w:w="50" w:type="dxa"/>
            </w:tcMar>
            <w:vAlign w:val="center"/>
          </w:tcPr>
          <w:p w14:paraId="415D1A23" w14:textId="2207F32E" w:rsidR="002D4E51" w:rsidRPr="00B03582" w:rsidRDefault="002D4E51" w:rsidP="002D4E51">
            <w:pPr>
              <w:spacing w:after="0"/>
              <w:rPr>
                <w:rFonts w:ascii="Arial" w:hAnsi="Arial" w:cs="Arial"/>
                <w:color w:val="auto"/>
                <w:szCs w:val="17"/>
              </w:rPr>
            </w:pPr>
            <w:r>
              <w:rPr>
                <w:color w:val="000000"/>
                <w:sz w:val="20"/>
                <w:szCs w:val="20"/>
              </w:rPr>
              <w:t>Nos</w:t>
            </w:r>
          </w:p>
        </w:tc>
      </w:tr>
      <w:tr w:rsidR="002D4E51" w:rsidRPr="00B03582" w14:paraId="62BBE8C2" w14:textId="77777777" w:rsidTr="00E51CEE">
        <w:tc>
          <w:tcPr>
            <w:tcW w:w="609" w:type="dxa"/>
            <w:shd w:val="clear" w:color="auto" w:fill="FAFAFA"/>
            <w:tcMar>
              <w:top w:w="50" w:type="dxa"/>
              <w:left w:w="50" w:type="dxa"/>
              <w:bottom w:w="50" w:type="dxa"/>
              <w:right w:w="50" w:type="dxa"/>
            </w:tcMar>
          </w:tcPr>
          <w:p w14:paraId="759EACB6" w14:textId="777482A5"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18</w:t>
            </w:r>
          </w:p>
        </w:tc>
        <w:tc>
          <w:tcPr>
            <w:tcW w:w="3703" w:type="dxa"/>
            <w:shd w:val="clear" w:color="auto" w:fill="auto"/>
            <w:tcMar>
              <w:top w:w="50" w:type="dxa"/>
              <w:left w:w="50" w:type="dxa"/>
              <w:bottom w:w="50" w:type="dxa"/>
              <w:right w:w="50" w:type="dxa"/>
            </w:tcMar>
            <w:vAlign w:val="center"/>
          </w:tcPr>
          <w:p w14:paraId="6354B954" w14:textId="4831666B" w:rsidR="002D4E51" w:rsidRPr="00B03582" w:rsidRDefault="002D4E51" w:rsidP="002D4E51">
            <w:pPr>
              <w:spacing w:after="0"/>
              <w:rPr>
                <w:rFonts w:ascii="Arial" w:hAnsi="Arial" w:cs="Arial"/>
                <w:color w:val="auto"/>
                <w:szCs w:val="17"/>
              </w:rPr>
            </w:pPr>
            <w:r>
              <w:rPr>
                <w:color w:val="000000"/>
                <w:sz w:val="20"/>
                <w:szCs w:val="20"/>
              </w:rPr>
              <w:t>Transformer Center Tapped</w:t>
            </w:r>
          </w:p>
        </w:tc>
        <w:tc>
          <w:tcPr>
            <w:tcW w:w="4266" w:type="dxa"/>
            <w:shd w:val="clear" w:color="auto" w:fill="auto"/>
            <w:vAlign w:val="center"/>
          </w:tcPr>
          <w:p w14:paraId="3085E721" w14:textId="2A32F788" w:rsidR="002D4E51" w:rsidRPr="00B03582" w:rsidRDefault="002D4E51" w:rsidP="002D4E51">
            <w:pPr>
              <w:spacing w:after="0"/>
              <w:rPr>
                <w:rFonts w:ascii="Arial" w:hAnsi="Arial" w:cs="Arial"/>
                <w:color w:val="auto"/>
                <w:szCs w:val="17"/>
              </w:rPr>
            </w:pPr>
            <w:r>
              <w:rPr>
                <w:color w:val="000000"/>
                <w:sz w:val="20"/>
                <w:szCs w:val="20"/>
              </w:rPr>
              <w:t>12+12</w:t>
            </w:r>
          </w:p>
        </w:tc>
        <w:tc>
          <w:tcPr>
            <w:tcW w:w="1204" w:type="dxa"/>
            <w:shd w:val="clear" w:color="auto" w:fill="auto"/>
            <w:tcMar>
              <w:top w:w="50" w:type="dxa"/>
              <w:left w:w="50" w:type="dxa"/>
              <w:bottom w:w="50" w:type="dxa"/>
              <w:right w:w="50" w:type="dxa"/>
            </w:tcMar>
            <w:vAlign w:val="center"/>
          </w:tcPr>
          <w:p w14:paraId="4456A50E" w14:textId="2919BB9C" w:rsidR="002D4E51" w:rsidRPr="00B03582" w:rsidRDefault="002D4E51" w:rsidP="002D4E51">
            <w:pPr>
              <w:spacing w:after="0"/>
              <w:rPr>
                <w:rFonts w:ascii="Arial" w:hAnsi="Arial" w:cs="Arial"/>
                <w:color w:val="auto"/>
                <w:szCs w:val="17"/>
              </w:rPr>
            </w:pPr>
            <w:r>
              <w:rPr>
                <w:color w:val="000000"/>
                <w:sz w:val="20"/>
                <w:szCs w:val="20"/>
              </w:rPr>
              <w:t>20</w:t>
            </w:r>
          </w:p>
        </w:tc>
        <w:tc>
          <w:tcPr>
            <w:tcW w:w="959" w:type="dxa"/>
            <w:shd w:val="clear" w:color="auto" w:fill="auto"/>
            <w:tcMar>
              <w:top w:w="50" w:type="dxa"/>
              <w:left w:w="50" w:type="dxa"/>
              <w:bottom w:w="50" w:type="dxa"/>
              <w:right w:w="50" w:type="dxa"/>
            </w:tcMar>
            <w:vAlign w:val="center"/>
          </w:tcPr>
          <w:p w14:paraId="4B06E63F" w14:textId="26090088" w:rsidR="002D4E51" w:rsidRPr="00B03582" w:rsidRDefault="002D4E51" w:rsidP="002D4E51">
            <w:pPr>
              <w:spacing w:after="0"/>
              <w:rPr>
                <w:rFonts w:ascii="Arial" w:hAnsi="Arial" w:cs="Arial"/>
                <w:color w:val="auto"/>
                <w:szCs w:val="17"/>
              </w:rPr>
            </w:pPr>
            <w:r>
              <w:rPr>
                <w:color w:val="000000"/>
                <w:sz w:val="20"/>
                <w:szCs w:val="20"/>
              </w:rPr>
              <w:t>Nos</w:t>
            </w:r>
          </w:p>
        </w:tc>
      </w:tr>
      <w:tr w:rsidR="002D4E51" w:rsidRPr="00B03582" w14:paraId="31EE0BBD" w14:textId="77777777" w:rsidTr="00E51CEE">
        <w:tc>
          <w:tcPr>
            <w:tcW w:w="609" w:type="dxa"/>
            <w:shd w:val="clear" w:color="auto" w:fill="FAFAFA"/>
            <w:tcMar>
              <w:top w:w="50" w:type="dxa"/>
              <w:left w:w="50" w:type="dxa"/>
              <w:bottom w:w="50" w:type="dxa"/>
              <w:right w:w="50" w:type="dxa"/>
            </w:tcMar>
          </w:tcPr>
          <w:p w14:paraId="7F0D597D" w14:textId="4BC4FB69"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19</w:t>
            </w:r>
          </w:p>
        </w:tc>
        <w:tc>
          <w:tcPr>
            <w:tcW w:w="3703" w:type="dxa"/>
            <w:shd w:val="clear" w:color="auto" w:fill="auto"/>
            <w:tcMar>
              <w:top w:w="50" w:type="dxa"/>
              <w:left w:w="50" w:type="dxa"/>
              <w:bottom w:w="50" w:type="dxa"/>
              <w:right w:w="50" w:type="dxa"/>
            </w:tcMar>
            <w:vAlign w:val="center"/>
          </w:tcPr>
          <w:p w14:paraId="3E2F127C" w14:textId="004EDC06" w:rsidR="002D4E51" w:rsidRDefault="002D4E51" w:rsidP="002D4E51">
            <w:pPr>
              <w:spacing w:after="0"/>
              <w:rPr>
                <w:rFonts w:ascii="Arial" w:hAnsi="Arial" w:cs="Arial"/>
                <w:color w:val="auto"/>
                <w:szCs w:val="17"/>
              </w:rPr>
            </w:pPr>
            <w:r>
              <w:rPr>
                <w:color w:val="000000"/>
                <w:sz w:val="20"/>
                <w:szCs w:val="20"/>
              </w:rPr>
              <w:t>DMM Battery  Connector</w:t>
            </w:r>
          </w:p>
        </w:tc>
        <w:tc>
          <w:tcPr>
            <w:tcW w:w="4266" w:type="dxa"/>
            <w:shd w:val="clear" w:color="auto" w:fill="auto"/>
            <w:vAlign w:val="center"/>
          </w:tcPr>
          <w:p w14:paraId="5DBE4AE0" w14:textId="6C5B8DD2" w:rsidR="002D4E51" w:rsidRDefault="002D4E51" w:rsidP="002D4E51">
            <w:pPr>
              <w:spacing w:after="0"/>
              <w:rPr>
                <w:rFonts w:ascii="Arial" w:hAnsi="Arial" w:cs="Arial"/>
                <w:color w:val="auto"/>
                <w:szCs w:val="17"/>
              </w:rPr>
            </w:pPr>
            <w:r>
              <w:rPr>
                <w:color w:val="000000"/>
                <w:sz w:val="20"/>
                <w:szCs w:val="20"/>
              </w:rPr>
              <w:t> </w:t>
            </w:r>
          </w:p>
        </w:tc>
        <w:tc>
          <w:tcPr>
            <w:tcW w:w="1204" w:type="dxa"/>
            <w:shd w:val="clear" w:color="auto" w:fill="auto"/>
            <w:tcMar>
              <w:top w:w="50" w:type="dxa"/>
              <w:left w:w="50" w:type="dxa"/>
              <w:bottom w:w="50" w:type="dxa"/>
              <w:right w:w="50" w:type="dxa"/>
            </w:tcMar>
            <w:vAlign w:val="center"/>
          </w:tcPr>
          <w:p w14:paraId="2EE5057A" w14:textId="5B3F1906" w:rsidR="002D4E51" w:rsidRDefault="002D4E51" w:rsidP="002D4E51">
            <w:pPr>
              <w:spacing w:after="0"/>
              <w:rPr>
                <w:rFonts w:ascii="Arial" w:hAnsi="Arial" w:cs="Arial"/>
                <w:color w:val="auto"/>
                <w:szCs w:val="17"/>
              </w:rPr>
            </w:pPr>
            <w:r>
              <w:rPr>
                <w:color w:val="000000"/>
                <w:sz w:val="20"/>
                <w:szCs w:val="20"/>
              </w:rPr>
              <w:t>50</w:t>
            </w:r>
          </w:p>
        </w:tc>
        <w:tc>
          <w:tcPr>
            <w:tcW w:w="959" w:type="dxa"/>
            <w:shd w:val="clear" w:color="auto" w:fill="auto"/>
            <w:tcMar>
              <w:top w:w="50" w:type="dxa"/>
              <w:left w:w="50" w:type="dxa"/>
              <w:bottom w:w="50" w:type="dxa"/>
              <w:right w:w="50" w:type="dxa"/>
            </w:tcMar>
            <w:vAlign w:val="center"/>
          </w:tcPr>
          <w:p w14:paraId="230FD869" w14:textId="42662C8F" w:rsidR="002D4E51" w:rsidRPr="00B03582" w:rsidRDefault="002D4E51" w:rsidP="002D4E51">
            <w:pPr>
              <w:spacing w:after="0"/>
              <w:rPr>
                <w:rFonts w:ascii="Arial" w:hAnsi="Arial" w:cs="Arial"/>
                <w:color w:val="auto"/>
                <w:szCs w:val="17"/>
              </w:rPr>
            </w:pPr>
            <w:r>
              <w:rPr>
                <w:color w:val="000000"/>
                <w:sz w:val="20"/>
                <w:szCs w:val="20"/>
              </w:rPr>
              <w:t>Nos</w:t>
            </w:r>
          </w:p>
        </w:tc>
      </w:tr>
      <w:tr w:rsidR="002D4E51" w:rsidRPr="00B03582" w14:paraId="450AC35E" w14:textId="77777777" w:rsidTr="00E51CEE">
        <w:tc>
          <w:tcPr>
            <w:tcW w:w="609" w:type="dxa"/>
            <w:shd w:val="clear" w:color="auto" w:fill="FAFAFA"/>
            <w:tcMar>
              <w:top w:w="50" w:type="dxa"/>
              <w:left w:w="50" w:type="dxa"/>
              <w:bottom w:w="50" w:type="dxa"/>
              <w:right w:w="50" w:type="dxa"/>
            </w:tcMar>
          </w:tcPr>
          <w:p w14:paraId="2774BCC4" w14:textId="5EEDD491" w:rsidR="002D4E51" w:rsidRPr="00487D57" w:rsidRDefault="002D4E51" w:rsidP="002D4E51">
            <w:pPr>
              <w:spacing w:after="0"/>
              <w:ind w:left="90"/>
              <w:jc w:val="center"/>
              <w:rPr>
                <w:rFonts w:ascii="Arial" w:hAnsi="Arial" w:cs="Arial"/>
                <w:color w:val="auto"/>
                <w:szCs w:val="17"/>
              </w:rPr>
            </w:pPr>
            <w:r>
              <w:rPr>
                <w:rFonts w:ascii="Arial" w:hAnsi="Arial" w:cs="Arial"/>
                <w:color w:val="auto"/>
                <w:szCs w:val="17"/>
              </w:rPr>
              <w:t>20</w:t>
            </w:r>
          </w:p>
        </w:tc>
        <w:tc>
          <w:tcPr>
            <w:tcW w:w="3703" w:type="dxa"/>
            <w:shd w:val="clear" w:color="auto" w:fill="auto"/>
            <w:tcMar>
              <w:top w:w="50" w:type="dxa"/>
              <w:left w:w="50" w:type="dxa"/>
              <w:bottom w:w="50" w:type="dxa"/>
              <w:right w:w="50" w:type="dxa"/>
            </w:tcMar>
            <w:vAlign w:val="center"/>
          </w:tcPr>
          <w:p w14:paraId="447A85CB" w14:textId="0F5CA19D" w:rsidR="002D4E51" w:rsidRDefault="002D4E51" w:rsidP="002D4E51">
            <w:pPr>
              <w:spacing w:after="0"/>
              <w:rPr>
                <w:rFonts w:ascii="Arial" w:hAnsi="Arial" w:cs="Arial"/>
                <w:color w:val="auto"/>
                <w:szCs w:val="17"/>
              </w:rPr>
            </w:pPr>
            <w:r>
              <w:rPr>
                <w:color w:val="000000"/>
                <w:sz w:val="20"/>
                <w:szCs w:val="20"/>
              </w:rPr>
              <w:t>Soldering Wire</w:t>
            </w:r>
          </w:p>
        </w:tc>
        <w:tc>
          <w:tcPr>
            <w:tcW w:w="4266" w:type="dxa"/>
            <w:shd w:val="clear" w:color="auto" w:fill="auto"/>
            <w:vAlign w:val="center"/>
          </w:tcPr>
          <w:p w14:paraId="2B6B8760" w14:textId="6FB0AA52" w:rsidR="002D4E51" w:rsidRDefault="002D4E51" w:rsidP="002D4E51">
            <w:pPr>
              <w:spacing w:after="0"/>
              <w:rPr>
                <w:rFonts w:ascii="Arial" w:hAnsi="Arial" w:cs="Arial"/>
                <w:color w:val="auto"/>
                <w:szCs w:val="17"/>
              </w:rPr>
            </w:pPr>
            <w:r>
              <w:rPr>
                <w:color w:val="000000"/>
                <w:sz w:val="20"/>
                <w:szCs w:val="20"/>
              </w:rPr>
              <w:t>0.8mm 400g</w:t>
            </w:r>
          </w:p>
        </w:tc>
        <w:tc>
          <w:tcPr>
            <w:tcW w:w="1204" w:type="dxa"/>
            <w:shd w:val="clear" w:color="auto" w:fill="auto"/>
            <w:tcMar>
              <w:top w:w="50" w:type="dxa"/>
              <w:left w:w="50" w:type="dxa"/>
              <w:bottom w:w="50" w:type="dxa"/>
              <w:right w:w="50" w:type="dxa"/>
            </w:tcMar>
            <w:vAlign w:val="center"/>
          </w:tcPr>
          <w:p w14:paraId="5735446B" w14:textId="1EAFF4B7" w:rsidR="002D4E51" w:rsidRDefault="002D4E51" w:rsidP="002D4E51">
            <w:pPr>
              <w:spacing w:after="0"/>
              <w:rPr>
                <w:rFonts w:ascii="Arial" w:hAnsi="Arial" w:cs="Arial"/>
                <w:color w:val="auto"/>
                <w:szCs w:val="17"/>
              </w:rPr>
            </w:pPr>
            <w:r>
              <w:rPr>
                <w:color w:val="000000"/>
                <w:sz w:val="20"/>
                <w:szCs w:val="20"/>
              </w:rPr>
              <w:t>2</w:t>
            </w:r>
          </w:p>
        </w:tc>
        <w:tc>
          <w:tcPr>
            <w:tcW w:w="959" w:type="dxa"/>
            <w:shd w:val="clear" w:color="auto" w:fill="auto"/>
            <w:tcMar>
              <w:top w:w="50" w:type="dxa"/>
              <w:left w:w="50" w:type="dxa"/>
              <w:bottom w:w="50" w:type="dxa"/>
              <w:right w:w="50" w:type="dxa"/>
            </w:tcMar>
            <w:vAlign w:val="center"/>
          </w:tcPr>
          <w:p w14:paraId="318E8ED8" w14:textId="64C84AE8" w:rsidR="002D4E51" w:rsidRPr="00B03582" w:rsidRDefault="002D4E51" w:rsidP="002D4E51">
            <w:pPr>
              <w:spacing w:after="0"/>
              <w:rPr>
                <w:rFonts w:ascii="Arial" w:hAnsi="Arial" w:cs="Arial"/>
                <w:color w:val="auto"/>
                <w:szCs w:val="17"/>
              </w:rPr>
            </w:pPr>
            <w:r>
              <w:rPr>
                <w:color w:val="000000"/>
                <w:sz w:val="20"/>
                <w:szCs w:val="20"/>
              </w:rPr>
              <w:t>Nos</w:t>
            </w:r>
          </w:p>
        </w:tc>
      </w:tr>
      <w:tr w:rsidR="00DB3F09" w:rsidRPr="00B03582" w14:paraId="476A0D79" w14:textId="77777777" w:rsidTr="00DC34B5">
        <w:tc>
          <w:tcPr>
            <w:tcW w:w="609" w:type="dxa"/>
            <w:shd w:val="clear" w:color="auto" w:fill="FAFAFA"/>
            <w:tcMar>
              <w:top w:w="50" w:type="dxa"/>
              <w:left w:w="50" w:type="dxa"/>
              <w:bottom w:w="50" w:type="dxa"/>
              <w:right w:w="50" w:type="dxa"/>
            </w:tcMar>
          </w:tcPr>
          <w:p w14:paraId="4747866C" w14:textId="6500AE51" w:rsidR="00DB3F09" w:rsidRPr="00487D57" w:rsidRDefault="00DB3F09" w:rsidP="00DB3F09">
            <w:pPr>
              <w:spacing w:after="0"/>
              <w:ind w:left="90"/>
              <w:jc w:val="center"/>
              <w:rPr>
                <w:rFonts w:ascii="Arial" w:hAnsi="Arial" w:cs="Arial"/>
                <w:color w:val="auto"/>
                <w:szCs w:val="17"/>
              </w:rPr>
            </w:pPr>
            <w:r>
              <w:rPr>
                <w:rFonts w:ascii="Arial" w:hAnsi="Arial" w:cs="Arial"/>
                <w:color w:val="auto"/>
                <w:szCs w:val="17"/>
              </w:rPr>
              <w:t>21</w:t>
            </w:r>
          </w:p>
        </w:tc>
        <w:tc>
          <w:tcPr>
            <w:tcW w:w="3703" w:type="dxa"/>
            <w:shd w:val="clear" w:color="auto" w:fill="auto"/>
            <w:tcMar>
              <w:top w:w="50" w:type="dxa"/>
              <w:left w:w="50" w:type="dxa"/>
              <w:bottom w:w="50" w:type="dxa"/>
              <w:right w:w="50" w:type="dxa"/>
            </w:tcMar>
            <w:vAlign w:val="center"/>
          </w:tcPr>
          <w:p w14:paraId="1DFCC4F0" w14:textId="22BD559E" w:rsidR="00DB3F09" w:rsidRDefault="00DB3F09" w:rsidP="00DB3F09">
            <w:pPr>
              <w:spacing w:after="0"/>
              <w:rPr>
                <w:rFonts w:ascii="Arial" w:hAnsi="Arial" w:cs="Arial"/>
                <w:color w:val="auto"/>
                <w:szCs w:val="17"/>
              </w:rPr>
            </w:pPr>
            <w:r>
              <w:rPr>
                <w:color w:val="000000"/>
                <w:sz w:val="20"/>
                <w:szCs w:val="20"/>
              </w:rPr>
              <w:t>Thinner (3Ltr Bottle)</w:t>
            </w:r>
          </w:p>
        </w:tc>
        <w:tc>
          <w:tcPr>
            <w:tcW w:w="4266" w:type="dxa"/>
            <w:shd w:val="clear" w:color="auto" w:fill="auto"/>
            <w:vAlign w:val="center"/>
          </w:tcPr>
          <w:p w14:paraId="051BEDA7" w14:textId="70A0008D" w:rsidR="00DB3F09" w:rsidRDefault="00DB3F09" w:rsidP="00DB3F09">
            <w:pPr>
              <w:spacing w:after="0"/>
              <w:rPr>
                <w:rFonts w:ascii="Arial" w:hAnsi="Arial" w:cs="Arial"/>
                <w:color w:val="auto"/>
                <w:szCs w:val="17"/>
              </w:rPr>
            </w:pPr>
            <w:r>
              <w:rPr>
                <w:color w:val="000000"/>
                <w:sz w:val="20"/>
                <w:szCs w:val="20"/>
              </w:rPr>
              <w:t> </w:t>
            </w:r>
            <w:r w:rsidR="008F1A1C">
              <w:rPr>
                <w:color w:val="000000"/>
                <w:sz w:val="20"/>
                <w:szCs w:val="20"/>
              </w:rPr>
              <w:t xml:space="preserve">3 </w:t>
            </w:r>
            <w:proofErr w:type="spellStart"/>
            <w:r w:rsidR="008F1A1C">
              <w:rPr>
                <w:color w:val="000000"/>
                <w:sz w:val="20"/>
                <w:szCs w:val="20"/>
              </w:rPr>
              <w:t>ltr</w:t>
            </w:r>
            <w:proofErr w:type="spellEnd"/>
            <w:r w:rsidR="008F1A1C">
              <w:rPr>
                <w:color w:val="000000"/>
                <w:sz w:val="20"/>
                <w:szCs w:val="20"/>
              </w:rPr>
              <w:t xml:space="preserve"> bottle</w:t>
            </w:r>
            <w:bookmarkStart w:id="0" w:name="_GoBack"/>
            <w:bookmarkEnd w:id="0"/>
          </w:p>
        </w:tc>
        <w:tc>
          <w:tcPr>
            <w:tcW w:w="1204" w:type="dxa"/>
            <w:shd w:val="clear" w:color="auto" w:fill="auto"/>
            <w:tcMar>
              <w:top w:w="50" w:type="dxa"/>
              <w:left w:w="50" w:type="dxa"/>
              <w:bottom w:w="50" w:type="dxa"/>
              <w:right w:w="50" w:type="dxa"/>
            </w:tcMar>
            <w:vAlign w:val="center"/>
          </w:tcPr>
          <w:p w14:paraId="1B78D791" w14:textId="43F847DB" w:rsidR="00DB3F09" w:rsidRDefault="00DB3F09" w:rsidP="00DB3F09">
            <w:pPr>
              <w:spacing w:after="0"/>
              <w:rPr>
                <w:rFonts w:ascii="Arial" w:hAnsi="Arial" w:cs="Arial"/>
                <w:color w:val="auto"/>
                <w:szCs w:val="17"/>
              </w:rPr>
            </w:pPr>
            <w:r>
              <w:rPr>
                <w:color w:val="000000"/>
                <w:sz w:val="20"/>
                <w:szCs w:val="20"/>
              </w:rPr>
              <w:t>1</w:t>
            </w:r>
          </w:p>
        </w:tc>
        <w:tc>
          <w:tcPr>
            <w:tcW w:w="959" w:type="dxa"/>
            <w:shd w:val="clear" w:color="auto" w:fill="auto"/>
            <w:tcMar>
              <w:top w:w="50" w:type="dxa"/>
              <w:left w:w="50" w:type="dxa"/>
              <w:bottom w:w="50" w:type="dxa"/>
              <w:right w:w="50" w:type="dxa"/>
            </w:tcMar>
            <w:vAlign w:val="center"/>
          </w:tcPr>
          <w:p w14:paraId="05F29C7D" w14:textId="3404F104" w:rsidR="00DB3F09" w:rsidRPr="00B03582" w:rsidRDefault="00DB3F09" w:rsidP="00DB3F09">
            <w:pPr>
              <w:spacing w:after="0"/>
              <w:rPr>
                <w:rFonts w:ascii="Arial" w:hAnsi="Arial" w:cs="Arial"/>
                <w:color w:val="auto"/>
                <w:szCs w:val="17"/>
              </w:rPr>
            </w:pPr>
            <w:proofErr w:type="spellStart"/>
            <w:r>
              <w:rPr>
                <w:color w:val="000000"/>
                <w:sz w:val="20"/>
                <w:szCs w:val="20"/>
              </w:rPr>
              <w:t>Btl</w:t>
            </w:r>
            <w:proofErr w:type="spellEnd"/>
          </w:p>
        </w:tc>
      </w:tr>
      <w:tr w:rsidR="00DB3F09" w:rsidRPr="00B03582" w14:paraId="0900F668" w14:textId="77777777" w:rsidTr="00DC34B5">
        <w:tc>
          <w:tcPr>
            <w:tcW w:w="609" w:type="dxa"/>
            <w:shd w:val="clear" w:color="auto" w:fill="FAFAFA"/>
            <w:tcMar>
              <w:top w:w="50" w:type="dxa"/>
              <w:left w:w="50" w:type="dxa"/>
              <w:bottom w:w="50" w:type="dxa"/>
              <w:right w:w="50" w:type="dxa"/>
            </w:tcMar>
          </w:tcPr>
          <w:p w14:paraId="676F03F9" w14:textId="662C4BFD" w:rsidR="00DB3F09" w:rsidRPr="00487D57" w:rsidRDefault="00DB3F09" w:rsidP="00DB3F09">
            <w:pPr>
              <w:spacing w:after="0"/>
              <w:ind w:left="90"/>
              <w:jc w:val="center"/>
              <w:rPr>
                <w:rFonts w:ascii="Arial" w:hAnsi="Arial" w:cs="Arial"/>
                <w:color w:val="auto"/>
                <w:szCs w:val="17"/>
              </w:rPr>
            </w:pPr>
            <w:r>
              <w:rPr>
                <w:rFonts w:ascii="Arial" w:hAnsi="Arial" w:cs="Arial"/>
                <w:color w:val="auto"/>
                <w:szCs w:val="17"/>
              </w:rPr>
              <w:t>22</w:t>
            </w:r>
          </w:p>
        </w:tc>
        <w:tc>
          <w:tcPr>
            <w:tcW w:w="3703" w:type="dxa"/>
            <w:shd w:val="clear" w:color="auto" w:fill="auto"/>
            <w:tcMar>
              <w:top w:w="50" w:type="dxa"/>
              <w:left w:w="50" w:type="dxa"/>
              <w:bottom w:w="50" w:type="dxa"/>
              <w:right w:w="50" w:type="dxa"/>
            </w:tcMar>
            <w:vAlign w:val="center"/>
          </w:tcPr>
          <w:p w14:paraId="28F86018" w14:textId="5963E525" w:rsidR="00DB3F09" w:rsidRDefault="00DB3F09" w:rsidP="00DB3F09">
            <w:pPr>
              <w:spacing w:after="0"/>
              <w:rPr>
                <w:rFonts w:ascii="Arial" w:hAnsi="Arial" w:cs="Arial"/>
                <w:color w:val="auto"/>
                <w:szCs w:val="17"/>
              </w:rPr>
            </w:pPr>
            <w:r>
              <w:rPr>
                <w:color w:val="000000"/>
                <w:sz w:val="20"/>
                <w:szCs w:val="20"/>
              </w:rPr>
              <w:t>Wire Roll (Single core Black &amp; White Jumper Wires)</w:t>
            </w:r>
          </w:p>
        </w:tc>
        <w:tc>
          <w:tcPr>
            <w:tcW w:w="4266" w:type="dxa"/>
            <w:shd w:val="clear" w:color="auto" w:fill="auto"/>
            <w:vAlign w:val="center"/>
          </w:tcPr>
          <w:p w14:paraId="5B8B3D20" w14:textId="685AAF01" w:rsidR="00DB3F09" w:rsidRDefault="00DB3F09" w:rsidP="00DB3F09">
            <w:pPr>
              <w:spacing w:after="0"/>
              <w:rPr>
                <w:rFonts w:ascii="Arial" w:hAnsi="Arial" w:cs="Arial"/>
                <w:color w:val="auto"/>
                <w:szCs w:val="17"/>
              </w:rPr>
            </w:pPr>
            <w:r>
              <w:rPr>
                <w:color w:val="000000"/>
                <w:sz w:val="20"/>
                <w:szCs w:val="20"/>
              </w:rPr>
              <w:t>100 yard</w:t>
            </w:r>
          </w:p>
        </w:tc>
        <w:tc>
          <w:tcPr>
            <w:tcW w:w="1204" w:type="dxa"/>
            <w:shd w:val="clear" w:color="auto" w:fill="auto"/>
            <w:tcMar>
              <w:top w:w="50" w:type="dxa"/>
              <w:left w:w="50" w:type="dxa"/>
              <w:bottom w:w="50" w:type="dxa"/>
              <w:right w:w="50" w:type="dxa"/>
            </w:tcMar>
            <w:vAlign w:val="center"/>
          </w:tcPr>
          <w:p w14:paraId="07B4EE9D" w14:textId="26E98250" w:rsidR="00DB3F09" w:rsidRDefault="00DB3F09" w:rsidP="00DB3F09">
            <w:pPr>
              <w:spacing w:after="0"/>
              <w:rPr>
                <w:rFonts w:ascii="Arial" w:hAnsi="Arial" w:cs="Arial"/>
                <w:color w:val="auto"/>
                <w:szCs w:val="17"/>
              </w:rPr>
            </w:pPr>
            <w:r>
              <w:rPr>
                <w:color w:val="000000"/>
                <w:sz w:val="20"/>
                <w:szCs w:val="20"/>
              </w:rPr>
              <w:t>8</w:t>
            </w:r>
          </w:p>
        </w:tc>
        <w:tc>
          <w:tcPr>
            <w:tcW w:w="959" w:type="dxa"/>
            <w:shd w:val="clear" w:color="auto" w:fill="auto"/>
            <w:tcMar>
              <w:top w:w="50" w:type="dxa"/>
              <w:left w:w="50" w:type="dxa"/>
              <w:bottom w:w="50" w:type="dxa"/>
              <w:right w:w="50" w:type="dxa"/>
            </w:tcMar>
            <w:vAlign w:val="center"/>
          </w:tcPr>
          <w:p w14:paraId="4332A56C" w14:textId="3C9EE2EC" w:rsidR="00DB3F09" w:rsidRPr="00B03582" w:rsidRDefault="00DB3F09" w:rsidP="00DB3F09">
            <w:pPr>
              <w:spacing w:after="0"/>
              <w:rPr>
                <w:rFonts w:ascii="Arial" w:hAnsi="Arial" w:cs="Arial"/>
                <w:color w:val="auto"/>
                <w:szCs w:val="17"/>
              </w:rPr>
            </w:pPr>
            <w:r>
              <w:rPr>
                <w:color w:val="000000"/>
                <w:sz w:val="20"/>
                <w:szCs w:val="20"/>
              </w:rPr>
              <w:t>Nos</w:t>
            </w:r>
          </w:p>
        </w:tc>
      </w:tr>
      <w:tr w:rsidR="00DB3F09" w:rsidRPr="00B03582" w14:paraId="799AB0BC" w14:textId="77777777" w:rsidTr="00DC34B5">
        <w:tc>
          <w:tcPr>
            <w:tcW w:w="609" w:type="dxa"/>
            <w:shd w:val="clear" w:color="auto" w:fill="FAFAFA"/>
            <w:tcMar>
              <w:top w:w="50" w:type="dxa"/>
              <w:left w:w="50" w:type="dxa"/>
              <w:bottom w:w="50" w:type="dxa"/>
              <w:right w:w="50" w:type="dxa"/>
            </w:tcMar>
          </w:tcPr>
          <w:p w14:paraId="14CC07F6" w14:textId="4C6C1EB2" w:rsidR="00DB3F09" w:rsidRPr="00487D57" w:rsidRDefault="00DB3F09" w:rsidP="00DB3F09">
            <w:pPr>
              <w:spacing w:after="0"/>
              <w:ind w:left="90"/>
              <w:jc w:val="center"/>
              <w:rPr>
                <w:rFonts w:ascii="Arial" w:hAnsi="Arial" w:cs="Arial"/>
                <w:color w:val="auto"/>
                <w:szCs w:val="17"/>
              </w:rPr>
            </w:pPr>
            <w:r>
              <w:rPr>
                <w:rFonts w:ascii="Arial" w:hAnsi="Arial" w:cs="Arial"/>
                <w:color w:val="auto"/>
                <w:szCs w:val="17"/>
              </w:rPr>
              <w:t>23</w:t>
            </w:r>
          </w:p>
        </w:tc>
        <w:tc>
          <w:tcPr>
            <w:tcW w:w="3703" w:type="dxa"/>
            <w:shd w:val="clear" w:color="auto" w:fill="auto"/>
            <w:tcMar>
              <w:top w:w="50" w:type="dxa"/>
              <w:left w:w="50" w:type="dxa"/>
              <w:bottom w:w="50" w:type="dxa"/>
              <w:right w:w="50" w:type="dxa"/>
            </w:tcMar>
            <w:vAlign w:val="center"/>
          </w:tcPr>
          <w:p w14:paraId="725A164C" w14:textId="79F8AF26" w:rsidR="00DB3F09" w:rsidRDefault="00DB3F09" w:rsidP="00DB3F09">
            <w:pPr>
              <w:spacing w:after="0"/>
              <w:rPr>
                <w:rFonts w:ascii="Arial" w:hAnsi="Arial" w:cs="Arial"/>
                <w:color w:val="auto"/>
                <w:szCs w:val="17"/>
              </w:rPr>
            </w:pPr>
            <w:r>
              <w:rPr>
                <w:color w:val="000000"/>
                <w:sz w:val="20"/>
                <w:szCs w:val="20"/>
              </w:rPr>
              <w:t>Bread Board</w:t>
            </w:r>
          </w:p>
        </w:tc>
        <w:tc>
          <w:tcPr>
            <w:tcW w:w="4266" w:type="dxa"/>
            <w:shd w:val="clear" w:color="auto" w:fill="auto"/>
            <w:vAlign w:val="center"/>
          </w:tcPr>
          <w:p w14:paraId="051648B7" w14:textId="54643353" w:rsidR="00DB3F09" w:rsidRDefault="00DB3F09" w:rsidP="00DB3F09">
            <w:pPr>
              <w:spacing w:after="0"/>
              <w:rPr>
                <w:rFonts w:ascii="Arial" w:hAnsi="Arial" w:cs="Arial"/>
                <w:color w:val="auto"/>
                <w:szCs w:val="17"/>
              </w:rPr>
            </w:pPr>
            <w:r>
              <w:rPr>
                <w:color w:val="000000"/>
                <w:sz w:val="20"/>
                <w:szCs w:val="20"/>
              </w:rPr>
              <w:t>-</w:t>
            </w:r>
          </w:p>
        </w:tc>
        <w:tc>
          <w:tcPr>
            <w:tcW w:w="1204" w:type="dxa"/>
            <w:shd w:val="clear" w:color="auto" w:fill="auto"/>
            <w:tcMar>
              <w:top w:w="50" w:type="dxa"/>
              <w:left w:w="50" w:type="dxa"/>
              <w:bottom w:w="50" w:type="dxa"/>
              <w:right w:w="50" w:type="dxa"/>
            </w:tcMar>
            <w:vAlign w:val="center"/>
          </w:tcPr>
          <w:p w14:paraId="42F0458F" w14:textId="67390429" w:rsidR="00DB3F09" w:rsidRDefault="00DB3F09" w:rsidP="00DB3F09">
            <w:pPr>
              <w:spacing w:after="0"/>
              <w:rPr>
                <w:rFonts w:ascii="Arial" w:hAnsi="Arial" w:cs="Arial"/>
                <w:color w:val="auto"/>
                <w:szCs w:val="17"/>
              </w:rPr>
            </w:pPr>
            <w:r>
              <w:rPr>
                <w:color w:val="000000"/>
                <w:sz w:val="20"/>
                <w:szCs w:val="20"/>
              </w:rPr>
              <w:t>50</w:t>
            </w:r>
          </w:p>
        </w:tc>
        <w:tc>
          <w:tcPr>
            <w:tcW w:w="959" w:type="dxa"/>
            <w:shd w:val="clear" w:color="auto" w:fill="auto"/>
            <w:tcMar>
              <w:top w:w="50" w:type="dxa"/>
              <w:left w:w="50" w:type="dxa"/>
              <w:bottom w:w="50" w:type="dxa"/>
              <w:right w:w="50" w:type="dxa"/>
            </w:tcMar>
            <w:vAlign w:val="center"/>
          </w:tcPr>
          <w:p w14:paraId="16A957D1" w14:textId="3674419D" w:rsidR="00DB3F09" w:rsidRPr="00B03582" w:rsidRDefault="00DB3F09" w:rsidP="00DB3F09">
            <w:pPr>
              <w:spacing w:after="0"/>
              <w:rPr>
                <w:rFonts w:ascii="Arial" w:hAnsi="Arial" w:cs="Arial"/>
                <w:color w:val="auto"/>
                <w:szCs w:val="17"/>
              </w:rPr>
            </w:pPr>
            <w:r>
              <w:rPr>
                <w:color w:val="000000"/>
                <w:sz w:val="20"/>
                <w:szCs w:val="20"/>
              </w:rPr>
              <w:t>Nos</w:t>
            </w:r>
          </w:p>
        </w:tc>
      </w:tr>
      <w:tr w:rsidR="00DB3F09" w:rsidRPr="00B03582" w14:paraId="25357149" w14:textId="77777777" w:rsidTr="00DC34B5">
        <w:tc>
          <w:tcPr>
            <w:tcW w:w="609" w:type="dxa"/>
            <w:shd w:val="clear" w:color="auto" w:fill="FAFAFA"/>
            <w:tcMar>
              <w:top w:w="50" w:type="dxa"/>
              <w:left w:w="50" w:type="dxa"/>
              <w:bottom w:w="50" w:type="dxa"/>
              <w:right w:w="50" w:type="dxa"/>
            </w:tcMar>
          </w:tcPr>
          <w:p w14:paraId="55EDABC8" w14:textId="6AE2812E" w:rsidR="00DB3F09" w:rsidRPr="00487D57" w:rsidRDefault="00DB3F09" w:rsidP="00DB3F09">
            <w:pPr>
              <w:spacing w:after="0"/>
              <w:ind w:left="90"/>
              <w:jc w:val="center"/>
              <w:rPr>
                <w:rFonts w:ascii="Arial" w:hAnsi="Arial" w:cs="Arial"/>
                <w:color w:val="auto"/>
                <w:szCs w:val="17"/>
              </w:rPr>
            </w:pPr>
            <w:r>
              <w:rPr>
                <w:rFonts w:ascii="Arial" w:hAnsi="Arial" w:cs="Arial"/>
                <w:color w:val="auto"/>
                <w:szCs w:val="17"/>
              </w:rPr>
              <w:t>24</w:t>
            </w:r>
          </w:p>
        </w:tc>
        <w:tc>
          <w:tcPr>
            <w:tcW w:w="3703" w:type="dxa"/>
            <w:shd w:val="clear" w:color="auto" w:fill="auto"/>
            <w:tcMar>
              <w:top w:w="50" w:type="dxa"/>
              <w:left w:w="50" w:type="dxa"/>
              <w:bottom w:w="50" w:type="dxa"/>
              <w:right w:w="50" w:type="dxa"/>
            </w:tcMar>
            <w:vAlign w:val="center"/>
          </w:tcPr>
          <w:p w14:paraId="19E40B0C" w14:textId="2311CDFF" w:rsidR="00DB3F09" w:rsidRDefault="00DB3F09" w:rsidP="00DB3F09">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5C889AB5" w14:textId="7D18771D" w:rsidR="00DB3F09" w:rsidRDefault="00DB3F09" w:rsidP="00DB3F09">
            <w:pPr>
              <w:spacing w:after="0"/>
              <w:rPr>
                <w:rFonts w:ascii="Arial" w:hAnsi="Arial" w:cs="Arial"/>
                <w:color w:val="auto"/>
                <w:szCs w:val="17"/>
              </w:rPr>
            </w:pPr>
            <w:r>
              <w:rPr>
                <w:color w:val="000000"/>
                <w:sz w:val="20"/>
                <w:szCs w:val="20"/>
              </w:rPr>
              <w:t>220 Ohm</w:t>
            </w:r>
          </w:p>
        </w:tc>
        <w:tc>
          <w:tcPr>
            <w:tcW w:w="1204" w:type="dxa"/>
            <w:shd w:val="clear" w:color="auto" w:fill="auto"/>
            <w:tcMar>
              <w:top w:w="50" w:type="dxa"/>
              <w:left w:w="50" w:type="dxa"/>
              <w:bottom w:w="50" w:type="dxa"/>
              <w:right w:w="50" w:type="dxa"/>
            </w:tcMar>
            <w:vAlign w:val="center"/>
          </w:tcPr>
          <w:p w14:paraId="7FA3F94D" w14:textId="11619594" w:rsidR="00DB3F09" w:rsidRDefault="00DB3F09" w:rsidP="00DB3F09">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50A00039" w14:textId="2506019F" w:rsidR="00DB3F09" w:rsidRPr="00B03582" w:rsidRDefault="00DB3F09" w:rsidP="00DB3F09">
            <w:pPr>
              <w:spacing w:after="0"/>
              <w:rPr>
                <w:rFonts w:ascii="Arial" w:hAnsi="Arial" w:cs="Arial"/>
                <w:color w:val="auto"/>
                <w:szCs w:val="17"/>
              </w:rPr>
            </w:pPr>
            <w:r>
              <w:rPr>
                <w:color w:val="000000"/>
                <w:sz w:val="20"/>
                <w:szCs w:val="20"/>
              </w:rPr>
              <w:t>Nos</w:t>
            </w:r>
          </w:p>
        </w:tc>
      </w:tr>
      <w:tr w:rsidR="00DB3F09" w:rsidRPr="00B03582" w14:paraId="2629B093" w14:textId="77777777" w:rsidTr="00DC34B5">
        <w:tc>
          <w:tcPr>
            <w:tcW w:w="609" w:type="dxa"/>
            <w:shd w:val="clear" w:color="auto" w:fill="FAFAFA"/>
            <w:tcMar>
              <w:top w:w="50" w:type="dxa"/>
              <w:left w:w="50" w:type="dxa"/>
              <w:bottom w:w="50" w:type="dxa"/>
              <w:right w:w="50" w:type="dxa"/>
            </w:tcMar>
          </w:tcPr>
          <w:p w14:paraId="57A7511E" w14:textId="0E82BED8" w:rsidR="00DB3F09" w:rsidRPr="00487D57" w:rsidRDefault="00DB3F09" w:rsidP="00DB3F09">
            <w:pPr>
              <w:spacing w:after="0"/>
              <w:ind w:left="90"/>
              <w:jc w:val="center"/>
              <w:rPr>
                <w:rFonts w:ascii="Arial" w:hAnsi="Arial" w:cs="Arial"/>
                <w:color w:val="auto"/>
                <w:szCs w:val="17"/>
              </w:rPr>
            </w:pPr>
            <w:r>
              <w:rPr>
                <w:rFonts w:ascii="Arial" w:hAnsi="Arial" w:cs="Arial"/>
                <w:color w:val="auto"/>
                <w:szCs w:val="17"/>
              </w:rPr>
              <w:t>25</w:t>
            </w:r>
          </w:p>
        </w:tc>
        <w:tc>
          <w:tcPr>
            <w:tcW w:w="3703" w:type="dxa"/>
            <w:shd w:val="clear" w:color="auto" w:fill="auto"/>
            <w:tcMar>
              <w:top w:w="50" w:type="dxa"/>
              <w:left w:w="50" w:type="dxa"/>
              <w:bottom w:w="50" w:type="dxa"/>
              <w:right w:w="50" w:type="dxa"/>
            </w:tcMar>
            <w:vAlign w:val="center"/>
          </w:tcPr>
          <w:p w14:paraId="48DFC4D7" w14:textId="2E9E9EAE" w:rsidR="00DB3F09" w:rsidRDefault="00DB3F09" w:rsidP="00DB3F09">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4B8F36E2" w14:textId="163A3887" w:rsidR="00DB3F09" w:rsidRDefault="00DB3F09" w:rsidP="00DB3F09">
            <w:pPr>
              <w:spacing w:after="0"/>
              <w:rPr>
                <w:rFonts w:ascii="Arial" w:hAnsi="Arial" w:cs="Arial"/>
                <w:color w:val="auto"/>
                <w:szCs w:val="17"/>
              </w:rPr>
            </w:pPr>
            <w:r>
              <w:rPr>
                <w:color w:val="000000"/>
                <w:sz w:val="20"/>
                <w:szCs w:val="20"/>
              </w:rPr>
              <w:t>470 Ohm</w:t>
            </w:r>
          </w:p>
        </w:tc>
        <w:tc>
          <w:tcPr>
            <w:tcW w:w="1204" w:type="dxa"/>
            <w:shd w:val="clear" w:color="auto" w:fill="auto"/>
            <w:tcMar>
              <w:top w:w="50" w:type="dxa"/>
              <w:left w:w="50" w:type="dxa"/>
              <w:bottom w:w="50" w:type="dxa"/>
              <w:right w:w="50" w:type="dxa"/>
            </w:tcMar>
            <w:vAlign w:val="center"/>
          </w:tcPr>
          <w:p w14:paraId="50396094" w14:textId="67B40BD5" w:rsidR="00DB3F09" w:rsidRDefault="00DB3F09" w:rsidP="00DB3F09">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443AFDDC" w14:textId="72790594" w:rsidR="00DB3F09" w:rsidRPr="00B03582" w:rsidRDefault="00DB3F09" w:rsidP="00DB3F09">
            <w:pPr>
              <w:spacing w:after="0"/>
              <w:rPr>
                <w:rFonts w:ascii="Arial" w:hAnsi="Arial" w:cs="Arial"/>
                <w:color w:val="auto"/>
                <w:szCs w:val="17"/>
              </w:rPr>
            </w:pPr>
            <w:r>
              <w:rPr>
                <w:color w:val="000000"/>
                <w:sz w:val="20"/>
                <w:szCs w:val="20"/>
              </w:rPr>
              <w:t>Nos</w:t>
            </w:r>
          </w:p>
        </w:tc>
      </w:tr>
      <w:tr w:rsidR="00DB3F09" w:rsidRPr="00B03582" w14:paraId="5ED02867" w14:textId="77777777" w:rsidTr="00DC34B5">
        <w:tc>
          <w:tcPr>
            <w:tcW w:w="609" w:type="dxa"/>
            <w:shd w:val="clear" w:color="auto" w:fill="FAFAFA"/>
            <w:tcMar>
              <w:top w:w="50" w:type="dxa"/>
              <w:left w:w="50" w:type="dxa"/>
              <w:bottom w:w="50" w:type="dxa"/>
              <w:right w:w="50" w:type="dxa"/>
            </w:tcMar>
          </w:tcPr>
          <w:p w14:paraId="572DC7D3" w14:textId="48E02522" w:rsidR="00DB3F09" w:rsidRPr="00487D57" w:rsidRDefault="00DB3F09" w:rsidP="00DB3F09">
            <w:pPr>
              <w:spacing w:after="0"/>
              <w:ind w:left="90"/>
              <w:jc w:val="center"/>
              <w:rPr>
                <w:rFonts w:ascii="Arial" w:hAnsi="Arial" w:cs="Arial"/>
                <w:color w:val="auto"/>
                <w:szCs w:val="17"/>
              </w:rPr>
            </w:pPr>
            <w:r>
              <w:rPr>
                <w:rFonts w:ascii="Arial" w:hAnsi="Arial" w:cs="Arial"/>
                <w:color w:val="auto"/>
                <w:szCs w:val="17"/>
              </w:rPr>
              <w:t>26</w:t>
            </w:r>
          </w:p>
        </w:tc>
        <w:tc>
          <w:tcPr>
            <w:tcW w:w="3703" w:type="dxa"/>
            <w:shd w:val="clear" w:color="auto" w:fill="auto"/>
            <w:tcMar>
              <w:top w:w="50" w:type="dxa"/>
              <w:left w:w="50" w:type="dxa"/>
              <w:bottom w:w="50" w:type="dxa"/>
              <w:right w:w="50" w:type="dxa"/>
            </w:tcMar>
            <w:vAlign w:val="center"/>
          </w:tcPr>
          <w:p w14:paraId="1257BC27" w14:textId="5297592D" w:rsidR="00DB3F09" w:rsidRDefault="00DB3F09" w:rsidP="00DB3F09">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4AD9D71E" w14:textId="1344EDCA" w:rsidR="00DB3F09" w:rsidRDefault="00DB3F09" w:rsidP="00DB3F09">
            <w:pPr>
              <w:spacing w:after="0"/>
              <w:rPr>
                <w:rFonts w:ascii="Arial" w:hAnsi="Arial" w:cs="Arial"/>
                <w:color w:val="auto"/>
                <w:szCs w:val="17"/>
              </w:rPr>
            </w:pPr>
            <w:r>
              <w:rPr>
                <w:color w:val="000000"/>
                <w:sz w:val="20"/>
                <w:szCs w:val="20"/>
              </w:rPr>
              <w:t>560 Ohm</w:t>
            </w:r>
          </w:p>
        </w:tc>
        <w:tc>
          <w:tcPr>
            <w:tcW w:w="1204" w:type="dxa"/>
            <w:shd w:val="clear" w:color="auto" w:fill="auto"/>
            <w:tcMar>
              <w:top w:w="50" w:type="dxa"/>
              <w:left w:w="50" w:type="dxa"/>
              <w:bottom w:w="50" w:type="dxa"/>
              <w:right w:w="50" w:type="dxa"/>
            </w:tcMar>
            <w:vAlign w:val="center"/>
          </w:tcPr>
          <w:p w14:paraId="221E8785" w14:textId="0136C5A5" w:rsidR="00DB3F09" w:rsidRDefault="00DB3F09" w:rsidP="00DB3F09">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0841C932" w14:textId="27D7F049" w:rsidR="00DB3F09" w:rsidRPr="00B03582" w:rsidRDefault="00DB3F09" w:rsidP="00DB3F09">
            <w:pPr>
              <w:spacing w:after="0"/>
              <w:rPr>
                <w:rFonts w:ascii="Arial" w:hAnsi="Arial" w:cs="Arial"/>
                <w:color w:val="auto"/>
                <w:szCs w:val="17"/>
              </w:rPr>
            </w:pPr>
            <w:r>
              <w:rPr>
                <w:color w:val="000000"/>
                <w:sz w:val="20"/>
                <w:szCs w:val="20"/>
              </w:rPr>
              <w:t>Nos</w:t>
            </w:r>
          </w:p>
        </w:tc>
      </w:tr>
      <w:tr w:rsidR="00DB3F09" w:rsidRPr="00B03582" w14:paraId="217D91A1" w14:textId="77777777" w:rsidTr="00DC34B5">
        <w:tc>
          <w:tcPr>
            <w:tcW w:w="609" w:type="dxa"/>
            <w:shd w:val="clear" w:color="auto" w:fill="FAFAFA"/>
            <w:tcMar>
              <w:top w:w="50" w:type="dxa"/>
              <w:left w:w="50" w:type="dxa"/>
              <w:bottom w:w="50" w:type="dxa"/>
              <w:right w:w="50" w:type="dxa"/>
            </w:tcMar>
          </w:tcPr>
          <w:p w14:paraId="280AC334" w14:textId="59FD59D3" w:rsidR="00DB3F09" w:rsidRPr="00487D57" w:rsidRDefault="00DB3F09" w:rsidP="00DB3F09">
            <w:pPr>
              <w:spacing w:after="0"/>
              <w:ind w:left="90"/>
              <w:jc w:val="center"/>
              <w:rPr>
                <w:rFonts w:ascii="Arial" w:hAnsi="Arial" w:cs="Arial"/>
                <w:color w:val="auto"/>
                <w:szCs w:val="17"/>
              </w:rPr>
            </w:pPr>
            <w:r>
              <w:rPr>
                <w:rFonts w:ascii="Arial" w:hAnsi="Arial" w:cs="Arial"/>
                <w:color w:val="auto"/>
                <w:szCs w:val="17"/>
              </w:rPr>
              <w:t>27</w:t>
            </w:r>
          </w:p>
        </w:tc>
        <w:tc>
          <w:tcPr>
            <w:tcW w:w="3703" w:type="dxa"/>
            <w:shd w:val="clear" w:color="auto" w:fill="auto"/>
            <w:tcMar>
              <w:top w:w="50" w:type="dxa"/>
              <w:left w:w="50" w:type="dxa"/>
              <w:bottom w:w="50" w:type="dxa"/>
              <w:right w:w="50" w:type="dxa"/>
            </w:tcMar>
            <w:vAlign w:val="center"/>
          </w:tcPr>
          <w:p w14:paraId="3FEF5943" w14:textId="56631B13" w:rsidR="00DB3F09" w:rsidRDefault="00DB3F09" w:rsidP="00DB3F09">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5C404218" w14:textId="331286B0" w:rsidR="00DB3F09" w:rsidRDefault="00DB3F09" w:rsidP="00DB3F09">
            <w:pPr>
              <w:spacing w:after="0"/>
              <w:rPr>
                <w:rFonts w:ascii="Arial" w:hAnsi="Arial" w:cs="Arial"/>
                <w:color w:val="auto"/>
                <w:szCs w:val="17"/>
              </w:rPr>
            </w:pPr>
            <w:r>
              <w:rPr>
                <w:color w:val="000000"/>
                <w:sz w:val="20"/>
                <w:szCs w:val="20"/>
              </w:rPr>
              <w:t>1.2K Ohm</w:t>
            </w:r>
          </w:p>
        </w:tc>
        <w:tc>
          <w:tcPr>
            <w:tcW w:w="1204" w:type="dxa"/>
            <w:shd w:val="clear" w:color="auto" w:fill="auto"/>
            <w:tcMar>
              <w:top w:w="50" w:type="dxa"/>
              <w:left w:w="50" w:type="dxa"/>
              <w:bottom w:w="50" w:type="dxa"/>
              <w:right w:w="50" w:type="dxa"/>
            </w:tcMar>
            <w:vAlign w:val="center"/>
          </w:tcPr>
          <w:p w14:paraId="28347BFF" w14:textId="2D49078F" w:rsidR="00DB3F09" w:rsidRDefault="00DB3F09" w:rsidP="00DB3F09">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0085A0FC" w14:textId="2229DB31" w:rsidR="00DB3F09" w:rsidRPr="00B03582" w:rsidRDefault="00DB3F09" w:rsidP="00DB3F09">
            <w:pPr>
              <w:spacing w:after="0"/>
              <w:rPr>
                <w:rFonts w:ascii="Arial" w:hAnsi="Arial" w:cs="Arial"/>
                <w:color w:val="auto"/>
                <w:szCs w:val="17"/>
              </w:rPr>
            </w:pPr>
            <w:r>
              <w:rPr>
                <w:color w:val="000000"/>
                <w:sz w:val="20"/>
                <w:szCs w:val="20"/>
              </w:rPr>
              <w:t>Nos</w:t>
            </w:r>
          </w:p>
        </w:tc>
      </w:tr>
      <w:tr w:rsidR="00DB3F09" w:rsidRPr="00B03582" w14:paraId="10A508C0" w14:textId="77777777" w:rsidTr="00DC34B5">
        <w:tc>
          <w:tcPr>
            <w:tcW w:w="609" w:type="dxa"/>
            <w:shd w:val="clear" w:color="auto" w:fill="FAFAFA"/>
            <w:tcMar>
              <w:top w:w="50" w:type="dxa"/>
              <w:left w:w="50" w:type="dxa"/>
              <w:bottom w:w="50" w:type="dxa"/>
              <w:right w:w="50" w:type="dxa"/>
            </w:tcMar>
          </w:tcPr>
          <w:p w14:paraId="07CEEB9A" w14:textId="676BD0A3" w:rsidR="00DB3F09" w:rsidRPr="00487D57" w:rsidRDefault="00DB3F09" w:rsidP="00DB3F09">
            <w:pPr>
              <w:spacing w:after="0"/>
              <w:ind w:left="90"/>
              <w:jc w:val="center"/>
              <w:rPr>
                <w:rFonts w:ascii="Arial" w:hAnsi="Arial" w:cs="Arial"/>
                <w:color w:val="auto"/>
                <w:szCs w:val="17"/>
              </w:rPr>
            </w:pPr>
            <w:r>
              <w:rPr>
                <w:rFonts w:ascii="Arial" w:hAnsi="Arial" w:cs="Arial"/>
                <w:color w:val="auto"/>
                <w:szCs w:val="17"/>
              </w:rPr>
              <w:t>28</w:t>
            </w:r>
          </w:p>
        </w:tc>
        <w:tc>
          <w:tcPr>
            <w:tcW w:w="3703" w:type="dxa"/>
            <w:shd w:val="clear" w:color="auto" w:fill="auto"/>
            <w:tcMar>
              <w:top w:w="50" w:type="dxa"/>
              <w:left w:w="50" w:type="dxa"/>
              <w:bottom w:w="50" w:type="dxa"/>
              <w:right w:w="50" w:type="dxa"/>
            </w:tcMar>
            <w:vAlign w:val="center"/>
          </w:tcPr>
          <w:p w14:paraId="28311CE8" w14:textId="68C5DF28" w:rsidR="00DB3F09" w:rsidRDefault="00DB3F09" w:rsidP="00DB3F09">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7F2EBF54" w14:textId="0A0EFDD7" w:rsidR="00DB3F09" w:rsidRDefault="00DB3F09" w:rsidP="00DB3F09">
            <w:pPr>
              <w:spacing w:after="0"/>
              <w:rPr>
                <w:rFonts w:ascii="Arial" w:hAnsi="Arial" w:cs="Arial"/>
                <w:color w:val="auto"/>
                <w:szCs w:val="17"/>
              </w:rPr>
            </w:pPr>
            <w:r>
              <w:rPr>
                <w:color w:val="000000"/>
                <w:sz w:val="20"/>
                <w:szCs w:val="20"/>
              </w:rPr>
              <w:t>2.7K Ohm</w:t>
            </w:r>
          </w:p>
        </w:tc>
        <w:tc>
          <w:tcPr>
            <w:tcW w:w="1204" w:type="dxa"/>
            <w:shd w:val="clear" w:color="auto" w:fill="auto"/>
            <w:tcMar>
              <w:top w:w="50" w:type="dxa"/>
              <w:left w:w="50" w:type="dxa"/>
              <w:bottom w:w="50" w:type="dxa"/>
              <w:right w:w="50" w:type="dxa"/>
            </w:tcMar>
            <w:vAlign w:val="center"/>
          </w:tcPr>
          <w:p w14:paraId="3F6EEB8F" w14:textId="65B3D0C4" w:rsidR="00DB3F09" w:rsidRDefault="00DB3F09" w:rsidP="00DB3F09">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1D4F921C" w14:textId="3ACAA2E5" w:rsidR="00DB3F09" w:rsidRPr="00B03582" w:rsidRDefault="00DB3F09" w:rsidP="00DB3F09">
            <w:pPr>
              <w:spacing w:after="0"/>
              <w:rPr>
                <w:rFonts w:ascii="Arial" w:hAnsi="Arial" w:cs="Arial"/>
                <w:color w:val="auto"/>
                <w:szCs w:val="17"/>
              </w:rPr>
            </w:pPr>
            <w:r>
              <w:rPr>
                <w:color w:val="000000"/>
                <w:sz w:val="20"/>
                <w:szCs w:val="20"/>
              </w:rPr>
              <w:t>Nos</w:t>
            </w:r>
          </w:p>
        </w:tc>
      </w:tr>
      <w:tr w:rsidR="00DB3F09" w:rsidRPr="00B03582" w14:paraId="4465A215" w14:textId="77777777" w:rsidTr="00DC34B5">
        <w:tc>
          <w:tcPr>
            <w:tcW w:w="609" w:type="dxa"/>
            <w:shd w:val="clear" w:color="auto" w:fill="FAFAFA"/>
            <w:tcMar>
              <w:top w:w="50" w:type="dxa"/>
              <w:left w:w="50" w:type="dxa"/>
              <w:bottom w:w="50" w:type="dxa"/>
              <w:right w:w="50" w:type="dxa"/>
            </w:tcMar>
          </w:tcPr>
          <w:p w14:paraId="0C37F380" w14:textId="2E2FE704" w:rsidR="00DB3F09" w:rsidRPr="00487D57" w:rsidRDefault="00DB3F09" w:rsidP="00DB3F09">
            <w:pPr>
              <w:spacing w:after="0"/>
              <w:ind w:left="90"/>
              <w:jc w:val="center"/>
              <w:rPr>
                <w:rFonts w:ascii="Arial" w:hAnsi="Arial" w:cs="Arial"/>
                <w:color w:val="auto"/>
                <w:szCs w:val="17"/>
              </w:rPr>
            </w:pPr>
            <w:r>
              <w:rPr>
                <w:rFonts w:ascii="Arial" w:hAnsi="Arial" w:cs="Arial"/>
                <w:color w:val="auto"/>
                <w:szCs w:val="17"/>
              </w:rPr>
              <w:t>29</w:t>
            </w:r>
          </w:p>
        </w:tc>
        <w:tc>
          <w:tcPr>
            <w:tcW w:w="3703" w:type="dxa"/>
            <w:shd w:val="clear" w:color="auto" w:fill="auto"/>
            <w:tcMar>
              <w:top w:w="50" w:type="dxa"/>
              <w:left w:w="50" w:type="dxa"/>
              <w:bottom w:w="50" w:type="dxa"/>
              <w:right w:w="50" w:type="dxa"/>
            </w:tcMar>
            <w:vAlign w:val="center"/>
          </w:tcPr>
          <w:p w14:paraId="59852BAC" w14:textId="7C2CE1B1" w:rsidR="00DB3F09" w:rsidRDefault="00DB3F09" w:rsidP="00DB3F09">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64E94BD6" w14:textId="60DB332B" w:rsidR="00DB3F09" w:rsidRDefault="00DB3F09" w:rsidP="00DB3F09">
            <w:pPr>
              <w:spacing w:after="0"/>
              <w:rPr>
                <w:rFonts w:ascii="Arial" w:hAnsi="Arial" w:cs="Arial"/>
                <w:color w:val="auto"/>
                <w:szCs w:val="17"/>
              </w:rPr>
            </w:pPr>
            <w:r>
              <w:rPr>
                <w:color w:val="000000"/>
                <w:sz w:val="20"/>
                <w:szCs w:val="20"/>
              </w:rPr>
              <w:t>20K Ohm</w:t>
            </w:r>
          </w:p>
        </w:tc>
        <w:tc>
          <w:tcPr>
            <w:tcW w:w="1204" w:type="dxa"/>
            <w:shd w:val="clear" w:color="auto" w:fill="auto"/>
            <w:tcMar>
              <w:top w:w="50" w:type="dxa"/>
              <w:left w:w="50" w:type="dxa"/>
              <w:bottom w:w="50" w:type="dxa"/>
              <w:right w:w="50" w:type="dxa"/>
            </w:tcMar>
            <w:vAlign w:val="center"/>
          </w:tcPr>
          <w:p w14:paraId="650F2F3A" w14:textId="3E5CD00C" w:rsidR="00DB3F09" w:rsidRDefault="00DB3F09" w:rsidP="00DB3F09">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12939FC9" w14:textId="0AD7F899" w:rsidR="00DB3F09" w:rsidRPr="00B03582" w:rsidRDefault="00DB3F09" w:rsidP="00DB3F09">
            <w:pPr>
              <w:spacing w:after="0"/>
              <w:rPr>
                <w:rFonts w:ascii="Arial" w:hAnsi="Arial" w:cs="Arial"/>
                <w:color w:val="auto"/>
                <w:szCs w:val="17"/>
              </w:rPr>
            </w:pPr>
            <w:r>
              <w:rPr>
                <w:color w:val="000000"/>
                <w:sz w:val="20"/>
                <w:szCs w:val="20"/>
              </w:rPr>
              <w:t>Nos</w:t>
            </w:r>
          </w:p>
        </w:tc>
      </w:tr>
      <w:tr w:rsidR="00DB3F09" w:rsidRPr="00B03582" w14:paraId="1439159F" w14:textId="77777777" w:rsidTr="00DC34B5">
        <w:tc>
          <w:tcPr>
            <w:tcW w:w="609" w:type="dxa"/>
            <w:shd w:val="clear" w:color="auto" w:fill="FAFAFA"/>
            <w:tcMar>
              <w:top w:w="50" w:type="dxa"/>
              <w:left w:w="50" w:type="dxa"/>
              <w:bottom w:w="50" w:type="dxa"/>
              <w:right w:w="50" w:type="dxa"/>
            </w:tcMar>
          </w:tcPr>
          <w:p w14:paraId="68D19B2B" w14:textId="7EBE4A35" w:rsidR="00DB3F09" w:rsidRPr="00487D57" w:rsidRDefault="00DB3F09" w:rsidP="00DB3F09">
            <w:pPr>
              <w:spacing w:after="0"/>
              <w:ind w:left="90"/>
              <w:jc w:val="center"/>
              <w:rPr>
                <w:rFonts w:ascii="Arial" w:hAnsi="Arial" w:cs="Arial"/>
                <w:color w:val="auto"/>
                <w:szCs w:val="17"/>
              </w:rPr>
            </w:pPr>
            <w:r>
              <w:rPr>
                <w:rFonts w:ascii="Arial" w:hAnsi="Arial" w:cs="Arial"/>
                <w:color w:val="auto"/>
                <w:szCs w:val="17"/>
              </w:rPr>
              <w:t>30</w:t>
            </w:r>
          </w:p>
        </w:tc>
        <w:tc>
          <w:tcPr>
            <w:tcW w:w="3703" w:type="dxa"/>
            <w:shd w:val="clear" w:color="auto" w:fill="auto"/>
            <w:tcMar>
              <w:top w:w="50" w:type="dxa"/>
              <w:left w:w="50" w:type="dxa"/>
              <w:bottom w:w="50" w:type="dxa"/>
              <w:right w:w="50" w:type="dxa"/>
            </w:tcMar>
            <w:vAlign w:val="center"/>
          </w:tcPr>
          <w:p w14:paraId="4C3ABD4D" w14:textId="5446D9CD" w:rsidR="00DB3F09" w:rsidRDefault="00DB3F09" w:rsidP="00DB3F09">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047D1668" w14:textId="3D1E7DDE" w:rsidR="00DB3F09" w:rsidRDefault="00DB3F09" w:rsidP="00DB3F09">
            <w:pPr>
              <w:spacing w:after="0"/>
              <w:rPr>
                <w:rFonts w:ascii="Arial" w:hAnsi="Arial" w:cs="Arial"/>
                <w:color w:val="auto"/>
                <w:szCs w:val="17"/>
              </w:rPr>
            </w:pPr>
            <w:r>
              <w:rPr>
                <w:color w:val="000000"/>
                <w:sz w:val="20"/>
                <w:szCs w:val="20"/>
              </w:rPr>
              <w:t>470K Ohm</w:t>
            </w:r>
          </w:p>
        </w:tc>
        <w:tc>
          <w:tcPr>
            <w:tcW w:w="1204" w:type="dxa"/>
            <w:shd w:val="clear" w:color="auto" w:fill="auto"/>
            <w:tcMar>
              <w:top w:w="50" w:type="dxa"/>
              <w:left w:w="50" w:type="dxa"/>
              <w:bottom w:w="50" w:type="dxa"/>
              <w:right w:w="50" w:type="dxa"/>
            </w:tcMar>
            <w:vAlign w:val="center"/>
          </w:tcPr>
          <w:p w14:paraId="4DD148AE" w14:textId="09A6409E" w:rsidR="00DB3F09" w:rsidRDefault="00DB3F09" w:rsidP="00DB3F09">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70DE1E30" w14:textId="1A68AB0C" w:rsidR="00DB3F09" w:rsidRPr="00B03582" w:rsidRDefault="00DB3F09" w:rsidP="00DB3F09">
            <w:pPr>
              <w:spacing w:after="0"/>
              <w:rPr>
                <w:rFonts w:ascii="Arial" w:hAnsi="Arial" w:cs="Arial"/>
                <w:color w:val="auto"/>
                <w:szCs w:val="17"/>
              </w:rPr>
            </w:pPr>
            <w:r>
              <w:rPr>
                <w:color w:val="000000"/>
                <w:sz w:val="20"/>
                <w:szCs w:val="20"/>
              </w:rPr>
              <w:t>Nos</w:t>
            </w:r>
          </w:p>
        </w:tc>
      </w:tr>
      <w:tr w:rsidR="00DB3F09" w:rsidRPr="00B03582" w14:paraId="0B5395E3" w14:textId="77777777" w:rsidTr="00DC34B5">
        <w:tc>
          <w:tcPr>
            <w:tcW w:w="609" w:type="dxa"/>
            <w:shd w:val="clear" w:color="auto" w:fill="FAFAFA"/>
            <w:tcMar>
              <w:top w:w="50" w:type="dxa"/>
              <w:left w:w="50" w:type="dxa"/>
              <w:bottom w:w="50" w:type="dxa"/>
              <w:right w:w="50" w:type="dxa"/>
            </w:tcMar>
          </w:tcPr>
          <w:p w14:paraId="7426EB78" w14:textId="6531D793" w:rsidR="00DB3F09" w:rsidRPr="00487D57" w:rsidRDefault="00DB3F09" w:rsidP="00DB3F09">
            <w:pPr>
              <w:spacing w:after="0"/>
              <w:ind w:left="90"/>
              <w:jc w:val="center"/>
              <w:rPr>
                <w:rFonts w:ascii="Arial" w:hAnsi="Arial" w:cs="Arial"/>
                <w:color w:val="auto"/>
                <w:szCs w:val="17"/>
              </w:rPr>
            </w:pPr>
            <w:r>
              <w:rPr>
                <w:rFonts w:ascii="Arial" w:hAnsi="Arial" w:cs="Arial"/>
                <w:color w:val="auto"/>
                <w:szCs w:val="17"/>
              </w:rPr>
              <w:lastRenderedPageBreak/>
              <w:t>31</w:t>
            </w:r>
          </w:p>
        </w:tc>
        <w:tc>
          <w:tcPr>
            <w:tcW w:w="3703" w:type="dxa"/>
            <w:shd w:val="clear" w:color="auto" w:fill="auto"/>
            <w:tcMar>
              <w:top w:w="50" w:type="dxa"/>
              <w:left w:w="50" w:type="dxa"/>
              <w:bottom w:w="50" w:type="dxa"/>
              <w:right w:w="50" w:type="dxa"/>
            </w:tcMar>
            <w:vAlign w:val="center"/>
          </w:tcPr>
          <w:p w14:paraId="14244F1C" w14:textId="55CF72CE" w:rsidR="00DB3F09" w:rsidRDefault="00DB3F09" w:rsidP="00DB3F09">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4FFBAA08" w14:textId="12743BC7" w:rsidR="00DB3F09" w:rsidRDefault="00DB3F09" w:rsidP="00DB3F09">
            <w:pPr>
              <w:spacing w:after="0"/>
              <w:rPr>
                <w:rFonts w:ascii="Arial" w:hAnsi="Arial" w:cs="Arial"/>
                <w:color w:val="auto"/>
                <w:szCs w:val="17"/>
              </w:rPr>
            </w:pPr>
            <w:r>
              <w:rPr>
                <w:color w:val="000000"/>
                <w:sz w:val="20"/>
                <w:szCs w:val="20"/>
              </w:rPr>
              <w:t>2M Ohm</w:t>
            </w:r>
          </w:p>
        </w:tc>
        <w:tc>
          <w:tcPr>
            <w:tcW w:w="1204" w:type="dxa"/>
            <w:shd w:val="clear" w:color="auto" w:fill="auto"/>
            <w:tcMar>
              <w:top w:w="50" w:type="dxa"/>
              <w:left w:w="50" w:type="dxa"/>
              <w:bottom w:w="50" w:type="dxa"/>
              <w:right w:w="50" w:type="dxa"/>
            </w:tcMar>
            <w:vAlign w:val="center"/>
          </w:tcPr>
          <w:p w14:paraId="04B6CBFA" w14:textId="4A09A239" w:rsidR="00DB3F09" w:rsidRDefault="00DB3F09" w:rsidP="00DB3F09">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73BBEBD7" w14:textId="3C76BE4E" w:rsidR="00DB3F09" w:rsidRPr="00B03582" w:rsidRDefault="00DB3F09" w:rsidP="00DB3F09">
            <w:pPr>
              <w:spacing w:after="0"/>
              <w:rPr>
                <w:rFonts w:ascii="Arial" w:hAnsi="Arial" w:cs="Arial"/>
                <w:color w:val="auto"/>
                <w:szCs w:val="17"/>
              </w:rPr>
            </w:pPr>
            <w:r>
              <w:rPr>
                <w:color w:val="000000"/>
                <w:sz w:val="20"/>
                <w:szCs w:val="20"/>
              </w:rPr>
              <w:t>Nos</w:t>
            </w:r>
          </w:p>
        </w:tc>
      </w:tr>
      <w:tr w:rsidR="00DB3F09" w:rsidRPr="00B03582" w14:paraId="6B0D7BB0" w14:textId="77777777" w:rsidTr="00DC34B5">
        <w:tc>
          <w:tcPr>
            <w:tcW w:w="609" w:type="dxa"/>
            <w:shd w:val="clear" w:color="auto" w:fill="FAFAFA"/>
            <w:tcMar>
              <w:top w:w="50" w:type="dxa"/>
              <w:left w:w="50" w:type="dxa"/>
              <w:bottom w:w="50" w:type="dxa"/>
              <w:right w:w="50" w:type="dxa"/>
            </w:tcMar>
          </w:tcPr>
          <w:p w14:paraId="42ADC795" w14:textId="44281A36" w:rsidR="00DB3F09" w:rsidRPr="00487D57" w:rsidRDefault="00DB3F09" w:rsidP="00DB3F09">
            <w:pPr>
              <w:spacing w:after="0"/>
              <w:ind w:left="90"/>
              <w:jc w:val="center"/>
              <w:rPr>
                <w:rFonts w:ascii="Arial" w:hAnsi="Arial" w:cs="Arial"/>
                <w:color w:val="auto"/>
                <w:szCs w:val="17"/>
              </w:rPr>
            </w:pPr>
            <w:r>
              <w:rPr>
                <w:rFonts w:ascii="Arial" w:hAnsi="Arial" w:cs="Arial"/>
                <w:color w:val="auto"/>
                <w:szCs w:val="17"/>
              </w:rPr>
              <w:t>32</w:t>
            </w:r>
          </w:p>
        </w:tc>
        <w:tc>
          <w:tcPr>
            <w:tcW w:w="3703" w:type="dxa"/>
            <w:shd w:val="clear" w:color="auto" w:fill="auto"/>
            <w:tcMar>
              <w:top w:w="50" w:type="dxa"/>
              <w:left w:w="50" w:type="dxa"/>
              <w:bottom w:w="50" w:type="dxa"/>
              <w:right w:w="50" w:type="dxa"/>
            </w:tcMar>
            <w:vAlign w:val="center"/>
          </w:tcPr>
          <w:p w14:paraId="1FCE78AC" w14:textId="10260D33" w:rsidR="00DB3F09" w:rsidRDefault="00DB3F09" w:rsidP="00DB3F09">
            <w:pPr>
              <w:spacing w:after="0"/>
              <w:rPr>
                <w:rFonts w:ascii="Arial" w:hAnsi="Arial" w:cs="Arial"/>
                <w:color w:val="auto"/>
                <w:szCs w:val="17"/>
              </w:rPr>
            </w:pPr>
            <w:r>
              <w:rPr>
                <w:color w:val="000000"/>
                <w:sz w:val="20"/>
                <w:szCs w:val="20"/>
              </w:rPr>
              <w:t>Variable Resistor</w:t>
            </w:r>
          </w:p>
        </w:tc>
        <w:tc>
          <w:tcPr>
            <w:tcW w:w="4266" w:type="dxa"/>
            <w:shd w:val="clear" w:color="auto" w:fill="auto"/>
            <w:vAlign w:val="center"/>
          </w:tcPr>
          <w:p w14:paraId="4EF81448" w14:textId="1ED51115" w:rsidR="00DB3F09" w:rsidRDefault="00DB3F09" w:rsidP="00DB3F09">
            <w:pPr>
              <w:spacing w:after="0"/>
              <w:rPr>
                <w:rFonts w:ascii="Arial" w:hAnsi="Arial" w:cs="Arial"/>
                <w:color w:val="auto"/>
                <w:szCs w:val="17"/>
              </w:rPr>
            </w:pPr>
            <w:r>
              <w:rPr>
                <w:color w:val="000000"/>
                <w:sz w:val="20"/>
                <w:szCs w:val="20"/>
              </w:rPr>
              <w:t>20K Ohm</w:t>
            </w:r>
          </w:p>
        </w:tc>
        <w:tc>
          <w:tcPr>
            <w:tcW w:w="1204" w:type="dxa"/>
            <w:shd w:val="clear" w:color="auto" w:fill="auto"/>
            <w:tcMar>
              <w:top w:w="50" w:type="dxa"/>
              <w:left w:w="50" w:type="dxa"/>
              <w:bottom w:w="50" w:type="dxa"/>
              <w:right w:w="50" w:type="dxa"/>
            </w:tcMar>
            <w:vAlign w:val="center"/>
          </w:tcPr>
          <w:p w14:paraId="1E2EF808" w14:textId="6EA140B7" w:rsidR="00DB3F09" w:rsidRDefault="00DB3F09" w:rsidP="00DB3F09">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0AEE17A3" w14:textId="326F9319" w:rsidR="00DB3F09" w:rsidRPr="00B03582" w:rsidRDefault="00DB3F09" w:rsidP="00DB3F09">
            <w:pPr>
              <w:spacing w:after="0"/>
              <w:rPr>
                <w:rFonts w:ascii="Arial" w:hAnsi="Arial" w:cs="Arial"/>
                <w:color w:val="auto"/>
                <w:szCs w:val="17"/>
              </w:rPr>
            </w:pPr>
            <w:r>
              <w:rPr>
                <w:color w:val="000000"/>
                <w:sz w:val="20"/>
                <w:szCs w:val="20"/>
              </w:rPr>
              <w:t>Nos</w:t>
            </w:r>
          </w:p>
        </w:tc>
      </w:tr>
      <w:tr w:rsidR="003B3821" w:rsidRPr="00B03582" w14:paraId="702AF196" w14:textId="77777777" w:rsidTr="001403EC">
        <w:tc>
          <w:tcPr>
            <w:tcW w:w="609" w:type="dxa"/>
            <w:shd w:val="clear" w:color="auto" w:fill="FAFAFA"/>
            <w:tcMar>
              <w:top w:w="50" w:type="dxa"/>
              <w:left w:w="50" w:type="dxa"/>
              <w:bottom w:w="50" w:type="dxa"/>
              <w:right w:w="50" w:type="dxa"/>
            </w:tcMar>
          </w:tcPr>
          <w:p w14:paraId="3F964E28" w14:textId="51827477"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33</w:t>
            </w:r>
          </w:p>
        </w:tc>
        <w:tc>
          <w:tcPr>
            <w:tcW w:w="3703" w:type="dxa"/>
            <w:shd w:val="clear" w:color="auto" w:fill="auto"/>
            <w:tcMar>
              <w:top w:w="50" w:type="dxa"/>
              <w:left w:w="50" w:type="dxa"/>
              <w:bottom w:w="50" w:type="dxa"/>
              <w:right w:w="50" w:type="dxa"/>
            </w:tcMar>
            <w:vAlign w:val="center"/>
          </w:tcPr>
          <w:p w14:paraId="04413079" w14:textId="603E32A9" w:rsidR="003B3821" w:rsidRDefault="003B3821" w:rsidP="003B3821">
            <w:pPr>
              <w:spacing w:after="0"/>
              <w:rPr>
                <w:rFonts w:ascii="Arial" w:hAnsi="Arial" w:cs="Arial"/>
                <w:color w:val="auto"/>
                <w:szCs w:val="17"/>
              </w:rPr>
            </w:pPr>
            <w:r>
              <w:rPr>
                <w:color w:val="000000"/>
                <w:sz w:val="20"/>
                <w:szCs w:val="20"/>
              </w:rPr>
              <w:t xml:space="preserve">Inductor   </w:t>
            </w:r>
          </w:p>
        </w:tc>
        <w:tc>
          <w:tcPr>
            <w:tcW w:w="4266" w:type="dxa"/>
            <w:shd w:val="clear" w:color="auto" w:fill="auto"/>
            <w:vAlign w:val="center"/>
          </w:tcPr>
          <w:p w14:paraId="53ED4090" w14:textId="4D2A561C" w:rsidR="003B3821" w:rsidRDefault="003B3821" w:rsidP="003B3821">
            <w:pPr>
              <w:spacing w:after="0"/>
              <w:rPr>
                <w:rFonts w:ascii="Arial" w:hAnsi="Arial" w:cs="Arial"/>
                <w:color w:val="auto"/>
                <w:szCs w:val="17"/>
              </w:rPr>
            </w:pPr>
            <w:r>
              <w:rPr>
                <w:color w:val="000000"/>
                <w:sz w:val="20"/>
                <w:szCs w:val="20"/>
              </w:rPr>
              <w:t xml:space="preserve">10mh   </w:t>
            </w:r>
          </w:p>
        </w:tc>
        <w:tc>
          <w:tcPr>
            <w:tcW w:w="1204" w:type="dxa"/>
            <w:shd w:val="clear" w:color="auto" w:fill="auto"/>
            <w:tcMar>
              <w:top w:w="50" w:type="dxa"/>
              <w:left w:w="50" w:type="dxa"/>
              <w:bottom w:w="50" w:type="dxa"/>
              <w:right w:w="50" w:type="dxa"/>
            </w:tcMar>
            <w:vAlign w:val="center"/>
          </w:tcPr>
          <w:p w14:paraId="4FD2AD67" w14:textId="1814C863" w:rsidR="003B3821" w:rsidRDefault="003B3821" w:rsidP="003B3821">
            <w:pPr>
              <w:spacing w:after="0"/>
              <w:rPr>
                <w:rFonts w:ascii="Arial" w:hAnsi="Arial" w:cs="Arial"/>
                <w:color w:val="auto"/>
                <w:szCs w:val="17"/>
              </w:rPr>
            </w:pPr>
            <w:r>
              <w:rPr>
                <w:color w:val="000000"/>
                <w:sz w:val="20"/>
                <w:szCs w:val="20"/>
              </w:rPr>
              <w:t>150</w:t>
            </w:r>
          </w:p>
        </w:tc>
        <w:tc>
          <w:tcPr>
            <w:tcW w:w="959" w:type="dxa"/>
            <w:shd w:val="clear" w:color="auto" w:fill="auto"/>
            <w:tcMar>
              <w:top w:w="50" w:type="dxa"/>
              <w:left w:w="50" w:type="dxa"/>
              <w:bottom w:w="50" w:type="dxa"/>
              <w:right w:w="50" w:type="dxa"/>
            </w:tcMar>
            <w:vAlign w:val="center"/>
          </w:tcPr>
          <w:p w14:paraId="60532122" w14:textId="3038D9F8" w:rsidR="003B3821" w:rsidRPr="00B03582" w:rsidRDefault="003B3821" w:rsidP="003B3821">
            <w:pPr>
              <w:spacing w:after="0"/>
              <w:rPr>
                <w:rFonts w:ascii="Arial" w:hAnsi="Arial" w:cs="Arial"/>
                <w:color w:val="auto"/>
                <w:szCs w:val="17"/>
              </w:rPr>
            </w:pPr>
            <w:r>
              <w:rPr>
                <w:color w:val="000000"/>
                <w:sz w:val="20"/>
                <w:szCs w:val="20"/>
              </w:rPr>
              <w:t>Nos</w:t>
            </w:r>
          </w:p>
        </w:tc>
      </w:tr>
      <w:tr w:rsidR="003B3821" w:rsidRPr="00B03582" w14:paraId="2A378F6B" w14:textId="77777777" w:rsidTr="001403EC">
        <w:tc>
          <w:tcPr>
            <w:tcW w:w="609" w:type="dxa"/>
            <w:shd w:val="clear" w:color="auto" w:fill="FAFAFA"/>
            <w:tcMar>
              <w:top w:w="50" w:type="dxa"/>
              <w:left w:w="50" w:type="dxa"/>
              <w:bottom w:w="50" w:type="dxa"/>
              <w:right w:w="50" w:type="dxa"/>
            </w:tcMar>
          </w:tcPr>
          <w:p w14:paraId="2DFFCB38" w14:textId="14BAD3D2"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34</w:t>
            </w:r>
          </w:p>
        </w:tc>
        <w:tc>
          <w:tcPr>
            <w:tcW w:w="3703" w:type="dxa"/>
            <w:shd w:val="clear" w:color="auto" w:fill="auto"/>
            <w:tcMar>
              <w:top w:w="50" w:type="dxa"/>
              <w:left w:w="50" w:type="dxa"/>
              <w:bottom w:w="50" w:type="dxa"/>
              <w:right w:w="50" w:type="dxa"/>
            </w:tcMar>
            <w:vAlign w:val="center"/>
          </w:tcPr>
          <w:p w14:paraId="4923EC66" w14:textId="6C364C68" w:rsidR="003B3821" w:rsidRDefault="003B3821" w:rsidP="003B3821">
            <w:pPr>
              <w:spacing w:after="0"/>
              <w:rPr>
                <w:rFonts w:ascii="Arial" w:hAnsi="Arial" w:cs="Arial"/>
                <w:color w:val="auto"/>
                <w:szCs w:val="17"/>
              </w:rPr>
            </w:pPr>
            <w:r>
              <w:rPr>
                <w:color w:val="000000"/>
                <w:sz w:val="20"/>
                <w:szCs w:val="20"/>
              </w:rPr>
              <w:t xml:space="preserve">Inductor   </w:t>
            </w:r>
          </w:p>
        </w:tc>
        <w:tc>
          <w:tcPr>
            <w:tcW w:w="4266" w:type="dxa"/>
            <w:shd w:val="clear" w:color="auto" w:fill="auto"/>
            <w:vAlign w:val="center"/>
          </w:tcPr>
          <w:p w14:paraId="0230E2B8" w14:textId="7A1E229F" w:rsidR="003B3821" w:rsidRDefault="003B3821" w:rsidP="003B3821">
            <w:pPr>
              <w:spacing w:after="0"/>
              <w:rPr>
                <w:rFonts w:ascii="Arial" w:hAnsi="Arial" w:cs="Arial"/>
                <w:color w:val="auto"/>
                <w:szCs w:val="17"/>
              </w:rPr>
            </w:pPr>
            <w:r>
              <w:rPr>
                <w:color w:val="000000"/>
                <w:sz w:val="20"/>
                <w:szCs w:val="20"/>
              </w:rPr>
              <w:t xml:space="preserve">20mh   </w:t>
            </w:r>
          </w:p>
        </w:tc>
        <w:tc>
          <w:tcPr>
            <w:tcW w:w="1204" w:type="dxa"/>
            <w:shd w:val="clear" w:color="auto" w:fill="auto"/>
            <w:tcMar>
              <w:top w:w="50" w:type="dxa"/>
              <w:left w:w="50" w:type="dxa"/>
              <w:bottom w:w="50" w:type="dxa"/>
              <w:right w:w="50" w:type="dxa"/>
            </w:tcMar>
            <w:vAlign w:val="center"/>
          </w:tcPr>
          <w:p w14:paraId="28766245" w14:textId="70582D64" w:rsidR="003B3821" w:rsidRDefault="003B3821" w:rsidP="003B3821">
            <w:pPr>
              <w:spacing w:after="0"/>
              <w:rPr>
                <w:rFonts w:ascii="Arial" w:hAnsi="Arial" w:cs="Arial"/>
                <w:color w:val="auto"/>
                <w:szCs w:val="17"/>
              </w:rPr>
            </w:pPr>
            <w:r>
              <w:rPr>
                <w:color w:val="000000"/>
                <w:sz w:val="20"/>
                <w:szCs w:val="20"/>
              </w:rPr>
              <w:t>150</w:t>
            </w:r>
          </w:p>
        </w:tc>
        <w:tc>
          <w:tcPr>
            <w:tcW w:w="959" w:type="dxa"/>
            <w:shd w:val="clear" w:color="auto" w:fill="auto"/>
            <w:tcMar>
              <w:top w:w="50" w:type="dxa"/>
              <w:left w:w="50" w:type="dxa"/>
              <w:bottom w:w="50" w:type="dxa"/>
              <w:right w:w="50" w:type="dxa"/>
            </w:tcMar>
            <w:vAlign w:val="center"/>
          </w:tcPr>
          <w:p w14:paraId="60A4B819" w14:textId="100ED44A" w:rsidR="003B3821" w:rsidRPr="00B03582" w:rsidRDefault="003B3821" w:rsidP="003B3821">
            <w:pPr>
              <w:spacing w:after="0"/>
              <w:rPr>
                <w:rFonts w:ascii="Arial" w:hAnsi="Arial" w:cs="Arial"/>
                <w:color w:val="auto"/>
                <w:szCs w:val="17"/>
              </w:rPr>
            </w:pPr>
            <w:r>
              <w:rPr>
                <w:color w:val="000000"/>
                <w:sz w:val="20"/>
                <w:szCs w:val="20"/>
              </w:rPr>
              <w:t>Nos</w:t>
            </w:r>
          </w:p>
        </w:tc>
      </w:tr>
      <w:tr w:rsidR="003B3821" w:rsidRPr="00B03582" w14:paraId="6AB1A031" w14:textId="77777777" w:rsidTr="001403EC">
        <w:tc>
          <w:tcPr>
            <w:tcW w:w="609" w:type="dxa"/>
            <w:shd w:val="clear" w:color="auto" w:fill="FAFAFA"/>
            <w:tcMar>
              <w:top w:w="50" w:type="dxa"/>
              <w:left w:w="50" w:type="dxa"/>
              <w:bottom w:w="50" w:type="dxa"/>
              <w:right w:w="50" w:type="dxa"/>
            </w:tcMar>
          </w:tcPr>
          <w:p w14:paraId="784B546D" w14:textId="5E5CE9EB"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35</w:t>
            </w:r>
          </w:p>
        </w:tc>
        <w:tc>
          <w:tcPr>
            <w:tcW w:w="3703" w:type="dxa"/>
            <w:shd w:val="clear" w:color="auto" w:fill="auto"/>
            <w:tcMar>
              <w:top w:w="50" w:type="dxa"/>
              <w:left w:w="50" w:type="dxa"/>
              <w:bottom w:w="50" w:type="dxa"/>
              <w:right w:w="50" w:type="dxa"/>
            </w:tcMar>
            <w:vAlign w:val="center"/>
          </w:tcPr>
          <w:p w14:paraId="7CF2C378" w14:textId="71231CE1" w:rsidR="003B3821" w:rsidRDefault="003B3821" w:rsidP="003B3821">
            <w:pPr>
              <w:spacing w:after="0"/>
              <w:rPr>
                <w:rFonts w:ascii="Arial" w:hAnsi="Arial" w:cs="Arial"/>
                <w:color w:val="auto"/>
                <w:szCs w:val="17"/>
              </w:rPr>
            </w:pPr>
            <w:r>
              <w:rPr>
                <w:color w:val="000000"/>
                <w:sz w:val="20"/>
                <w:szCs w:val="20"/>
              </w:rPr>
              <w:t xml:space="preserve">Inductor   </w:t>
            </w:r>
          </w:p>
        </w:tc>
        <w:tc>
          <w:tcPr>
            <w:tcW w:w="4266" w:type="dxa"/>
            <w:shd w:val="clear" w:color="auto" w:fill="auto"/>
            <w:vAlign w:val="center"/>
          </w:tcPr>
          <w:p w14:paraId="0841C5C3" w14:textId="6B17CBF6" w:rsidR="003B3821" w:rsidRDefault="003B3821" w:rsidP="003B3821">
            <w:pPr>
              <w:spacing w:after="0"/>
              <w:rPr>
                <w:rFonts w:ascii="Arial" w:hAnsi="Arial" w:cs="Arial"/>
                <w:color w:val="auto"/>
                <w:szCs w:val="17"/>
              </w:rPr>
            </w:pPr>
            <w:r>
              <w:rPr>
                <w:color w:val="000000"/>
                <w:sz w:val="20"/>
                <w:szCs w:val="20"/>
              </w:rPr>
              <w:t xml:space="preserve">50mh   </w:t>
            </w:r>
          </w:p>
        </w:tc>
        <w:tc>
          <w:tcPr>
            <w:tcW w:w="1204" w:type="dxa"/>
            <w:shd w:val="clear" w:color="auto" w:fill="auto"/>
            <w:tcMar>
              <w:top w:w="50" w:type="dxa"/>
              <w:left w:w="50" w:type="dxa"/>
              <w:bottom w:w="50" w:type="dxa"/>
              <w:right w:w="50" w:type="dxa"/>
            </w:tcMar>
            <w:vAlign w:val="center"/>
          </w:tcPr>
          <w:p w14:paraId="5E4C845B" w14:textId="01D254B6" w:rsidR="003B3821" w:rsidRDefault="003B3821" w:rsidP="003B3821">
            <w:pPr>
              <w:spacing w:after="0"/>
              <w:rPr>
                <w:rFonts w:ascii="Arial" w:hAnsi="Arial" w:cs="Arial"/>
                <w:color w:val="auto"/>
                <w:szCs w:val="17"/>
              </w:rPr>
            </w:pPr>
            <w:r>
              <w:rPr>
                <w:color w:val="000000"/>
                <w:sz w:val="20"/>
                <w:szCs w:val="20"/>
              </w:rPr>
              <w:t>150</w:t>
            </w:r>
          </w:p>
        </w:tc>
        <w:tc>
          <w:tcPr>
            <w:tcW w:w="959" w:type="dxa"/>
            <w:shd w:val="clear" w:color="auto" w:fill="auto"/>
            <w:tcMar>
              <w:top w:w="50" w:type="dxa"/>
              <w:left w:w="50" w:type="dxa"/>
              <w:bottom w:w="50" w:type="dxa"/>
              <w:right w:w="50" w:type="dxa"/>
            </w:tcMar>
            <w:vAlign w:val="center"/>
          </w:tcPr>
          <w:p w14:paraId="387E91F1" w14:textId="23F2E284" w:rsidR="003B3821" w:rsidRPr="00B03582" w:rsidRDefault="003B3821" w:rsidP="003B3821">
            <w:pPr>
              <w:spacing w:after="0"/>
              <w:rPr>
                <w:rFonts w:ascii="Arial" w:hAnsi="Arial" w:cs="Arial"/>
                <w:color w:val="auto"/>
                <w:szCs w:val="17"/>
              </w:rPr>
            </w:pPr>
            <w:r>
              <w:rPr>
                <w:color w:val="000000"/>
                <w:sz w:val="20"/>
                <w:szCs w:val="20"/>
              </w:rPr>
              <w:t>Nos</w:t>
            </w:r>
          </w:p>
        </w:tc>
      </w:tr>
      <w:tr w:rsidR="003B3821" w:rsidRPr="00B03582" w14:paraId="54BED362" w14:textId="77777777" w:rsidTr="001403EC">
        <w:tc>
          <w:tcPr>
            <w:tcW w:w="609" w:type="dxa"/>
            <w:shd w:val="clear" w:color="auto" w:fill="FAFAFA"/>
            <w:tcMar>
              <w:top w:w="50" w:type="dxa"/>
              <w:left w:w="50" w:type="dxa"/>
              <w:bottom w:w="50" w:type="dxa"/>
              <w:right w:w="50" w:type="dxa"/>
            </w:tcMar>
          </w:tcPr>
          <w:p w14:paraId="7319810E" w14:textId="2D86B2EA"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36</w:t>
            </w:r>
          </w:p>
        </w:tc>
        <w:tc>
          <w:tcPr>
            <w:tcW w:w="3703" w:type="dxa"/>
            <w:shd w:val="clear" w:color="auto" w:fill="auto"/>
            <w:tcMar>
              <w:top w:w="50" w:type="dxa"/>
              <w:left w:w="50" w:type="dxa"/>
              <w:bottom w:w="50" w:type="dxa"/>
              <w:right w:w="50" w:type="dxa"/>
            </w:tcMar>
            <w:vAlign w:val="center"/>
          </w:tcPr>
          <w:p w14:paraId="3478DA44" w14:textId="0AF88FAF" w:rsidR="003B3821" w:rsidRDefault="003B3821" w:rsidP="003B3821">
            <w:pPr>
              <w:spacing w:after="0"/>
              <w:rPr>
                <w:rFonts w:ascii="Arial" w:hAnsi="Arial" w:cs="Arial"/>
                <w:color w:val="auto"/>
                <w:szCs w:val="17"/>
              </w:rPr>
            </w:pPr>
            <w:r>
              <w:rPr>
                <w:color w:val="000000"/>
                <w:sz w:val="20"/>
                <w:szCs w:val="20"/>
              </w:rPr>
              <w:t xml:space="preserve">Inductor   </w:t>
            </w:r>
          </w:p>
        </w:tc>
        <w:tc>
          <w:tcPr>
            <w:tcW w:w="4266" w:type="dxa"/>
            <w:shd w:val="clear" w:color="auto" w:fill="auto"/>
            <w:vAlign w:val="center"/>
          </w:tcPr>
          <w:p w14:paraId="1B5A3700" w14:textId="7CACF507" w:rsidR="003B3821" w:rsidRDefault="003B3821" w:rsidP="003B3821">
            <w:pPr>
              <w:spacing w:after="0"/>
              <w:rPr>
                <w:rFonts w:ascii="Arial" w:hAnsi="Arial" w:cs="Arial"/>
                <w:color w:val="auto"/>
                <w:szCs w:val="17"/>
              </w:rPr>
            </w:pPr>
            <w:r>
              <w:rPr>
                <w:color w:val="000000"/>
                <w:sz w:val="20"/>
                <w:szCs w:val="20"/>
              </w:rPr>
              <w:t xml:space="preserve">80mh   </w:t>
            </w:r>
          </w:p>
        </w:tc>
        <w:tc>
          <w:tcPr>
            <w:tcW w:w="1204" w:type="dxa"/>
            <w:shd w:val="clear" w:color="auto" w:fill="auto"/>
            <w:tcMar>
              <w:top w:w="50" w:type="dxa"/>
              <w:left w:w="50" w:type="dxa"/>
              <w:bottom w:w="50" w:type="dxa"/>
              <w:right w:w="50" w:type="dxa"/>
            </w:tcMar>
            <w:vAlign w:val="center"/>
          </w:tcPr>
          <w:p w14:paraId="6EFCBBBC" w14:textId="7D08757F" w:rsidR="003B3821" w:rsidRDefault="003B3821" w:rsidP="003B3821">
            <w:pPr>
              <w:spacing w:after="0"/>
              <w:rPr>
                <w:rFonts w:ascii="Arial" w:hAnsi="Arial" w:cs="Arial"/>
                <w:color w:val="auto"/>
                <w:szCs w:val="17"/>
              </w:rPr>
            </w:pPr>
            <w:r>
              <w:rPr>
                <w:color w:val="000000"/>
                <w:sz w:val="20"/>
                <w:szCs w:val="20"/>
              </w:rPr>
              <w:t>150</w:t>
            </w:r>
          </w:p>
        </w:tc>
        <w:tc>
          <w:tcPr>
            <w:tcW w:w="959" w:type="dxa"/>
            <w:shd w:val="clear" w:color="auto" w:fill="auto"/>
            <w:tcMar>
              <w:top w:w="50" w:type="dxa"/>
              <w:left w:w="50" w:type="dxa"/>
              <w:bottom w:w="50" w:type="dxa"/>
              <w:right w:w="50" w:type="dxa"/>
            </w:tcMar>
            <w:vAlign w:val="center"/>
          </w:tcPr>
          <w:p w14:paraId="70BB1919" w14:textId="37E8AE4E" w:rsidR="003B3821" w:rsidRPr="00B03582" w:rsidRDefault="003B3821" w:rsidP="003B3821">
            <w:pPr>
              <w:spacing w:after="0"/>
              <w:rPr>
                <w:rFonts w:ascii="Arial" w:hAnsi="Arial" w:cs="Arial"/>
                <w:color w:val="auto"/>
                <w:szCs w:val="17"/>
              </w:rPr>
            </w:pPr>
            <w:r>
              <w:rPr>
                <w:color w:val="000000"/>
                <w:sz w:val="20"/>
                <w:szCs w:val="20"/>
              </w:rPr>
              <w:t>Nos</w:t>
            </w:r>
          </w:p>
        </w:tc>
      </w:tr>
      <w:tr w:rsidR="003B3821" w:rsidRPr="00B03582" w14:paraId="02B6F5D1" w14:textId="77777777" w:rsidTr="001403EC">
        <w:tc>
          <w:tcPr>
            <w:tcW w:w="609" w:type="dxa"/>
            <w:shd w:val="clear" w:color="auto" w:fill="FAFAFA"/>
            <w:tcMar>
              <w:top w:w="50" w:type="dxa"/>
              <w:left w:w="50" w:type="dxa"/>
              <w:bottom w:w="50" w:type="dxa"/>
              <w:right w:w="50" w:type="dxa"/>
            </w:tcMar>
          </w:tcPr>
          <w:p w14:paraId="2337251D" w14:textId="238A8CFB"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37</w:t>
            </w:r>
          </w:p>
        </w:tc>
        <w:tc>
          <w:tcPr>
            <w:tcW w:w="3703" w:type="dxa"/>
            <w:shd w:val="clear" w:color="auto" w:fill="auto"/>
            <w:tcMar>
              <w:top w:w="50" w:type="dxa"/>
              <w:left w:w="50" w:type="dxa"/>
              <w:bottom w:w="50" w:type="dxa"/>
              <w:right w:w="50" w:type="dxa"/>
            </w:tcMar>
            <w:vAlign w:val="center"/>
          </w:tcPr>
          <w:p w14:paraId="15978063" w14:textId="12410030" w:rsidR="003B3821" w:rsidRDefault="003B3821" w:rsidP="003B3821">
            <w:pPr>
              <w:spacing w:after="0"/>
              <w:rPr>
                <w:rFonts w:ascii="Arial" w:hAnsi="Arial" w:cs="Arial"/>
                <w:color w:val="auto"/>
                <w:szCs w:val="17"/>
              </w:rPr>
            </w:pPr>
            <w:r>
              <w:rPr>
                <w:color w:val="000000"/>
                <w:sz w:val="20"/>
                <w:szCs w:val="20"/>
              </w:rPr>
              <w:t>Transistor</w:t>
            </w:r>
          </w:p>
        </w:tc>
        <w:tc>
          <w:tcPr>
            <w:tcW w:w="4266" w:type="dxa"/>
            <w:shd w:val="clear" w:color="auto" w:fill="auto"/>
            <w:vAlign w:val="center"/>
          </w:tcPr>
          <w:p w14:paraId="70251371" w14:textId="62B0E19D" w:rsidR="003B3821" w:rsidRDefault="003B3821" w:rsidP="003B3821">
            <w:pPr>
              <w:spacing w:after="0"/>
              <w:rPr>
                <w:rFonts w:ascii="Arial" w:hAnsi="Arial" w:cs="Arial"/>
                <w:color w:val="auto"/>
                <w:szCs w:val="17"/>
              </w:rPr>
            </w:pPr>
            <w:r>
              <w:rPr>
                <w:color w:val="000000"/>
                <w:sz w:val="20"/>
                <w:szCs w:val="20"/>
              </w:rPr>
              <w:t>2n5457</w:t>
            </w:r>
          </w:p>
        </w:tc>
        <w:tc>
          <w:tcPr>
            <w:tcW w:w="1204" w:type="dxa"/>
            <w:shd w:val="clear" w:color="auto" w:fill="auto"/>
            <w:tcMar>
              <w:top w:w="50" w:type="dxa"/>
              <w:left w:w="50" w:type="dxa"/>
              <w:bottom w:w="50" w:type="dxa"/>
              <w:right w:w="50" w:type="dxa"/>
            </w:tcMar>
            <w:vAlign w:val="center"/>
          </w:tcPr>
          <w:p w14:paraId="5967C475" w14:textId="48908FDC" w:rsidR="003B3821" w:rsidRDefault="003B3821" w:rsidP="003B3821">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7CE89C09" w14:textId="7473C3B2" w:rsidR="003B3821" w:rsidRPr="00B03582" w:rsidRDefault="003B3821" w:rsidP="003B3821">
            <w:pPr>
              <w:spacing w:after="0"/>
              <w:rPr>
                <w:rFonts w:ascii="Arial" w:hAnsi="Arial" w:cs="Arial"/>
                <w:color w:val="auto"/>
                <w:szCs w:val="17"/>
              </w:rPr>
            </w:pPr>
            <w:r>
              <w:rPr>
                <w:color w:val="000000"/>
                <w:sz w:val="20"/>
                <w:szCs w:val="20"/>
              </w:rPr>
              <w:t>Nos</w:t>
            </w:r>
          </w:p>
        </w:tc>
      </w:tr>
      <w:tr w:rsidR="003B3821" w:rsidRPr="00B03582" w14:paraId="303818A6" w14:textId="77777777" w:rsidTr="001403EC">
        <w:tc>
          <w:tcPr>
            <w:tcW w:w="609" w:type="dxa"/>
            <w:shd w:val="clear" w:color="auto" w:fill="FAFAFA"/>
            <w:tcMar>
              <w:top w:w="50" w:type="dxa"/>
              <w:left w:w="50" w:type="dxa"/>
              <w:bottom w:w="50" w:type="dxa"/>
              <w:right w:w="50" w:type="dxa"/>
            </w:tcMar>
          </w:tcPr>
          <w:p w14:paraId="1F6DBC1A" w14:textId="154F4816"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38</w:t>
            </w:r>
          </w:p>
        </w:tc>
        <w:tc>
          <w:tcPr>
            <w:tcW w:w="3703" w:type="dxa"/>
            <w:shd w:val="clear" w:color="auto" w:fill="auto"/>
            <w:tcMar>
              <w:top w:w="50" w:type="dxa"/>
              <w:left w:w="50" w:type="dxa"/>
              <w:bottom w:w="50" w:type="dxa"/>
              <w:right w:w="50" w:type="dxa"/>
            </w:tcMar>
            <w:vAlign w:val="center"/>
          </w:tcPr>
          <w:p w14:paraId="4FD60238" w14:textId="36CC3C5F" w:rsidR="003B3821" w:rsidRDefault="003B3821" w:rsidP="003B3821">
            <w:pPr>
              <w:spacing w:after="0"/>
              <w:rPr>
                <w:rFonts w:ascii="Arial" w:hAnsi="Arial" w:cs="Arial"/>
                <w:color w:val="auto"/>
                <w:szCs w:val="17"/>
              </w:rPr>
            </w:pPr>
            <w:r>
              <w:rPr>
                <w:color w:val="000000"/>
                <w:sz w:val="20"/>
                <w:szCs w:val="20"/>
              </w:rPr>
              <w:t>Transistor</w:t>
            </w:r>
          </w:p>
        </w:tc>
        <w:tc>
          <w:tcPr>
            <w:tcW w:w="4266" w:type="dxa"/>
            <w:shd w:val="clear" w:color="auto" w:fill="auto"/>
            <w:vAlign w:val="center"/>
          </w:tcPr>
          <w:p w14:paraId="601FF0D7" w14:textId="5434D769" w:rsidR="003B3821" w:rsidRDefault="003B3821" w:rsidP="003B3821">
            <w:pPr>
              <w:spacing w:after="0"/>
              <w:rPr>
                <w:rFonts w:ascii="Arial" w:hAnsi="Arial" w:cs="Arial"/>
                <w:color w:val="auto"/>
                <w:szCs w:val="17"/>
              </w:rPr>
            </w:pPr>
            <w:r>
              <w:rPr>
                <w:color w:val="000000"/>
                <w:sz w:val="20"/>
                <w:szCs w:val="20"/>
              </w:rPr>
              <w:t>Bc547</w:t>
            </w:r>
          </w:p>
        </w:tc>
        <w:tc>
          <w:tcPr>
            <w:tcW w:w="1204" w:type="dxa"/>
            <w:shd w:val="clear" w:color="auto" w:fill="auto"/>
            <w:tcMar>
              <w:top w:w="50" w:type="dxa"/>
              <w:left w:w="50" w:type="dxa"/>
              <w:bottom w:w="50" w:type="dxa"/>
              <w:right w:w="50" w:type="dxa"/>
            </w:tcMar>
            <w:vAlign w:val="center"/>
          </w:tcPr>
          <w:p w14:paraId="4467416C" w14:textId="6CEBCC1A" w:rsidR="003B3821" w:rsidRDefault="003B3821" w:rsidP="003B3821">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4845937E" w14:textId="182769F2" w:rsidR="003B3821" w:rsidRPr="00B03582" w:rsidRDefault="003B3821" w:rsidP="003B3821">
            <w:pPr>
              <w:spacing w:after="0"/>
              <w:rPr>
                <w:rFonts w:ascii="Arial" w:hAnsi="Arial" w:cs="Arial"/>
                <w:color w:val="auto"/>
                <w:szCs w:val="17"/>
              </w:rPr>
            </w:pPr>
            <w:r>
              <w:rPr>
                <w:color w:val="000000"/>
                <w:sz w:val="20"/>
                <w:szCs w:val="20"/>
              </w:rPr>
              <w:t>Nos</w:t>
            </w:r>
          </w:p>
        </w:tc>
      </w:tr>
      <w:tr w:rsidR="003B3821" w:rsidRPr="00B03582" w14:paraId="6C32DF50" w14:textId="77777777" w:rsidTr="001403EC">
        <w:tc>
          <w:tcPr>
            <w:tcW w:w="609" w:type="dxa"/>
            <w:shd w:val="clear" w:color="auto" w:fill="FAFAFA"/>
            <w:tcMar>
              <w:top w:w="50" w:type="dxa"/>
              <w:left w:w="50" w:type="dxa"/>
              <w:bottom w:w="50" w:type="dxa"/>
              <w:right w:w="50" w:type="dxa"/>
            </w:tcMar>
          </w:tcPr>
          <w:p w14:paraId="401AE595" w14:textId="1D8D31BC"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39</w:t>
            </w:r>
          </w:p>
        </w:tc>
        <w:tc>
          <w:tcPr>
            <w:tcW w:w="3703" w:type="dxa"/>
            <w:shd w:val="clear" w:color="auto" w:fill="auto"/>
            <w:tcMar>
              <w:top w:w="50" w:type="dxa"/>
              <w:left w:w="50" w:type="dxa"/>
              <w:bottom w:w="50" w:type="dxa"/>
              <w:right w:w="50" w:type="dxa"/>
            </w:tcMar>
            <w:vAlign w:val="center"/>
          </w:tcPr>
          <w:p w14:paraId="62E64CE9" w14:textId="0A38BB41" w:rsidR="003B3821" w:rsidRDefault="003B3821" w:rsidP="003B3821">
            <w:pPr>
              <w:spacing w:after="0"/>
              <w:rPr>
                <w:rFonts w:ascii="Arial" w:hAnsi="Arial" w:cs="Arial"/>
                <w:color w:val="auto"/>
                <w:szCs w:val="17"/>
              </w:rPr>
            </w:pPr>
            <w:r>
              <w:rPr>
                <w:color w:val="000000"/>
                <w:sz w:val="20"/>
                <w:szCs w:val="20"/>
              </w:rPr>
              <w:t>Temperature Sensor</w:t>
            </w:r>
          </w:p>
        </w:tc>
        <w:tc>
          <w:tcPr>
            <w:tcW w:w="4266" w:type="dxa"/>
            <w:shd w:val="clear" w:color="auto" w:fill="auto"/>
            <w:vAlign w:val="center"/>
          </w:tcPr>
          <w:p w14:paraId="382160EF" w14:textId="3D745380" w:rsidR="003B3821" w:rsidRDefault="003B3821" w:rsidP="003B3821">
            <w:pPr>
              <w:spacing w:after="0"/>
              <w:rPr>
                <w:rFonts w:ascii="Arial" w:hAnsi="Arial" w:cs="Arial"/>
                <w:color w:val="auto"/>
                <w:szCs w:val="17"/>
              </w:rPr>
            </w:pPr>
            <w:r>
              <w:rPr>
                <w:color w:val="000000"/>
                <w:sz w:val="20"/>
                <w:szCs w:val="20"/>
              </w:rPr>
              <w:t>Lm35</w:t>
            </w:r>
          </w:p>
        </w:tc>
        <w:tc>
          <w:tcPr>
            <w:tcW w:w="1204" w:type="dxa"/>
            <w:shd w:val="clear" w:color="auto" w:fill="auto"/>
            <w:tcMar>
              <w:top w:w="50" w:type="dxa"/>
              <w:left w:w="50" w:type="dxa"/>
              <w:bottom w:w="50" w:type="dxa"/>
              <w:right w:w="50" w:type="dxa"/>
            </w:tcMar>
            <w:vAlign w:val="center"/>
          </w:tcPr>
          <w:p w14:paraId="739085F1" w14:textId="2D01F1D7" w:rsidR="003B3821" w:rsidRDefault="003B3821" w:rsidP="003B3821">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0A6F5595" w14:textId="3B181A25" w:rsidR="003B3821" w:rsidRPr="00B03582" w:rsidRDefault="003B3821" w:rsidP="003B3821">
            <w:pPr>
              <w:spacing w:after="0"/>
              <w:rPr>
                <w:rFonts w:ascii="Arial" w:hAnsi="Arial" w:cs="Arial"/>
                <w:color w:val="auto"/>
                <w:szCs w:val="17"/>
              </w:rPr>
            </w:pPr>
            <w:r>
              <w:rPr>
                <w:color w:val="000000"/>
                <w:sz w:val="20"/>
                <w:szCs w:val="20"/>
              </w:rPr>
              <w:t>Nos</w:t>
            </w:r>
          </w:p>
        </w:tc>
      </w:tr>
      <w:tr w:rsidR="003B3821" w:rsidRPr="00B03582" w14:paraId="656ACA39" w14:textId="77777777" w:rsidTr="001403EC">
        <w:tc>
          <w:tcPr>
            <w:tcW w:w="609" w:type="dxa"/>
            <w:shd w:val="clear" w:color="auto" w:fill="FAFAFA"/>
            <w:tcMar>
              <w:top w:w="50" w:type="dxa"/>
              <w:left w:w="50" w:type="dxa"/>
              <w:bottom w:w="50" w:type="dxa"/>
              <w:right w:w="50" w:type="dxa"/>
            </w:tcMar>
          </w:tcPr>
          <w:p w14:paraId="7B7DC07C" w14:textId="4CB9C68C"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40</w:t>
            </w:r>
          </w:p>
        </w:tc>
        <w:tc>
          <w:tcPr>
            <w:tcW w:w="3703" w:type="dxa"/>
            <w:shd w:val="clear" w:color="auto" w:fill="auto"/>
            <w:tcMar>
              <w:top w:w="50" w:type="dxa"/>
              <w:left w:w="50" w:type="dxa"/>
              <w:bottom w:w="50" w:type="dxa"/>
              <w:right w:w="50" w:type="dxa"/>
            </w:tcMar>
            <w:vAlign w:val="center"/>
          </w:tcPr>
          <w:p w14:paraId="224E522E" w14:textId="32B439C1" w:rsidR="003B3821" w:rsidRDefault="003B3821" w:rsidP="003B3821">
            <w:pPr>
              <w:spacing w:after="0"/>
              <w:rPr>
                <w:rFonts w:ascii="Arial" w:hAnsi="Arial" w:cs="Arial"/>
                <w:color w:val="auto"/>
                <w:szCs w:val="17"/>
              </w:rPr>
            </w:pPr>
            <w:r>
              <w:rPr>
                <w:color w:val="000000"/>
                <w:sz w:val="20"/>
                <w:szCs w:val="20"/>
              </w:rPr>
              <w:t>Voltage Regulator</w:t>
            </w:r>
          </w:p>
        </w:tc>
        <w:tc>
          <w:tcPr>
            <w:tcW w:w="4266" w:type="dxa"/>
            <w:shd w:val="clear" w:color="auto" w:fill="auto"/>
            <w:vAlign w:val="center"/>
          </w:tcPr>
          <w:p w14:paraId="31B36F60" w14:textId="47187C4D" w:rsidR="003B3821" w:rsidRDefault="003B3821" w:rsidP="003B3821">
            <w:pPr>
              <w:spacing w:after="0"/>
              <w:rPr>
                <w:rFonts w:ascii="Arial" w:hAnsi="Arial" w:cs="Arial"/>
                <w:color w:val="auto"/>
                <w:szCs w:val="17"/>
              </w:rPr>
            </w:pPr>
            <w:r>
              <w:rPr>
                <w:color w:val="000000"/>
                <w:sz w:val="20"/>
                <w:szCs w:val="20"/>
              </w:rPr>
              <w:t>Lm7805</w:t>
            </w:r>
          </w:p>
        </w:tc>
        <w:tc>
          <w:tcPr>
            <w:tcW w:w="1204" w:type="dxa"/>
            <w:shd w:val="clear" w:color="auto" w:fill="auto"/>
            <w:tcMar>
              <w:top w:w="50" w:type="dxa"/>
              <w:left w:w="50" w:type="dxa"/>
              <w:bottom w:w="50" w:type="dxa"/>
              <w:right w:w="50" w:type="dxa"/>
            </w:tcMar>
            <w:vAlign w:val="center"/>
          </w:tcPr>
          <w:p w14:paraId="4BC48659" w14:textId="3EA78A44" w:rsidR="003B3821" w:rsidRDefault="003B3821" w:rsidP="003B3821">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4D62E151" w14:textId="26AFBDE2" w:rsidR="003B3821" w:rsidRPr="00B03582" w:rsidRDefault="003B3821" w:rsidP="003B3821">
            <w:pPr>
              <w:spacing w:after="0"/>
              <w:rPr>
                <w:rFonts w:ascii="Arial" w:hAnsi="Arial" w:cs="Arial"/>
                <w:color w:val="auto"/>
                <w:szCs w:val="17"/>
              </w:rPr>
            </w:pPr>
            <w:r>
              <w:rPr>
                <w:color w:val="000000"/>
                <w:sz w:val="20"/>
                <w:szCs w:val="20"/>
              </w:rPr>
              <w:t>Nos</w:t>
            </w:r>
          </w:p>
        </w:tc>
      </w:tr>
      <w:tr w:rsidR="003B3821" w:rsidRPr="00B03582" w14:paraId="33684E24" w14:textId="77777777" w:rsidTr="001403EC">
        <w:tc>
          <w:tcPr>
            <w:tcW w:w="609" w:type="dxa"/>
            <w:shd w:val="clear" w:color="auto" w:fill="FAFAFA"/>
            <w:tcMar>
              <w:top w:w="50" w:type="dxa"/>
              <w:left w:w="50" w:type="dxa"/>
              <w:bottom w:w="50" w:type="dxa"/>
              <w:right w:w="50" w:type="dxa"/>
            </w:tcMar>
          </w:tcPr>
          <w:p w14:paraId="7156A189" w14:textId="0E02CD1E"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41</w:t>
            </w:r>
          </w:p>
        </w:tc>
        <w:tc>
          <w:tcPr>
            <w:tcW w:w="3703" w:type="dxa"/>
            <w:shd w:val="clear" w:color="auto" w:fill="auto"/>
            <w:tcMar>
              <w:top w:w="50" w:type="dxa"/>
              <w:left w:w="50" w:type="dxa"/>
              <w:bottom w:w="50" w:type="dxa"/>
              <w:right w:w="50" w:type="dxa"/>
            </w:tcMar>
            <w:vAlign w:val="center"/>
          </w:tcPr>
          <w:p w14:paraId="2380026D" w14:textId="116571FD" w:rsidR="003B3821" w:rsidRDefault="003B3821" w:rsidP="003B3821">
            <w:pPr>
              <w:spacing w:after="0"/>
              <w:rPr>
                <w:rFonts w:ascii="Arial" w:hAnsi="Arial" w:cs="Arial"/>
                <w:color w:val="auto"/>
                <w:szCs w:val="17"/>
              </w:rPr>
            </w:pPr>
            <w:r>
              <w:rPr>
                <w:color w:val="000000"/>
                <w:sz w:val="20"/>
                <w:szCs w:val="20"/>
              </w:rPr>
              <w:t>Operational Amplifiers IC</w:t>
            </w:r>
          </w:p>
        </w:tc>
        <w:tc>
          <w:tcPr>
            <w:tcW w:w="4266" w:type="dxa"/>
            <w:shd w:val="clear" w:color="auto" w:fill="auto"/>
            <w:vAlign w:val="center"/>
          </w:tcPr>
          <w:p w14:paraId="00E9DA9B" w14:textId="7BD2AC7B" w:rsidR="003B3821" w:rsidRDefault="003B3821" w:rsidP="003B3821">
            <w:pPr>
              <w:spacing w:after="0"/>
              <w:rPr>
                <w:rFonts w:ascii="Arial" w:hAnsi="Arial" w:cs="Arial"/>
                <w:color w:val="auto"/>
                <w:szCs w:val="17"/>
              </w:rPr>
            </w:pPr>
            <w:r>
              <w:rPr>
                <w:color w:val="000000"/>
                <w:sz w:val="20"/>
                <w:szCs w:val="20"/>
              </w:rPr>
              <w:t>Lm324</w:t>
            </w:r>
          </w:p>
        </w:tc>
        <w:tc>
          <w:tcPr>
            <w:tcW w:w="1204" w:type="dxa"/>
            <w:shd w:val="clear" w:color="auto" w:fill="auto"/>
            <w:tcMar>
              <w:top w:w="50" w:type="dxa"/>
              <w:left w:w="50" w:type="dxa"/>
              <w:bottom w:w="50" w:type="dxa"/>
              <w:right w:w="50" w:type="dxa"/>
            </w:tcMar>
            <w:vAlign w:val="center"/>
          </w:tcPr>
          <w:p w14:paraId="267418F8" w14:textId="3C701F48" w:rsidR="003B3821" w:rsidRDefault="003B3821" w:rsidP="003B3821">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4EEE9F76" w14:textId="3F1442AC" w:rsidR="003B3821" w:rsidRPr="00B03582" w:rsidRDefault="003B3821" w:rsidP="003B3821">
            <w:pPr>
              <w:spacing w:after="0"/>
              <w:rPr>
                <w:rFonts w:ascii="Arial" w:hAnsi="Arial" w:cs="Arial"/>
                <w:color w:val="auto"/>
                <w:szCs w:val="17"/>
              </w:rPr>
            </w:pPr>
            <w:r>
              <w:rPr>
                <w:color w:val="000000"/>
                <w:sz w:val="20"/>
                <w:szCs w:val="20"/>
              </w:rPr>
              <w:t>Nos</w:t>
            </w:r>
          </w:p>
        </w:tc>
      </w:tr>
      <w:tr w:rsidR="003B3821" w:rsidRPr="00B03582" w14:paraId="3D5F785D" w14:textId="77777777" w:rsidTr="001403EC">
        <w:tc>
          <w:tcPr>
            <w:tcW w:w="609" w:type="dxa"/>
            <w:shd w:val="clear" w:color="auto" w:fill="FAFAFA"/>
            <w:tcMar>
              <w:top w:w="50" w:type="dxa"/>
              <w:left w:w="50" w:type="dxa"/>
              <w:bottom w:w="50" w:type="dxa"/>
              <w:right w:w="50" w:type="dxa"/>
            </w:tcMar>
          </w:tcPr>
          <w:p w14:paraId="7347363C" w14:textId="1C83ACBA"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42</w:t>
            </w:r>
          </w:p>
        </w:tc>
        <w:tc>
          <w:tcPr>
            <w:tcW w:w="3703" w:type="dxa"/>
            <w:shd w:val="clear" w:color="auto" w:fill="auto"/>
            <w:tcMar>
              <w:top w:w="50" w:type="dxa"/>
              <w:left w:w="50" w:type="dxa"/>
              <w:bottom w:w="50" w:type="dxa"/>
              <w:right w:w="50" w:type="dxa"/>
            </w:tcMar>
            <w:vAlign w:val="center"/>
          </w:tcPr>
          <w:p w14:paraId="0DF890EA" w14:textId="5C2FE604" w:rsidR="003B3821" w:rsidRDefault="003B3821" w:rsidP="003B3821">
            <w:pPr>
              <w:spacing w:after="0"/>
              <w:rPr>
                <w:rFonts w:ascii="Arial" w:hAnsi="Arial" w:cs="Arial"/>
                <w:color w:val="auto"/>
                <w:szCs w:val="17"/>
              </w:rPr>
            </w:pPr>
            <w:r>
              <w:rPr>
                <w:color w:val="000000"/>
                <w:sz w:val="20"/>
                <w:szCs w:val="20"/>
              </w:rPr>
              <w:t xml:space="preserve">Capacitor </w:t>
            </w:r>
          </w:p>
        </w:tc>
        <w:tc>
          <w:tcPr>
            <w:tcW w:w="4266" w:type="dxa"/>
            <w:shd w:val="clear" w:color="auto" w:fill="auto"/>
            <w:vAlign w:val="center"/>
          </w:tcPr>
          <w:p w14:paraId="13DC10E4" w14:textId="349800B2" w:rsidR="003B3821" w:rsidRDefault="003B3821" w:rsidP="003B3821">
            <w:pPr>
              <w:spacing w:after="0"/>
              <w:rPr>
                <w:rFonts w:ascii="Arial" w:hAnsi="Arial" w:cs="Arial"/>
                <w:color w:val="auto"/>
                <w:szCs w:val="17"/>
              </w:rPr>
            </w:pPr>
            <w:r>
              <w:rPr>
                <w:color w:val="000000"/>
                <w:sz w:val="20"/>
                <w:szCs w:val="20"/>
              </w:rPr>
              <w:t xml:space="preserve">0.01 </w:t>
            </w:r>
            <w:proofErr w:type="spellStart"/>
            <w:r>
              <w:rPr>
                <w:color w:val="000000"/>
                <w:sz w:val="20"/>
                <w:szCs w:val="20"/>
              </w:rPr>
              <w:t>uF</w:t>
            </w:r>
            <w:proofErr w:type="spellEnd"/>
          </w:p>
        </w:tc>
        <w:tc>
          <w:tcPr>
            <w:tcW w:w="1204" w:type="dxa"/>
            <w:shd w:val="clear" w:color="auto" w:fill="auto"/>
            <w:tcMar>
              <w:top w:w="50" w:type="dxa"/>
              <w:left w:w="50" w:type="dxa"/>
              <w:bottom w:w="50" w:type="dxa"/>
              <w:right w:w="50" w:type="dxa"/>
            </w:tcMar>
            <w:vAlign w:val="center"/>
          </w:tcPr>
          <w:p w14:paraId="7C80B0EC" w14:textId="346CD90F" w:rsidR="003B3821" w:rsidRDefault="003B3821" w:rsidP="003B3821">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7010537B" w14:textId="074E8379" w:rsidR="003B3821" w:rsidRPr="00B03582" w:rsidRDefault="003B3821" w:rsidP="003B3821">
            <w:pPr>
              <w:spacing w:after="0"/>
              <w:rPr>
                <w:rFonts w:ascii="Arial" w:hAnsi="Arial" w:cs="Arial"/>
                <w:color w:val="auto"/>
                <w:szCs w:val="17"/>
              </w:rPr>
            </w:pPr>
            <w:r>
              <w:rPr>
                <w:color w:val="000000"/>
                <w:sz w:val="20"/>
                <w:szCs w:val="20"/>
              </w:rPr>
              <w:t>Nos</w:t>
            </w:r>
          </w:p>
        </w:tc>
      </w:tr>
      <w:tr w:rsidR="003B3821" w:rsidRPr="00B03582" w14:paraId="129EB498" w14:textId="77777777" w:rsidTr="001403EC">
        <w:tc>
          <w:tcPr>
            <w:tcW w:w="609" w:type="dxa"/>
            <w:shd w:val="clear" w:color="auto" w:fill="FAFAFA"/>
            <w:tcMar>
              <w:top w:w="50" w:type="dxa"/>
              <w:left w:w="50" w:type="dxa"/>
              <w:bottom w:w="50" w:type="dxa"/>
              <w:right w:w="50" w:type="dxa"/>
            </w:tcMar>
          </w:tcPr>
          <w:p w14:paraId="10585C0F" w14:textId="02861139"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43</w:t>
            </w:r>
          </w:p>
        </w:tc>
        <w:tc>
          <w:tcPr>
            <w:tcW w:w="3703" w:type="dxa"/>
            <w:shd w:val="clear" w:color="auto" w:fill="auto"/>
            <w:tcMar>
              <w:top w:w="50" w:type="dxa"/>
              <w:left w:w="50" w:type="dxa"/>
              <w:bottom w:w="50" w:type="dxa"/>
              <w:right w:w="50" w:type="dxa"/>
            </w:tcMar>
            <w:vAlign w:val="center"/>
          </w:tcPr>
          <w:p w14:paraId="28D07555" w14:textId="465F6CF4" w:rsidR="003B3821" w:rsidRDefault="003B3821" w:rsidP="003B3821">
            <w:pPr>
              <w:spacing w:after="0"/>
              <w:rPr>
                <w:rFonts w:ascii="Arial" w:hAnsi="Arial" w:cs="Arial"/>
                <w:color w:val="auto"/>
                <w:szCs w:val="17"/>
              </w:rPr>
            </w:pPr>
            <w:r>
              <w:rPr>
                <w:color w:val="000000"/>
                <w:sz w:val="20"/>
                <w:szCs w:val="20"/>
              </w:rPr>
              <w:t xml:space="preserve">Display Module   </w:t>
            </w:r>
          </w:p>
        </w:tc>
        <w:tc>
          <w:tcPr>
            <w:tcW w:w="4266" w:type="dxa"/>
            <w:shd w:val="clear" w:color="auto" w:fill="auto"/>
            <w:vAlign w:val="center"/>
          </w:tcPr>
          <w:p w14:paraId="6031F519" w14:textId="55E3A0A2" w:rsidR="003B3821" w:rsidRDefault="003B3821" w:rsidP="003B3821">
            <w:pPr>
              <w:spacing w:after="0"/>
              <w:rPr>
                <w:rFonts w:ascii="Arial" w:hAnsi="Arial" w:cs="Arial"/>
                <w:color w:val="auto"/>
                <w:szCs w:val="17"/>
              </w:rPr>
            </w:pPr>
            <w:r>
              <w:rPr>
                <w:color w:val="000000"/>
                <w:sz w:val="20"/>
                <w:szCs w:val="20"/>
              </w:rPr>
              <w:t>16x2 UART LCD</w:t>
            </w:r>
          </w:p>
        </w:tc>
        <w:tc>
          <w:tcPr>
            <w:tcW w:w="1204" w:type="dxa"/>
            <w:shd w:val="clear" w:color="auto" w:fill="auto"/>
            <w:tcMar>
              <w:top w:w="50" w:type="dxa"/>
              <w:left w:w="50" w:type="dxa"/>
              <w:bottom w:w="50" w:type="dxa"/>
              <w:right w:w="50" w:type="dxa"/>
            </w:tcMar>
            <w:vAlign w:val="center"/>
          </w:tcPr>
          <w:p w14:paraId="7794BB43" w14:textId="4ECFEE5D" w:rsidR="003B3821" w:rsidRDefault="003B3821" w:rsidP="003B3821">
            <w:pPr>
              <w:spacing w:after="0"/>
              <w:rPr>
                <w:rFonts w:ascii="Arial" w:hAnsi="Arial" w:cs="Arial"/>
                <w:color w:val="auto"/>
                <w:szCs w:val="17"/>
              </w:rPr>
            </w:pPr>
            <w:r>
              <w:rPr>
                <w:color w:val="000000"/>
                <w:sz w:val="20"/>
                <w:szCs w:val="20"/>
              </w:rPr>
              <w:t>30</w:t>
            </w:r>
          </w:p>
        </w:tc>
        <w:tc>
          <w:tcPr>
            <w:tcW w:w="959" w:type="dxa"/>
            <w:shd w:val="clear" w:color="auto" w:fill="auto"/>
            <w:tcMar>
              <w:top w:w="50" w:type="dxa"/>
              <w:left w:w="50" w:type="dxa"/>
              <w:bottom w:w="50" w:type="dxa"/>
              <w:right w:w="50" w:type="dxa"/>
            </w:tcMar>
            <w:vAlign w:val="center"/>
          </w:tcPr>
          <w:p w14:paraId="1FE0EADC" w14:textId="6A167B44" w:rsidR="003B3821" w:rsidRPr="00B03582" w:rsidRDefault="003B3821" w:rsidP="003B3821">
            <w:pPr>
              <w:spacing w:after="0"/>
              <w:rPr>
                <w:rFonts w:ascii="Arial" w:hAnsi="Arial" w:cs="Arial"/>
                <w:color w:val="auto"/>
                <w:szCs w:val="17"/>
              </w:rPr>
            </w:pPr>
            <w:r>
              <w:rPr>
                <w:color w:val="000000"/>
                <w:sz w:val="20"/>
                <w:szCs w:val="20"/>
              </w:rPr>
              <w:t>Nos</w:t>
            </w:r>
          </w:p>
        </w:tc>
      </w:tr>
      <w:tr w:rsidR="003B3821" w:rsidRPr="00B03582" w14:paraId="4C66F46F" w14:textId="77777777" w:rsidTr="001403EC">
        <w:tc>
          <w:tcPr>
            <w:tcW w:w="609" w:type="dxa"/>
            <w:shd w:val="clear" w:color="auto" w:fill="FAFAFA"/>
            <w:tcMar>
              <w:top w:w="50" w:type="dxa"/>
              <w:left w:w="50" w:type="dxa"/>
              <w:bottom w:w="50" w:type="dxa"/>
              <w:right w:w="50" w:type="dxa"/>
            </w:tcMar>
          </w:tcPr>
          <w:p w14:paraId="51BB3633" w14:textId="6C4F6D47"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44</w:t>
            </w:r>
          </w:p>
        </w:tc>
        <w:tc>
          <w:tcPr>
            <w:tcW w:w="3703" w:type="dxa"/>
            <w:shd w:val="clear" w:color="auto" w:fill="auto"/>
            <w:tcMar>
              <w:top w:w="50" w:type="dxa"/>
              <w:left w:w="50" w:type="dxa"/>
              <w:bottom w:w="50" w:type="dxa"/>
              <w:right w:w="50" w:type="dxa"/>
            </w:tcMar>
            <w:vAlign w:val="center"/>
          </w:tcPr>
          <w:p w14:paraId="161B22AA" w14:textId="18965872" w:rsidR="003B3821" w:rsidRDefault="003B3821" w:rsidP="003B3821">
            <w:pPr>
              <w:spacing w:after="0"/>
              <w:rPr>
                <w:rFonts w:ascii="Arial" w:hAnsi="Arial" w:cs="Arial"/>
                <w:color w:val="auto"/>
                <w:szCs w:val="17"/>
              </w:rPr>
            </w:pPr>
            <w:r>
              <w:rPr>
                <w:color w:val="000000"/>
                <w:sz w:val="20"/>
                <w:szCs w:val="20"/>
              </w:rPr>
              <w:t>Cable</w:t>
            </w:r>
          </w:p>
        </w:tc>
        <w:tc>
          <w:tcPr>
            <w:tcW w:w="4266" w:type="dxa"/>
            <w:shd w:val="clear" w:color="auto" w:fill="auto"/>
            <w:vAlign w:val="center"/>
          </w:tcPr>
          <w:p w14:paraId="2A0D88F5" w14:textId="5ACBCEFA" w:rsidR="003B3821" w:rsidRDefault="003B3821" w:rsidP="003B3821">
            <w:pPr>
              <w:spacing w:after="0"/>
              <w:rPr>
                <w:rFonts w:ascii="Arial" w:hAnsi="Arial" w:cs="Arial"/>
                <w:color w:val="auto"/>
                <w:szCs w:val="17"/>
              </w:rPr>
            </w:pPr>
            <w:r>
              <w:rPr>
                <w:color w:val="000000"/>
                <w:sz w:val="20"/>
                <w:szCs w:val="20"/>
              </w:rPr>
              <w:t>USB 2.0 A to Micro-B</w:t>
            </w:r>
          </w:p>
        </w:tc>
        <w:tc>
          <w:tcPr>
            <w:tcW w:w="1204" w:type="dxa"/>
            <w:shd w:val="clear" w:color="auto" w:fill="auto"/>
            <w:tcMar>
              <w:top w:w="50" w:type="dxa"/>
              <w:left w:w="50" w:type="dxa"/>
              <w:bottom w:w="50" w:type="dxa"/>
              <w:right w:w="50" w:type="dxa"/>
            </w:tcMar>
            <w:vAlign w:val="center"/>
          </w:tcPr>
          <w:p w14:paraId="644BF77E" w14:textId="19F83E6E" w:rsidR="003B3821" w:rsidRDefault="003B3821" w:rsidP="003B3821">
            <w:pPr>
              <w:spacing w:after="0"/>
              <w:rPr>
                <w:rFonts w:ascii="Arial" w:hAnsi="Arial" w:cs="Arial"/>
                <w:color w:val="auto"/>
                <w:szCs w:val="17"/>
              </w:rPr>
            </w:pPr>
            <w:r>
              <w:rPr>
                <w:color w:val="000000"/>
                <w:sz w:val="20"/>
                <w:szCs w:val="20"/>
              </w:rPr>
              <w:t>20</w:t>
            </w:r>
          </w:p>
        </w:tc>
        <w:tc>
          <w:tcPr>
            <w:tcW w:w="959" w:type="dxa"/>
            <w:shd w:val="clear" w:color="auto" w:fill="auto"/>
            <w:tcMar>
              <w:top w:w="50" w:type="dxa"/>
              <w:left w:w="50" w:type="dxa"/>
              <w:bottom w:w="50" w:type="dxa"/>
              <w:right w:w="50" w:type="dxa"/>
            </w:tcMar>
            <w:vAlign w:val="center"/>
          </w:tcPr>
          <w:p w14:paraId="51628A78" w14:textId="7B83D663" w:rsidR="003B3821" w:rsidRPr="00B03582" w:rsidRDefault="003B3821" w:rsidP="003B3821">
            <w:pPr>
              <w:spacing w:after="0"/>
              <w:rPr>
                <w:rFonts w:ascii="Arial" w:hAnsi="Arial" w:cs="Arial"/>
                <w:color w:val="auto"/>
                <w:szCs w:val="17"/>
              </w:rPr>
            </w:pPr>
            <w:r>
              <w:rPr>
                <w:color w:val="000000"/>
                <w:sz w:val="20"/>
                <w:szCs w:val="20"/>
              </w:rPr>
              <w:t>Nos</w:t>
            </w:r>
          </w:p>
        </w:tc>
      </w:tr>
      <w:tr w:rsidR="003B3821" w:rsidRPr="00B03582" w14:paraId="35FAA196" w14:textId="77777777" w:rsidTr="001403EC">
        <w:tc>
          <w:tcPr>
            <w:tcW w:w="609" w:type="dxa"/>
            <w:shd w:val="clear" w:color="auto" w:fill="FAFAFA"/>
            <w:tcMar>
              <w:top w:w="50" w:type="dxa"/>
              <w:left w:w="50" w:type="dxa"/>
              <w:bottom w:w="50" w:type="dxa"/>
              <w:right w:w="50" w:type="dxa"/>
            </w:tcMar>
          </w:tcPr>
          <w:p w14:paraId="1A1C11FE" w14:textId="3E203821" w:rsidR="003B3821" w:rsidRPr="00487D57" w:rsidRDefault="003B3821" w:rsidP="003B3821">
            <w:pPr>
              <w:spacing w:after="0"/>
              <w:ind w:left="90"/>
              <w:jc w:val="center"/>
              <w:rPr>
                <w:rFonts w:ascii="Arial" w:hAnsi="Arial" w:cs="Arial"/>
                <w:color w:val="auto"/>
                <w:szCs w:val="17"/>
              </w:rPr>
            </w:pPr>
            <w:r>
              <w:rPr>
                <w:rFonts w:ascii="Arial" w:hAnsi="Arial" w:cs="Arial"/>
                <w:color w:val="auto"/>
                <w:szCs w:val="17"/>
              </w:rPr>
              <w:t>45</w:t>
            </w:r>
          </w:p>
        </w:tc>
        <w:tc>
          <w:tcPr>
            <w:tcW w:w="3703" w:type="dxa"/>
            <w:shd w:val="clear" w:color="auto" w:fill="auto"/>
            <w:tcMar>
              <w:top w:w="50" w:type="dxa"/>
              <w:left w:w="50" w:type="dxa"/>
              <w:bottom w:w="50" w:type="dxa"/>
              <w:right w:w="50" w:type="dxa"/>
            </w:tcMar>
            <w:vAlign w:val="center"/>
          </w:tcPr>
          <w:p w14:paraId="41EAEA4E" w14:textId="57D02430" w:rsidR="003B3821" w:rsidRDefault="003B3821" w:rsidP="003B3821">
            <w:pPr>
              <w:spacing w:after="0"/>
              <w:rPr>
                <w:rFonts w:ascii="Arial" w:hAnsi="Arial" w:cs="Arial"/>
                <w:color w:val="auto"/>
                <w:szCs w:val="17"/>
              </w:rPr>
            </w:pPr>
            <w:r>
              <w:rPr>
                <w:color w:val="000000"/>
                <w:sz w:val="20"/>
                <w:szCs w:val="20"/>
              </w:rPr>
              <w:t>Resistor</w:t>
            </w:r>
          </w:p>
        </w:tc>
        <w:tc>
          <w:tcPr>
            <w:tcW w:w="4266" w:type="dxa"/>
            <w:shd w:val="clear" w:color="auto" w:fill="auto"/>
            <w:vAlign w:val="center"/>
          </w:tcPr>
          <w:p w14:paraId="6C2B928B" w14:textId="67091755" w:rsidR="003B3821" w:rsidRDefault="003B3821" w:rsidP="003B3821">
            <w:pPr>
              <w:spacing w:after="0"/>
              <w:rPr>
                <w:rFonts w:ascii="Arial" w:hAnsi="Arial" w:cs="Arial"/>
                <w:color w:val="auto"/>
                <w:szCs w:val="17"/>
              </w:rPr>
            </w:pPr>
            <w:r>
              <w:rPr>
                <w:color w:val="000000"/>
                <w:sz w:val="20"/>
                <w:szCs w:val="20"/>
              </w:rPr>
              <w:t>1K ohm (1Watt)</w:t>
            </w:r>
          </w:p>
        </w:tc>
        <w:tc>
          <w:tcPr>
            <w:tcW w:w="1204" w:type="dxa"/>
            <w:shd w:val="clear" w:color="auto" w:fill="auto"/>
            <w:tcMar>
              <w:top w:w="50" w:type="dxa"/>
              <w:left w:w="50" w:type="dxa"/>
              <w:bottom w:w="50" w:type="dxa"/>
              <w:right w:w="50" w:type="dxa"/>
            </w:tcMar>
            <w:vAlign w:val="center"/>
          </w:tcPr>
          <w:p w14:paraId="5EA1C106" w14:textId="637FB0DD" w:rsidR="003B3821" w:rsidRDefault="003B3821" w:rsidP="003B3821">
            <w:pPr>
              <w:spacing w:after="0"/>
              <w:rPr>
                <w:rFonts w:ascii="Arial" w:hAnsi="Arial" w:cs="Arial"/>
                <w:color w:val="auto"/>
                <w:szCs w:val="17"/>
              </w:rPr>
            </w:pPr>
            <w:r>
              <w:rPr>
                <w:color w:val="000000"/>
                <w:sz w:val="20"/>
                <w:szCs w:val="20"/>
              </w:rPr>
              <w:t>300</w:t>
            </w:r>
          </w:p>
        </w:tc>
        <w:tc>
          <w:tcPr>
            <w:tcW w:w="959" w:type="dxa"/>
            <w:shd w:val="clear" w:color="auto" w:fill="auto"/>
            <w:tcMar>
              <w:top w:w="50" w:type="dxa"/>
              <w:left w:w="50" w:type="dxa"/>
              <w:bottom w:w="50" w:type="dxa"/>
              <w:right w:w="50" w:type="dxa"/>
            </w:tcMar>
            <w:vAlign w:val="center"/>
          </w:tcPr>
          <w:p w14:paraId="7E76FDFC" w14:textId="0BC48962" w:rsidR="003B3821" w:rsidRPr="00B03582" w:rsidRDefault="003B3821" w:rsidP="003B3821">
            <w:pPr>
              <w:spacing w:after="0"/>
              <w:rPr>
                <w:rFonts w:ascii="Arial" w:hAnsi="Arial" w:cs="Arial"/>
                <w:color w:val="auto"/>
                <w:szCs w:val="17"/>
              </w:rPr>
            </w:pPr>
            <w:r>
              <w:rPr>
                <w:color w:val="000000"/>
                <w:sz w:val="20"/>
                <w:szCs w:val="20"/>
              </w:rPr>
              <w:t>Nos</w:t>
            </w:r>
          </w:p>
        </w:tc>
      </w:tr>
      <w:tr w:rsidR="008F3F21" w:rsidRPr="00B03582" w14:paraId="5E330552" w14:textId="77777777" w:rsidTr="00F06F04">
        <w:tc>
          <w:tcPr>
            <w:tcW w:w="609" w:type="dxa"/>
            <w:shd w:val="clear" w:color="auto" w:fill="FAFAFA"/>
            <w:tcMar>
              <w:top w:w="50" w:type="dxa"/>
              <w:left w:w="50" w:type="dxa"/>
              <w:bottom w:w="50" w:type="dxa"/>
              <w:right w:w="50" w:type="dxa"/>
            </w:tcMar>
          </w:tcPr>
          <w:p w14:paraId="7820E9F2" w14:textId="751613CA" w:rsidR="008F3F21" w:rsidRPr="00487D57" w:rsidRDefault="008F3F21" w:rsidP="008F3F21">
            <w:pPr>
              <w:spacing w:after="0"/>
              <w:ind w:left="90"/>
              <w:jc w:val="center"/>
              <w:rPr>
                <w:rFonts w:ascii="Arial" w:hAnsi="Arial" w:cs="Arial"/>
                <w:color w:val="auto"/>
                <w:szCs w:val="17"/>
              </w:rPr>
            </w:pPr>
            <w:r>
              <w:rPr>
                <w:rFonts w:ascii="Arial" w:hAnsi="Arial" w:cs="Arial"/>
                <w:color w:val="auto"/>
                <w:szCs w:val="17"/>
              </w:rPr>
              <w:t>46</w:t>
            </w:r>
          </w:p>
        </w:tc>
        <w:tc>
          <w:tcPr>
            <w:tcW w:w="3703" w:type="dxa"/>
            <w:shd w:val="clear" w:color="auto" w:fill="auto"/>
            <w:tcMar>
              <w:top w:w="50" w:type="dxa"/>
              <w:left w:w="50" w:type="dxa"/>
              <w:bottom w:w="50" w:type="dxa"/>
              <w:right w:w="50" w:type="dxa"/>
            </w:tcMar>
            <w:vAlign w:val="center"/>
          </w:tcPr>
          <w:p w14:paraId="21BBE7D8" w14:textId="72611070" w:rsidR="008F3F21" w:rsidRDefault="008F3F21" w:rsidP="008F3F21">
            <w:pPr>
              <w:spacing w:after="0"/>
              <w:rPr>
                <w:rFonts w:ascii="Arial" w:hAnsi="Arial" w:cs="Arial"/>
                <w:color w:val="auto"/>
                <w:szCs w:val="17"/>
              </w:rPr>
            </w:pPr>
            <w:r>
              <w:rPr>
                <w:color w:val="000000"/>
                <w:sz w:val="20"/>
                <w:szCs w:val="20"/>
              </w:rPr>
              <w:t>De-Multiplexer</w:t>
            </w:r>
          </w:p>
        </w:tc>
        <w:tc>
          <w:tcPr>
            <w:tcW w:w="4266" w:type="dxa"/>
            <w:shd w:val="clear" w:color="auto" w:fill="auto"/>
            <w:vAlign w:val="center"/>
          </w:tcPr>
          <w:p w14:paraId="40BA17EB" w14:textId="10C081AA" w:rsidR="008F3F21" w:rsidRDefault="008F3F21" w:rsidP="008F3F21">
            <w:pPr>
              <w:spacing w:after="0"/>
              <w:rPr>
                <w:rFonts w:ascii="Arial" w:hAnsi="Arial" w:cs="Arial"/>
                <w:color w:val="auto"/>
                <w:szCs w:val="17"/>
              </w:rPr>
            </w:pPr>
            <w:r>
              <w:rPr>
                <w:color w:val="000000"/>
                <w:sz w:val="20"/>
                <w:szCs w:val="20"/>
              </w:rPr>
              <w:t>74LS139</w:t>
            </w:r>
          </w:p>
        </w:tc>
        <w:tc>
          <w:tcPr>
            <w:tcW w:w="1204" w:type="dxa"/>
            <w:shd w:val="clear" w:color="auto" w:fill="auto"/>
            <w:tcMar>
              <w:top w:w="50" w:type="dxa"/>
              <w:left w:w="50" w:type="dxa"/>
              <w:bottom w:w="50" w:type="dxa"/>
              <w:right w:w="50" w:type="dxa"/>
            </w:tcMar>
            <w:vAlign w:val="center"/>
          </w:tcPr>
          <w:p w14:paraId="3E347307" w14:textId="0F693611" w:rsidR="008F3F21" w:rsidRDefault="008F3F21" w:rsidP="008F3F21">
            <w:pPr>
              <w:spacing w:after="0"/>
              <w:rPr>
                <w:rFonts w:ascii="Arial" w:hAnsi="Arial" w:cs="Arial"/>
                <w:color w:val="auto"/>
                <w:szCs w:val="17"/>
              </w:rPr>
            </w:pPr>
            <w:r>
              <w:rPr>
                <w:color w:val="000000"/>
                <w:sz w:val="20"/>
                <w:szCs w:val="20"/>
              </w:rPr>
              <w:t>125</w:t>
            </w:r>
          </w:p>
        </w:tc>
        <w:tc>
          <w:tcPr>
            <w:tcW w:w="959" w:type="dxa"/>
            <w:shd w:val="clear" w:color="auto" w:fill="auto"/>
            <w:tcMar>
              <w:top w:w="50" w:type="dxa"/>
              <w:left w:w="50" w:type="dxa"/>
              <w:bottom w:w="50" w:type="dxa"/>
              <w:right w:w="50" w:type="dxa"/>
            </w:tcMar>
            <w:vAlign w:val="center"/>
          </w:tcPr>
          <w:p w14:paraId="7D2DB984" w14:textId="2A51ABB2" w:rsidR="008F3F21" w:rsidRPr="00B03582" w:rsidRDefault="008F3F21" w:rsidP="008F3F21">
            <w:pPr>
              <w:spacing w:after="0"/>
              <w:rPr>
                <w:rFonts w:ascii="Arial" w:hAnsi="Arial" w:cs="Arial"/>
                <w:color w:val="auto"/>
                <w:szCs w:val="17"/>
              </w:rPr>
            </w:pPr>
            <w:r>
              <w:rPr>
                <w:color w:val="000000"/>
                <w:sz w:val="20"/>
                <w:szCs w:val="20"/>
              </w:rPr>
              <w:t>Nos</w:t>
            </w:r>
          </w:p>
        </w:tc>
      </w:tr>
      <w:tr w:rsidR="008F3F21" w:rsidRPr="00B03582" w14:paraId="6B9D3FAD" w14:textId="77777777" w:rsidTr="00F06F04">
        <w:tc>
          <w:tcPr>
            <w:tcW w:w="609" w:type="dxa"/>
            <w:shd w:val="clear" w:color="auto" w:fill="FAFAFA"/>
            <w:tcMar>
              <w:top w:w="50" w:type="dxa"/>
              <w:left w:w="50" w:type="dxa"/>
              <w:bottom w:w="50" w:type="dxa"/>
              <w:right w:w="50" w:type="dxa"/>
            </w:tcMar>
          </w:tcPr>
          <w:p w14:paraId="7D7B7ACF" w14:textId="6B02295C" w:rsidR="008F3F21" w:rsidRPr="00487D57" w:rsidRDefault="008F3F21" w:rsidP="008F3F21">
            <w:pPr>
              <w:spacing w:after="0"/>
              <w:ind w:left="90"/>
              <w:jc w:val="center"/>
              <w:rPr>
                <w:rFonts w:ascii="Arial" w:hAnsi="Arial" w:cs="Arial"/>
                <w:color w:val="auto"/>
                <w:szCs w:val="17"/>
              </w:rPr>
            </w:pPr>
            <w:r>
              <w:rPr>
                <w:rFonts w:ascii="Arial" w:hAnsi="Arial" w:cs="Arial"/>
                <w:color w:val="auto"/>
                <w:szCs w:val="17"/>
              </w:rPr>
              <w:t>47</w:t>
            </w:r>
          </w:p>
        </w:tc>
        <w:tc>
          <w:tcPr>
            <w:tcW w:w="3703" w:type="dxa"/>
            <w:shd w:val="clear" w:color="auto" w:fill="auto"/>
            <w:tcMar>
              <w:top w:w="50" w:type="dxa"/>
              <w:left w:w="50" w:type="dxa"/>
              <w:bottom w:w="50" w:type="dxa"/>
              <w:right w:w="50" w:type="dxa"/>
            </w:tcMar>
            <w:vAlign w:val="center"/>
          </w:tcPr>
          <w:p w14:paraId="05235D7A" w14:textId="443B1CAA" w:rsidR="008F3F21" w:rsidRDefault="008F3F21" w:rsidP="008F3F21">
            <w:pPr>
              <w:spacing w:after="0"/>
              <w:rPr>
                <w:rFonts w:ascii="Arial" w:hAnsi="Arial" w:cs="Arial"/>
                <w:color w:val="auto"/>
                <w:szCs w:val="17"/>
              </w:rPr>
            </w:pPr>
            <w:r>
              <w:rPr>
                <w:color w:val="000000"/>
                <w:sz w:val="20"/>
                <w:szCs w:val="20"/>
              </w:rPr>
              <w:t>Multiplexer</w:t>
            </w:r>
          </w:p>
        </w:tc>
        <w:tc>
          <w:tcPr>
            <w:tcW w:w="4266" w:type="dxa"/>
            <w:shd w:val="clear" w:color="auto" w:fill="auto"/>
            <w:vAlign w:val="center"/>
          </w:tcPr>
          <w:p w14:paraId="38C5B19D" w14:textId="2AC791A8" w:rsidR="008F3F21" w:rsidRDefault="008F3F21" w:rsidP="008F3F21">
            <w:pPr>
              <w:spacing w:after="0"/>
              <w:rPr>
                <w:rFonts w:ascii="Arial" w:hAnsi="Arial" w:cs="Arial"/>
                <w:color w:val="auto"/>
                <w:szCs w:val="17"/>
              </w:rPr>
            </w:pPr>
            <w:r>
              <w:rPr>
                <w:color w:val="000000"/>
                <w:sz w:val="20"/>
                <w:szCs w:val="20"/>
              </w:rPr>
              <w:t>74LS153</w:t>
            </w:r>
          </w:p>
        </w:tc>
        <w:tc>
          <w:tcPr>
            <w:tcW w:w="1204" w:type="dxa"/>
            <w:shd w:val="clear" w:color="auto" w:fill="auto"/>
            <w:tcMar>
              <w:top w:w="50" w:type="dxa"/>
              <w:left w:w="50" w:type="dxa"/>
              <w:bottom w:w="50" w:type="dxa"/>
              <w:right w:w="50" w:type="dxa"/>
            </w:tcMar>
            <w:vAlign w:val="center"/>
          </w:tcPr>
          <w:p w14:paraId="133BB8E4" w14:textId="524BE4FE" w:rsidR="008F3F21" w:rsidRDefault="008F3F21" w:rsidP="008F3F21">
            <w:pPr>
              <w:spacing w:after="0"/>
              <w:rPr>
                <w:rFonts w:ascii="Arial" w:hAnsi="Arial" w:cs="Arial"/>
                <w:color w:val="auto"/>
                <w:szCs w:val="17"/>
              </w:rPr>
            </w:pPr>
            <w:r>
              <w:rPr>
                <w:color w:val="000000"/>
                <w:sz w:val="20"/>
                <w:szCs w:val="20"/>
              </w:rPr>
              <w:t>125</w:t>
            </w:r>
          </w:p>
        </w:tc>
        <w:tc>
          <w:tcPr>
            <w:tcW w:w="959" w:type="dxa"/>
            <w:shd w:val="clear" w:color="auto" w:fill="auto"/>
            <w:tcMar>
              <w:top w:w="50" w:type="dxa"/>
              <w:left w:w="50" w:type="dxa"/>
              <w:bottom w:w="50" w:type="dxa"/>
              <w:right w:w="50" w:type="dxa"/>
            </w:tcMar>
            <w:vAlign w:val="center"/>
          </w:tcPr>
          <w:p w14:paraId="7530C908" w14:textId="1A3482BD" w:rsidR="008F3F21" w:rsidRPr="00B03582" w:rsidRDefault="008F3F21" w:rsidP="008F3F21">
            <w:pPr>
              <w:spacing w:after="0"/>
              <w:rPr>
                <w:rFonts w:ascii="Arial" w:hAnsi="Arial" w:cs="Arial"/>
                <w:color w:val="auto"/>
                <w:szCs w:val="17"/>
              </w:rPr>
            </w:pPr>
            <w:r>
              <w:rPr>
                <w:color w:val="000000"/>
                <w:sz w:val="20"/>
                <w:szCs w:val="20"/>
              </w:rPr>
              <w:t>Nos</w:t>
            </w:r>
          </w:p>
        </w:tc>
      </w:tr>
      <w:tr w:rsidR="008F3F21" w:rsidRPr="00B03582" w14:paraId="2A07331C" w14:textId="77777777" w:rsidTr="00F06F04">
        <w:tc>
          <w:tcPr>
            <w:tcW w:w="609" w:type="dxa"/>
            <w:shd w:val="clear" w:color="auto" w:fill="FAFAFA"/>
            <w:tcMar>
              <w:top w:w="50" w:type="dxa"/>
              <w:left w:w="50" w:type="dxa"/>
              <w:bottom w:w="50" w:type="dxa"/>
              <w:right w:w="50" w:type="dxa"/>
            </w:tcMar>
          </w:tcPr>
          <w:p w14:paraId="5DEB56D5" w14:textId="4CF9ADB9" w:rsidR="008F3F21" w:rsidRPr="00487D57" w:rsidRDefault="008F3F21" w:rsidP="008F3F21">
            <w:pPr>
              <w:spacing w:after="0"/>
              <w:ind w:left="90"/>
              <w:jc w:val="center"/>
              <w:rPr>
                <w:rFonts w:ascii="Arial" w:hAnsi="Arial" w:cs="Arial"/>
                <w:color w:val="auto"/>
                <w:szCs w:val="17"/>
              </w:rPr>
            </w:pPr>
            <w:r>
              <w:rPr>
                <w:rFonts w:ascii="Arial" w:hAnsi="Arial" w:cs="Arial"/>
                <w:color w:val="auto"/>
                <w:szCs w:val="17"/>
              </w:rPr>
              <w:t>48</w:t>
            </w:r>
          </w:p>
        </w:tc>
        <w:tc>
          <w:tcPr>
            <w:tcW w:w="3703" w:type="dxa"/>
            <w:shd w:val="clear" w:color="auto" w:fill="auto"/>
            <w:tcMar>
              <w:top w:w="50" w:type="dxa"/>
              <w:left w:w="50" w:type="dxa"/>
              <w:bottom w:w="50" w:type="dxa"/>
              <w:right w:w="50" w:type="dxa"/>
            </w:tcMar>
            <w:vAlign w:val="center"/>
          </w:tcPr>
          <w:p w14:paraId="286F11FB" w14:textId="452BA316" w:rsidR="008F3F21" w:rsidRDefault="008F3F21" w:rsidP="008F3F21">
            <w:pPr>
              <w:spacing w:after="0"/>
              <w:rPr>
                <w:rFonts w:ascii="Arial" w:hAnsi="Arial" w:cs="Arial"/>
                <w:color w:val="auto"/>
                <w:szCs w:val="17"/>
              </w:rPr>
            </w:pPr>
            <w:r>
              <w:rPr>
                <w:color w:val="000000"/>
                <w:sz w:val="20"/>
                <w:szCs w:val="20"/>
              </w:rPr>
              <w:t>Led Blue</w:t>
            </w:r>
          </w:p>
        </w:tc>
        <w:tc>
          <w:tcPr>
            <w:tcW w:w="4266" w:type="dxa"/>
            <w:shd w:val="clear" w:color="auto" w:fill="auto"/>
            <w:vAlign w:val="center"/>
          </w:tcPr>
          <w:p w14:paraId="4811938A" w14:textId="361C60A7" w:rsidR="008F3F21" w:rsidRDefault="008F3F21" w:rsidP="008F3F21">
            <w:pPr>
              <w:spacing w:after="0"/>
              <w:rPr>
                <w:rFonts w:ascii="Arial" w:hAnsi="Arial" w:cs="Arial"/>
                <w:color w:val="auto"/>
                <w:szCs w:val="17"/>
              </w:rPr>
            </w:pPr>
            <w:r>
              <w:rPr>
                <w:color w:val="000000"/>
                <w:sz w:val="20"/>
                <w:szCs w:val="20"/>
              </w:rPr>
              <w:t>Non polarized</w:t>
            </w:r>
          </w:p>
        </w:tc>
        <w:tc>
          <w:tcPr>
            <w:tcW w:w="1204" w:type="dxa"/>
            <w:shd w:val="clear" w:color="auto" w:fill="auto"/>
            <w:tcMar>
              <w:top w:w="50" w:type="dxa"/>
              <w:left w:w="50" w:type="dxa"/>
              <w:bottom w:w="50" w:type="dxa"/>
              <w:right w:w="50" w:type="dxa"/>
            </w:tcMar>
            <w:vAlign w:val="center"/>
          </w:tcPr>
          <w:p w14:paraId="6555E84D" w14:textId="449CD4AA" w:rsidR="008F3F21" w:rsidRDefault="008F3F21" w:rsidP="008F3F21">
            <w:pPr>
              <w:spacing w:after="0"/>
              <w:rPr>
                <w:rFonts w:ascii="Arial" w:hAnsi="Arial" w:cs="Arial"/>
                <w:color w:val="auto"/>
                <w:szCs w:val="17"/>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2BBDC3A4" w14:textId="6B88538A" w:rsidR="008F3F21" w:rsidRPr="00B03582" w:rsidRDefault="008F3F21" w:rsidP="008F3F21">
            <w:pPr>
              <w:spacing w:after="0"/>
              <w:rPr>
                <w:rFonts w:ascii="Arial" w:hAnsi="Arial" w:cs="Arial"/>
                <w:color w:val="auto"/>
                <w:szCs w:val="17"/>
              </w:rPr>
            </w:pPr>
            <w:r>
              <w:rPr>
                <w:color w:val="000000"/>
                <w:sz w:val="20"/>
                <w:szCs w:val="20"/>
              </w:rPr>
              <w:t>Nos</w:t>
            </w:r>
          </w:p>
        </w:tc>
      </w:tr>
      <w:tr w:rsidR="008F3F21" w:rsidRPr="00B03582" w14:paraId="06B4475B" w14:textId="77777777" w:rsidTr="00F06F04">
        <w:tc>
          <w:tcPr>
            <w:tcW w:w="609" w:type="dxa"/>
            <w:shd w:val="clear" w:color="auto" w:fill="FAFAFA"/>
            <w:tcMar>
              <w:top w:w="50" w:type="dxa"/>
              <w:left w:w="50" w:type="dxa"/>
              <w:bottom w:w="50" w:type="dxa"/>
              <w:right w:w="50" w:type="dxa"/>
            </w:tcMar>
          </w:tcPr>
          <w:p w14:paraId="7B04C5CF" w14:textId="218A836D" w:rsidR="008F3F21" w:rsidRPr="00487D57" w:rsidRDefault="008F3F21" w:rsidP="008F3F21">
            <w:pPr>
              <w:spacing w:after="0"/>
              <w:ind w:left="90"/>
              <w:jc w:val="center"/>
              <w:rPr>
                <w:rFonts w:ascii="Arial" w:hAnsi="Arial" w:cs="Arial"/>
                <w:color w:val="auto"/>
                <w:szCs w:val="17"/>
              </w:rPr>
            </w:pPr>
            <w:r>
              <w:rPr>
                <w:rFonts w:ascii="Arial" w:hAnsi="Arial" w:cs="Arial"/>
                <w:color w:val="auto"/>
                <w:szCs w:val="17"/>
              </w:rPr>
              <w:t>49</w:t>
            </w:r>
          </w:p>
        </w:tc>
        <w:tc>
          <w:tcPr>
            <w:tcW w:w="3703" w:type="dxa"/>
            <w:shd w:val="clear" w:color="auto" w:fill="auto"/>
            <w:tcMar>
              <w:top w:w="50" w:type="dxa"/>
              <w:left w:w="50" w:type="dxa"/>
              <w:bottom w:w="50" w:type="dxa"/>
              <w:right w:w="50" w:type="dxa"/>
            </w:tcMar>
            <w:vAlign w:val="center"/>
          </w:tcPr>
          <w:p w14:paraId="012589E5" w14:textId="79B4C274" w:rsidR="008F3F21" w:rsidRDefault="008F3F21" w:rsidP="008F3F21">
            <w:pPr>
              <w:spacing w:after="0"/>
              <w:rPr>
                <w:rFonts w:ascii="Arial" w:hAnsi="Arial" w:cs="Arial"/>
                <w:color w:val="auto"/>
                <w:szCs w:val="17"/>
              </w:rPr>
            </w:pPr>
            <w:r>
              <w:rPr>
                <w:color w:val="000000"/>
                <w:sz w:val="20"/>
                <w:szCs w:val="20"/>
              </w:rPr>
              <w:t>Led Red</w:t>
            </w:r>
          </w:p>
        </w:tc>
        <w:tc>
          <w:tcPr>
            <w:tcW w:w="4266" w:type="dxa"/>
            <w:shd w:val="clear" w:color="auto" w:fill="auto"/>
            <w:vAlign w:val="center"/>
          </w:tcPr>
          <w:p w14:paraId="1827B4B1" w14:textId="2694C98A" w:rsidR="008F3F21" w:rsidRDefault="008F3F21" w:rsidP="008F3F21">
            <w:pPr>
              <w:spacing w:after="0"/>
              <w:rPr>
                <w:rFonts w:ascii="Arial" w:hAnsi="Arial" w:cs="Arial"/>
                <w:color w:val="auto"/>
                <w:szCs w:val="17"/>
              </w:rPr>
            </w:pPr>
            <w:r>
              <w:rPr>
                <w:color w:val="000000"/>
                <w:sz w:val="20"/>
                <w:szCs w:val="20"/>
              </w:rPr>
              <w:t>Non polarized</w:t>
            </w:r>
          </w:p>
        </w:tc>
        <w:tc>
          <w:tcPr>
            <w:tcW w:w="1204" w:type="dxa"/>
            <w:shd w:val="clear" w:color="auto" w:fill="auto"/>
            <w:tcMar>
              <w:top w:w="50" w:type="dxa"/>
              <w:left w:w="50" w:type="dxa"/>
              <w:bottom w:w="50" w:type="dxa"/>
              <w:right w:w="50" w:type="dxa"/>
            </w:tcMar>
            <w:vAlign w:val="center"/>
          </w:tcPr>
          <w:p w14:paraId="464B9B01" w14:textId="4F976947" w:rsidR="008F3F21" w:rsidRDefault="008F3F21" w:rsidP="008F3F21">
            <w:pPr>
              <w:spacing w:after="0"/>
              <w:rPr>
                <w:rFonts w:ascii="Arial" w:hAnsi="Arial" w:cs="Arial"/>
                <w:color w:val="auto"/>
                <w:szCs w:val="17"/>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5D865D40" w14:textId="67F9CEE4" w:rsidR="008F3F21" w:rsidRPr="00B03582" w:rsidRDefault="008F3F21" w:rsidP="008F3F21">
            <w:pPr>
              <w:spacing w:after="0"/>
              <w:rPr>
                <w:rFonts w:ascii="Arial" w:hAnsi="Arial" w:cs="Arial"/>
                <w:color w:val="auto"/>
                <w:szCs w:val="17"/>
              </w:rPr>
            </w:pPr>
            <w:r>
              <w:rPr>
                <w:color w:val="000000"/>
                <w:sz w:val="20"/>
                <w:szCs w:val="20"/>
              </w:rPr>
              <w:t>Nos</w:t>
            </w:r>
          </w:p>
        </w:tc>
      </w:tr>
      <w:tr w:rsidR="008F3F21" w:rsidRPr="00B03582" w14:paraId="0463CDF2" w14:textId="77777777" w:rsidTr="00F06F04">
        <w:tc>
          <w:tcPr>
            <w:tcW w:w="609" w:type="dxa"/>
            <w:shd w:val="clear" w:color="auto" w:fill="FAFAFA"/>
            <w:tcMar>
              <w:top w:w="50" w:type="dxa"/>
              <w:left w:w="50" w:type="dxa"/>
              <w:bottom w:w="50" w:type="dxa"/>
              <w:right w:w="50" w:type="dxa"/>
            </w:tcMar>
          </w:tcPr>
          <w:p w14:paraId="127FEB1D" w14:textId="59E0B1AE" w:rsidR="008F3F21" w:rsidRPr="00487D57" w:rsidRDefault="008F3F21" w:rsidP="008F3F21">
            <w:pPr>
              <w:spacing w:after="0"/>
              <w:ind w:left="90"/>
              <w:jc w:val="center"/>
              <w:rPr>
                <w:rFonts w:ascii="Arial" w:hAnsi="Arial" w:cs="Arial"/>
                <w:color w:val="auto"/>
                <w:szCs w:val="17"/>
              </w:rPr>
            </w:pPr>
            <w:r>
              <w:rPr>
                <w:rFonts w:ascii="Arial" w:hAnsi="Arial" w:cs="Arial"/>
                <w:color w:val="auto"/>
                <w:szCs w:val="17"/>
              </w:rPr>
              <w:t>50</w:t>
            </w:r>
          </w:p>
        </w:tc>
        <w:tc>
          <w:tcPr>
            <w:tcW w:w="3703" w:type="dxa"/>
            <w:shd w:val="clear" w:color="auto" w:fill="auto"/>
            <w:tcMar>
              <w:top w:w="50" w:type="dxa"/>
              <w:left w:w="50" w:type="dxa"/>
              <w:bottom w:w="50" w:type="dxa"/>
              <w:right w:w="50" w:type="dxa"/>
            </w:tcMar>
            <w:vAlign w:val="center"/>
          </w:tcPr>
          <w:p w14:paraId="506B804A" w14:textId="35046E1A" w:rsidR="008F3F21" w:rsidRDefault="008F3F21" w:rsidP="008F3F21">
            <w:pPr>
              <w:spacing w:after="0"/>
              <w:rPr>
                <w:rFonts w:ascii="Arial" w:hAnsi="Arial" w:cs="Arial"/>
                <w:color w:val="auto"/>
                <w:szCs w:val="17"/>
              </w:rPr>
            </w:pPr>
            <w:r>
              <w:rPr>
                <w:color w:val="000000"/>
                <w:sz w:val="20"/>
                <w:szCs w:val="20"/>
              </w:rPr>
              <w:t>Encoder</w:t>
            </w:r>
          </w:p>
        </w:tc>
        <w:tc>
          <w:tcPr>
            <w:tcW w:w="4266" w:type="dxa"/>
            <w:shd w:val="clear" w:color="auto" w:fill="auto"/>
            <w:vAlign w:val="center"/>
          </w:tcPr>
          <w:p w14:paraId="47257F08" w14:textId="0600B36A" w:rsidR="008F3F21" w:rsidRDefault="008F3F21" w:rsidP="008F3F21">
            <w:pPr>
              <w:spacing w:after="0"/>
              <w:rPr>
                <w:rFonts w:ascii="Arial" w:hAnsi="Arial" w:cs="Arial"/>
                <w:color w:val="auto"/>
                <w:szCs w:val="17"/>
              </w:rPr>
            </w:pPr>
            <w:r>
              <w:rPr>
                <w:color w:val="000000"/>
                <w:sz w:val="20"/>
                <w:szCs w:val="20"/>
              </w:rPr>
              <w:t>74LS148</w:t>
            </w:r>
          </w:p>
        </w:tc>
        <w:tc>
          <w:tcPr>
            <w:tcW w:w="1204" w:type="dxa"/>
            <w:shd w:val="clear" w:color="auto" w:fill="auto"/>
            <w:tcMar>
              <w:top w:w="50" w:type="dxa"/>
              <w:left w:w="50" w:type="dxa"/>
              <w:bottom w:w="50" w:type="dxa"/>
              <w:right w:w="50" w:type="dxa"/>
            </w:tcMar>
            <w:vAlign w:val="center"/>
          </w:tcPr>
          <w:p w14:paraId="0487422E" w14:textId="7EAEBBBB" w:rsidR="008F3F21" w:rsidRDefault="008F3F21" w:rsidP="008F3F21">
            <w:pPr>
              <w:spacing w:after="0"/>
              <w:rPr>
                <w:rFonts w:ascii="Arial" w:hAnsi="Arial" w:cs="Arial"/>
                <w:color w:val="auto"/>
                <w:szCs w:val="17"/>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5402A43E" w14:textId="7582E11C" w:rsidR="008F3F21" w:rsidRPr="00B03582" w:rsidRDefault="008F3F21" w:rsidP="008F3F21">
            <w:pPr>
              <w:spacing w:after="0"/>
              <w:rPr>
                <w:rFonts w:ascii="Arial" w:hAnsi="Arial" w:cs="Arial"/>
                <w:color w:val="auto"/>
                <w:szCs w:val="17"/>
              </w:rPr>
            </w:pPr>
            <w:r>
              <w:rPr>
                <w:color w:val="000000"/>
                <w:sz w:val="20"/>
                <w:szCs w:val="20"/>
              </w:rPr>
              <w:t>Nos</w:t>
            </w:r>
          </w:p>
        </w:tc>
      </w:tr>
      <w:tr w:rsidR="008F3F21" w:rsidRPr="00B03582" w14:paraId="6ECEF5FB" w14:textId="77777777" w:rsidTr="00F06F04">
        <w:tc>
          <w:tcPr>
            <w:tcW w:w="609" w:type="dxa"/>
            <w:shd w:val="clear" w:color="auto" w:fill="FAFAFA"/>
            <w:tcMar>
              <w:top w:w="50" w:type="dxa"/>
              <w:left w:w="50" w:type="dxa"/>
              <w:bottom w:w="50" w:type="dxa"/>
              <w:right w:w="50" w:type="dxa"/>
            </w:tcMar>
          </w:tcPr>
          <w:p w14:paraId="673E9828" w14:textId="1C0D4C2F" w:rsidR="008F3F21" w:rsidRPr="00487D57" w:rsidRDefault="008F3F21" w:rsidP="008F3F21">
            <w:pPr>
              <w:spacing w:after="0"/>
              <w:ind w:left="90"/>
              <w:jc w:val="center"/>
              <w:rPr>
                <w:rFonts w:ascii="Arial" w:hAnsi="Arial" w:cs="Arial"/>
                <w:color w:val="auto"/>
                <w:szCs w:val="17"/>
              </w:rPr>
            </w:pPr>
            <w:r>
              <w:rPr>
                <w:rFonts w:ascii="Arial" w:hAnsi="Arial" w:cs="Arial"/>
                <w:color w:val="auto"/>
                <w:szCs w:val="17"/>
              </w:rPr>
              <w:t>51</w:t>
            </w:r>
          </w:p>
        </w:tc>
        <w:tc>
          <w:tcPr>
            <w:tcW w:w="3703" w:type="dxa"/>
            <w:shd w:val="clear" w:color="auto" w:fill="auto"/>
            <w:tcMar>
              <w:top w:w="50" w:type="dxa"/>
              <w:left w:w="50" w:type="dxa"/>
              <w:bottom w:w="50" w:type="dxa"/>
              <w:right w:w="50" w:type="dxa"/>
            </w:tcMar>
            <w:vAlign w:val="center"/>
          </w:tcPr>
          <w:p w14:paraId="6760122B" w14:textId="63EFA66C" w:rsidR="008F3F21" w:rsidRDefault="008F3F21" w:rsidP="008F3F21">
            <w:pPr>
              <w:spacing w:after="0"/>
              <w:rPr>
                <w:rFonts w:ascii="Arial" w:hAnsi="Arial" w:cs="Arial"/>
                <w:color w:val="auto"/>
                <w:szCs w:val="17"/>
              </w:rPr>
            </w:pPr>
            <w:r>
              <w:rPr>
                <w:color w:val="000000"/>
                <w:sz w:val="20"/>
                <w:szCs w:val="20"/>
              </w:rPr>
              <w:t>Decoder</w:t>
            </w:r>
          </w:p>
        </w:tc>
        <w:tc>
          <w:tcPr>
            <w:tcW w:w="4266" w:type="dxa"/>
            <w:shd w:val="clear" w:color="auto" w:fill="auto"/>
            <w:vAlign w:val="center"/>
          </w:tcPr>
          <w:p w14:paraId="6BA5DB14" w14:textId="7BD070EC" w:rsidR="008F3F21" w:rsidRDefault="008F3F21" w:rsidP="008F3F21">
            <w:pPr>
              <w:spacing w:after="0"/>
              <w:rPr>
                <w:rFonts w:ascii="Arial" w:hAnsi="Arial" w:cs="Arial"/>
                <w:color w:val="auto"/>
                <w:szCs w:val="17"/>
              </w:rPr>
            </w:pPr>
            <w:r>
              <w:rPr>
                <w:color w:val="000000"/>
                <w:sz w:val="20"/>
                <w:szCs w:val="20"/>
              </w:rPr>
              <w:t>74LS138</w:t>
            </w:r>
          </w:p>
        </w:tc>
        <w:tc>
          <w:tcPr>
            <w:tcW w:w="1204" w:type="dxa"/>
            <w:shd w:val="clear" w:color="auto" w:fill="auto"/>
            <w:tcMar>
              <w:top w:w="50" w:type="dxa"/>
              <w:left w:w="50" w:type="dxa"/>
              <w:bottom w:w="50" w:type="dxa"/>
              <w:right w:w="50" w:type="dxa"/>
            </w:tcMar>
            <w:vAlign w:val="center"/>
          </w:tcPr>
          <w:p w14:paraId="54D277D7" w14:textId="1064E734" w:rsidR="008F3F21" w:rsidRDefault="008F3F21" w:rsidP="008F3F21">
            <w:pPr>
              <w:spacing w:after="0"/>
              <w:rPr>
                <w:rFonts w:ascii="Arial" w:hAnsi="Arial" w:cs="Arial"/>
                <w:color w:val="auto"/>
                <w:szCs w:val="17"/>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294C4A66" w14:textId="3902D8AC" w:rsidR="008F3F21" w:rsidRPr="00B03582" w:rsidRDefault="008F3F21" w:rsidP="008F3F21">
            <w:pPr>
              <w:spacing w:after="0"/>
              <w:rPr>
                <w:rFonts w:ascii="Arial" w:hAnsi="Arial" w:cs="Arial"/>
                <w:color w:val="auto"/>
                <w:szCs w:val="17"/>
              </w:rPr>
            </w:pPr>
            <w:r>
              <w:rPr>
                <w:color w:val="000000"/>
                <w:sz w:val="20"/>
                <w:szCs w:val="20"/>
              </w:rPr>
              <w:t>Nos</w:t>
            </w:r>
          </w:p>
        </w:tc>
      </w:tr>
      <w:tr w:rsidR="008F3F21" w:rsidRPr="00B03582" w14:paraId="2CE4A053" w14:textId="77777777" w:rsidTr="00F06F04">
        <w:tc>
          <w:tcPr>
            <w:tcW w:w="609" w:type="dxa"/>
            <w:shd w:val="clear" w:color="auto" w:fill="FAFAFA"/>
            <w:tcMar>
              <w:top w:w="50" w:type="dxa"/>
              <w:left w:w="50" w:type="dxa"/>
              <w:bottom w:w="50" w:type="dxa"/>
              <w:right w:w="50" w:type="dxa"/>
            </w:tcMar>
          </w:tcPr>
          <w:p w14:paraId="35702DA5" w14:textId="45307719" w:rsidR="008F3F21" w:rsidRPr="00487D57" w:rsidRDefault="008F3F21" w:rsidP="008F3F21">
            <w:pPr>
              <w:spacing w:after="0"/>
              <w:ind w:left="90"/>
              <w:jc w:val="center"/>
              <w:rPr>
                <w:rFonts w:ascii="Arial" w:hAnsi="Arial" w:cs="Arial"/>
                <w:color w:val="auto"/>
                <w:szCs w:val="17"/>
              </w:rPr>
            </w:pPr>
            <w:r>
              <w:rPr>
                <w:rFonts w:ascii="Arial" w:hAnsi="Arial" w:cs="Arial"/>
                <w:color w:val="auto"/>
                <w:szCs w:val="17"/>
              </w:rPr>
              <w:t>52</w:t>
            </w:r>
          </w:p>
        </w:tc>
        <w:tc>
          <w:tcPr>
            <w:tcW w:w="3703" w:type="dxa"/>
            <w:shd w:val="clear" w:color="auto" w:fill="auto"/>
            <w:tcMar>
              <w:top w:w="50" w:type="dxa"/>
              <w:left w:w="50" w:type="dxa"/>
              <w:bottom w:w="50" w:type="dxa"/>
              <w:right w:w="50" w:type="dxa"/>
            </w:tcMar>
            <w:vAlign w:val="center"/>
          </w:tcPr>
          <w:p w14:paraId="2B93F04E" w14:textId="0688F8F6" w:rsidR="008F3F21" w:rsidRDefault="008F3F21" w:rsidP="008F3F21">
            <w:pPr>
              <w:spacing w:after="0"/>
              <w:rPr>
                <w:rFonts w:ascii="Arial" w:hAnsi="Arial" w:cs="Arial"/>
                <w:color w:val="auto"/>
                <w:szCs w:val="17"/>
              </w:rPr>
            </w:pPr>
            <w:r>
              <w:rPr>
                <w:color w:val="000000"/>
                <w:sz w:val="20"/>
                <w:szCs w:val="20"/>
              </w:rPr>
              <w:t>Resister</w:t>
            </w:r>
          </w:p>
        </w:tc>
        <w:tc>
          <w:tcPr>
            <w:tcW w:w="4266" w:type="dxa"/>
            <w:shd w:val="clear" w:color="auto" w:fill="auto"/>
            <w:vAlign w:val="center"/>
          </w:tcPr>
          <w:p w14:paraId="6576A03F" w14:textId="4FC3A625" w:rsidR="008F3F21" w:rsidRDefault="008F3F21" w:rsidP="008F3F21">
            <w:pPr>
              <w:spacing w:after="0"/>
              <w:rPr>
                <w:rFonts w:ascii="Arial" w:hAnsi="Arial" w:cs="Arial"/>
                <w:color w:val="auto"/>
                <w:szCs w:val="17"/>
              </w:rPr>
            </w:pPr>
            <w:r>
              <w:rPr>
                <w:color w:val="000000"/>
                <w:sz w:val="20"/>
                <w:szCs w:val="20"/>
              </w:rPr>
              <w:t>270 Ohm</w:t>
            </w:r>
          </w:p>
        </w:tc>
        <w:tc>
          <w:tcPr>
            <w:tcW w:w="1204" w:type="dxa"/>
            <w:shd w:val="clear" w:color="auto" w:fill="auto"/>
            <w:tcMar>
              <w:top w:w="50" w:type="dxa"/>
              <w:left w:w="50" w:type="dxa"/>
              <w:bottom w:w="50" w:type="dxa"/>
              <w:right w:w="50" w:type="dxa"/>
            </w:tcMar>
            <w:vAlign w:val="center"/>
          </w:tcPr>
          <w:p w14:paraId="12EE8EC5" w14:textId="0A066985" w:rsidR="008F3F21" w:rsidRDefault="008F3F21" w:rsidP="008F3F21">
            <w:pPr>
              <w:spacing w:after="0"/>
              <w:rPr>
                <w:rFonts w:ascii="Arial" w:hAnsi="Arial" w:cs="Arial"/>
                <w:color w:val="auto"/>
                <w:szCs w:val="17"/>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64E7D509" w14:textId="3D3F0EBC" w:rsidR="008F3F21" w:rsidRPr="00B03582" w:rsidRDefault="008F3F21" w:rsidP="008F3F21">
            <w:pPr>
              <w:spacing w:after="0"/>
              <w:rPr>
                <w:rFonts w:ascii="Arial" w:hAnsi="Arial" w:cs="Arial"/>
                <w:color w:val="auto"/>
                <w:szCs w:val="17"/>
              </w:rPr>
            </w:pPr>
            <w:r>
              <w:rPr>
                <w:color w:val="000000"/>
                <w:sz w:val="20"/>
                <w:szCs w:val="20"/>
              </w:rPr>
              <w:t>Nos</w:t>
            </w:r>
          </w:p>
        </w:tc>
      </w:tr>
      <w:tr w:rsidR="008F3F21" w:rsidRPr="00B03582" w14:paraId="34F2F1A3" w14:textId="77777777" w:rsidTr="00F06F04">
        <w:tc>
          <w:tcPr>
            <w:tcW w:w="609" w:type="dxa"/>
            <w:shd w:val="clear" w:color="auto" w:fill="FAFAFA"/>
            <w:tcMar>
              <w:top w:w="50" w:type="dxa"/>
              <w:left w:w="50" w:type="dxa"/>
              <w:bottom w:w="50" w:type="dxa"/>
              <w:right w:w="50" w:type="dxa"/>
            </w:tcMar>
          </w:tcPr>
          <w:p w14:paraId="0FFDD5EC" w14:textId="6F55D39E" w:rsidR="008F3F21" w:rsidRPr="00487D57" w:rsidRDefault="008F3F21" w:rsidP="008F3F21">
            <w:pPr>
              <w:spacing w:after="0"/>
              <w:ind w:left="90"/>
              <w:jc w:val="center"/>
              <w:rPr>
                <w:rFonts w:ascii="Arial" w:hAnsi="Arial" w:cs="Arial"/>
                <w:color w:val="auto"/>
                <w:szCs w:val="17"/>
              </w:rPr>
            </w:pPr>
            <w:r>
              <w:rPr>
                <w:rFonts w:ascii="Arial" w:hAnsi="Arial" w:cs="Arial"/>
                <w:color w:val="auto"/>
                <w:szCs w:val="17"/>
              </w:rPr>
              <w:t>53</w:t>
            </w:r>
          </w:p>
        </w:tc>
        <w:tc>
          <w:tcPr>
            <w:tcW w:w="3703" w:type="dxa"/>
            <w:shd w:val="clear" w:color="auto" w:fill="auto"/>
            <w:tcMar>
              <w:top w:w="50" w:type="dxa"/>
              <w:left w:w="50" w:type="dxa"/>
              <w:bottom w:w="50" w:type="dxa"/>
              <w:right w:w="50" w:type="dxa"/>
            </w:tcMar>
            <w:vAlign w:val="center"/>
          </w:tcPr>
          <w:p w14:paraId="18046D1E" w14:textId="1FC9BCCC" w:rsidR="008F3F21" w:rsidRDefault="008F3F21" w:rsidP="008F3F21">
            <w:pPr>
              <w:spacing w:after="0"/>
              <w:rPr>
                <w:rFonts w:ascii="Arial" w:hAnsi="Arial" w:cs="Arial"/>
                <w:color w:val="auto"/>
                <w:szCs w:val="17"/>
              </w:rPr>
            </w:pPr>
            <w:r>
              <w:rPr>
                <w:color w:val="000000"/>
                <w:sz w:val="20"/>
                <w:szCs w:val="20"/>
              </w:rPr>
              <w:t>Flip Flop JK</w:t>
            </w:r>
          </w:p>
        </w:tc>
        <w:tc>
          <w:tcPr>
            <w:tcW w:w="4266" w:type="dxa"/>
            <w:shd w:val="clear" w:color="auto" w:fill="auto"/>
            <w:vAlign w:val="center"/>
          </w:tcPr>
          <w:p w14:paraId="7CDADC14" w14:textId="195CB268" w:rsidR="008F3F21" w:rsidRDefault="008F3F21" w:rsidP="008F3F21">
            <w:pPr>
              <w:spacing w:after="0"/>
              <w:rPr>
                <w:rFonts w:ascii="Arial" w:hAnsi="Arial" w:cs="Arial"/>
                <w:color w:val="auto"/>
                <w:szCs w:val="17"/>
              </w:rPr>
            </w:pPr>
            <w:r>
              <w:rPr>
                <w:color w:val="000000"/>
                <w:sz w:val="20"/>
                <w:szCs w:val="20"/>
              </w:rPr>
              <w:t>74LS76</w:t>
            </w:r>
          </w:p>
        </w:tc>
        <w:tc>
          <w:tcPr>
            <w:tcW w:w="1204" w:type="dxa"/>
            <w:shd w:val="clear" w:color="auto" w:fill="auto"/>
            <w:tcMar>
              <w:top w:w="50" w:type="dxa"/>
              <w:left w:w="50" w:type="dxa"/>
              <w:bottom w:w="50" w:type="dxa"/>
              <w:right w:w="50" w:type="dxa"/>
            </w:tcMar>
            <w:vAlign w:val="center"/>
          </w:tcPr>
          <w:p w14:paraId="7339F6B4" w14:textId="330ACC90" w:rsidR="008F3F21" w:rsidRDefault="008F3F21" w:rsidP="008F3F21">
            <w:pPr>
              <w:spacing w:after="0"/>
              <w:rPr>
                <w:rFonts w:ascii="Arial" w:hAnsi="Arial" w:cs="Arial"/>
                <w:color w:val="auto"/>
                <w:szCs w:val="17"/>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11BA58F2" w14:textId="37250A61" w:rsidR="008F3F21" w:rsidRPr="00B03582" w:rsidRDefault="008F3F21" w:rsidP="008F3F21">
            <w:pPr>
              <w:spacing w:after="0"/>
              <w:rPr>
                <w:rFonts w:ascii="Arial" w:hAnsi="Arial" w:cs="Arial"/>
                <w:color w:val="auto"/>
                <w:szCs w:val="17"/>
              </w:rPr>
            </w:pPr>
            <w:r>
              <w:rPr>
                <w:color w:val="000000"/>
                <w:sz w:val="20"/>
                <w:szCs w:val="20"/>
              </w:rPr>
              <w:t>Nos</w:t>
            </w:r>
          </w:p>
        </w:tc>
      </w:tr>
      <w:tr w:rsidR="008F3F21" w:rsidRPr="00B03582" w14:paraId="11501018" w14:textId="77777777" w:rsidTr="00F06F04">
        <w:tc>
          <w:tcPr>
            <w:tcW w:w="609" w:type="dxa"/>
            <w:shd w:val="clear" w:color="auto" w:fill="FAFAFA"/>
            <w:tcMar>
              <w:top w:w="50" w:type="dxa"/>
              <w:left w:w="50" w:type="dxa"/>
              <w:bottom w:w="50" w:type="dxa"/>
              <w:right w:w="50" w:type="dxa"/>
            </w:tcMar>
          </w:tcPr>
          <w:p w14:paraId="50E87143" w14:textId="4AA456EC" w:rsidR="008F3F21" w:rsidRPr="00487D57" w:rsidRDefault="008F3F21" w:rsidP="008F3F21">
            <w:pPr>
              <w:spacing w:after="0"/>
              <w:ind w:left="90"/>
              <w:jc w:val="center"/>
              <w:rPr>
                <w:rFonts w:ascii="Arial" w:hAnsi="Arial" w:cs="Arial"/>
                <w:color w:val="auto"/>
                <w:szCs w:val="17"/>
              </w:rPr>
            </w:pPr>
            <w:r>
              <w:rPr>
                <w:rFonts w:ascii="Arial" w:hAnsi="Arial" w:cs="Arial"/>
                <w:color w:val="auto"/>
                <w:szCs w:val="17"/>
              </w:rPr>
              <w:t>54</w:t>
            </w:r>
          </w:p>
        </w:tc>
        <w:tc>
          <w:tcPr>
            <w:tcW w:w="3703" w:type="dxa"/>
            <w:shd w:val="clear" w:color="auto" w:fill="auto"/>
            <w:tcMar>
              <w:top w:w="50" w:type="dxa"/>
              <w:left w:w="50" w:type="dxa"/>
              <w:bottom w:w="50" w:type="dxa"/>
              <w:right w:w="50" w:type="dxa"/>
            </w:tcMar>
            <w:vAlign w:val="center"/>
          </w:tcPr>
          <w:p w14:paraId="004DEF16" w14:textId="14350086" w:rsidR="008F3F21" w:rsidRDefault="008F3F21" w:rsidP="008F3F21">
            <w:pPr>
              <w:spacing w:after="0"/>
              <w:rPr>
                <w:rFonts w:ascii="Arial" w:hAnsi="Arial" w:cs="Arial"/>
                <w:color w:val="auto"/>
                <w:szCs w:val="17"/>
              </w:rPr>
            </w:pPr>
            <w:r>
              <w:rPr>
                <w:color w:val="000000"/>
                <w:sz w:val="20"/>
                <w:szCs w:val="20"/>
              </w:rPr>
              <w:t>AND Gate</w:t>
            </w:r>
          </w:p>
        </w:tc>
        <w:tc>
          <w:tcPr>
            <w:tcW w:w="4266" w:type="dxa"/>
            <w:shd w:val="clear" w:color="auto" w:fill="auto"/>
            <w:vAlign w:val="center"/>
          </w:tcPr>
          <w:p w14:paraId="48D9C701" w14:textId="5061C5C2" w:rsidR="008F3F21" w:rsidRDefault="008F3F21" w:rsidP="008F3F21">
            <w:pPr>
              <w:spacing w:after="0"/>
              <w:rPr>
                <w:rFonts w:ascii="Arial" w:hAnsi="Arial" w:cs="Arial"/>
                <w:color w:val="auto"/>
                <w:szCs w:val="17"/>
              </w:rPr>
            </w:pPr>
            <w:r>
              <w:rPr>
                <w:color w:val="000000"/>
                <w:sz w:val="20"/>
                <w:szCs w:val="20"/>
              </w:rPr>
              <w:t>74LS08</w:t>
            </w:r>
          </w:p>
        </w:tc>
        <w:tc>
          <w:tcPr>
            <w:tcW w:w="1204" w:type="dxa"/>
            <w:shd w:val="clear" w:color="auto" w:fill="auto"/>
            <w:tcMar>
              <w:top w:w="50" w:type="dxa"/>
              <w:left w:w="50" w:type="dxa"/>
              <w:bottom w:w="50" w:type="dxa"/>
              <w:right w:w="50" w:type="dxa"/>
            </w:tcMar>
            <w:vAlign w:val="center"/>
          </w:tcPr>
          <w:p w14:paraId="65B44B0D" w14:textId="40568176" w:rsidR="008F3F21" w:rsidRDefault="008F3F21" w:rsidP="008F3F21">
            <w:pPr>
              <w:spacing w:after="0"/>
              <w:rPr>
                <w:rFonts w:ascii="Arial" w:hAnsi="Arial" w:cs="Arial"/>
                <w:color w:val="auto"/>
                <w:szCs w:val="17"/>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50B02A35" w14:textId="230BFB0A" w:rsidR="008F3F21" w:rsidRPr="00B03582" w:rsidRDefault="008F3F21" w:rsidP="008F3F21">
            <w:pPr>
              <w:spacing w:after="0"/>
              <w:rPr>
                <w:rFonts w:ascii="Arial" w:hAnsi="Arial" w:cs="Arial"/>
                <w:color w:val="auto"/>
                <w:szCs w:val="17"/>
              </w:rPr>
            </w:pPr>
            <w:r>
              <w:rPr>
                <w:color w:val="000000"/>
                <w:sz w:val="20"/>
                <w:szCs w:val="20"/>
              </w:rPr>
              <w:t>Nos</w:t>
            </w:r>
          </w:p>
        </w:tc>
      </w:tr>
      <w:tr w:rsidR="008F3F21" w:rsidRPr="00B03582" w14:paraId="2AAEF36A" w14:textId="77777777" w:rsidTr="00F06F04">
        <w:tc>
          <w:tcPr>
            <w:tcW w:w="609" w:type="dxa"/>
            <w:shd w:val="clear" w:color="auto" w:fill="FAFAFA"/>
            <w:tcMar>
              <w:top w:w="50" w:type="dxa"/>
              <w:left w:w="50" w:type="dxa"/>
              <w:bottom w:w="50" w:type="dxa"/>
              <w:right w:w="50" w:type="dxa"/>
            </w:tcMar>
          </w:tcPr>
          <w:p w14:paraId="10B98F13" w14:textId="1DA785C3" w:rsidR="008F3F21" w:rsidRPr="00487D57" w:rsidRDefault="008F3F21" w:rsidP="008F3F21">
            <w:pPr>
              <w:spacing w:after="0"/>
              <w:ind w:left="90"/>
              <w:jc w:val="center"/>
              <w:rPr>
                <w:rFonts w:ascii="Arial" w:hAnsi="Arial" w:cs="Arial"/>
                <w:color w:val="auto"/>
                <w:szCs w:val="17"/>
              </w:rPr>
            </w:pPr>
            <w:r>
              <w:rPr>
                <w:rFonts w:ascii="Arial" w:hAnsi="Arial" w:cs="Arial"/>
                <w:color w:val="auto"/>
                <w:szCs w:val="17"/>
              </w:rPr>
              <w:t>55</w:t>
            </w:r>
          </w:p>
        </w:tc>
        <w:tc>
          <w:tcPr>
            <w:tcW w:w="3703" w:type="dxa"/>
            <w:shd w:val="clear" w:color="auto" w:fill="auto"/>
            <w:tcMar>
              <w:top w:w="50" w:type="dxa"/>
              <w:left w:w="50" w:type="dxa"/>
              <w:bottom w:w="50" w:type="dxa"/>
              <w:right w:w="50" w:type="dxa"/>
            </w:tcMar>
            <w:vAlign w:val="center"/>
          </w:tcPr>
          <w:p w14:paraId="39B29362" w14:textId="51EC7C57" w:rsidR="008F3F21" w:rsidRDefault="008F3F21" w:rsidP="008F3F21">
            <w:pPr>
              <w:spacing w:after="0"/>
              <w:rPr>
                <w:rFonts w:ascii="Arial" w:hAnsi="Arial" w:cs="Arial"/>
                <w:color w:val="auto"/>
                <w:szCs w:val="17"/>
              </w:rPr>
            </w:pPr>
            <w:r>
              <w:rPr>
                <w:color w:val="000000"/>
                <w:sz w:val="20"/>
                <w:szCs w:val="20"/>
              </w:rPr>
              <w:t>OR Gate</w:t>
            </w:r>
          </w:p>
        </w:tc>
        <w:tc>
          <w:tcPr>
            <w:tcW w:w="4266" w:type="dxa"/>
            <w:shd w:val="clear" w:color="auto" w:fill="auto"/>
            <w:vAlign w:val="center"/>
          </w:tcPr>
          <w:p w14:paraId="12CCFB62" w14:textId="786AFFC7" w:rsidR="008F3F21" w:rsidRDefault="008F3F21" w:rsidP="008F3F21">
            <w:pPr>
              <w:spacing w:after="0"/>
              <w:rPr>
                <w:rFonts w:ascii="Arial" w:hAnsi="Arial" w:cs="Arial"/>
                <w:color w:val="auto"/>
                <w:szCs w:val="17"/>
              </w:rPr>
            </w:pPr>
            <w:r>
              <w:rPr>
                <w:color w:val="000000"/>
                <w:sz w:val="20"/>
                <w:szCs w:val="20"/>
              </w:rPr>
              <w:t>74LS32</w:t>
            </w:r>
          </w:p>
        </w:tc>
        <w:tc>
          <w:tcPr>
            <w:tcW w:w="1204" w:type="dxa"/>
            <w:shd w:val="clear" w:color="auto" w:fill="auto"/>
            <w:tcMar>
              <w:top w:w="50" w:type="dxa"/>
              <w:left w:w="50" w:type="dxa"/>
              <w:bottom w:w="50" w:type="dxa"/>
              <w:right w:w="50" w:type="dxa"/>
            </w:tcMar>
            <w:vAlign w:val="center"/>
          </w:tcPr>
          <w:p w14:paraId="5CD49DD7" w14:textId="51B15AD7" w:rsidR="008F3F21" w:rsidRDefault="008F3F21" w:rsidP="008F3F21">
            <w:pPr>
              <w:spacing w:after="0"/>
              <w:rPr>
                <w:rFonts w:ascii="Arial" w:hAnsi="Arial" w:cs="Arial"/>
                <w:color w:val="auto"/>
                <w:szCs w:val="17"/>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63B826A2" w14:textId="1DAA7345" w:rsidR="008F3F21" w:rsidRPr="00B03582" w:rsidRDefault="008F3F21" w:rsidP="008F3F21">
            <w:pPr>
              <w:spacing w:after="0"/>
              <w:rPr>
                <w:rFonts w:ascii="Arial" w:hAnsi="Arial" w:cs="Arial"/>
                <w:color w:val="auto"/>
                <w:szCs w:val="17"/>
              </w:rPr>
            </w:pPr>
            <w:r>
              <w:rPr>
                <w:color w:val="000000"/>
                <w:sz w:val="20"/>
                <w:szCs w:val="20"/>
              </w:rPr>
              <w:t>Nos</w:t>
            </w:r>
          </w:p>
        </w:tc>
      </w:tr>
      <w:tr w:rsidR="008F3F21" w:rsidRPr="00B03582" w14:paraId="2F780751" w14:textId="77777777" w:rsidTr="00F06F04">
        <w:tc>
          <w:tcPr>
            <w:tcW w:w="609" w:type="dxa"/>
            <w:shd w:val="clear" w:color="auto" w:fill="FAFAFA"/>
            <w:tcMar>
              <w:top w:w="50" w:type="dxa"/>
              <w:left w:w="50" w:type="dxa"/>
              <w:bottom w:w="50" w:type="dxa"/>
              <w:right w:w="50" w:type="dxa"/>
            </w:tcMar>
          </w:tcPr>
          <w:p w14:paraId="01A7237E" w14:textId="3EC33E24" w:rsidR="008F3F21" w:rsidRPr="00487D57" w:rsidRDefault="008F3F21" w:rsidP="008F3F21">
            <w:pPr>
              <w:spacing w:after="0"/>
              <w:ind w:left="90"/>
              <w:jc w:val="center"/>
              <w:rPr>
                <w:rFonts w:ascii="Arial" w:hAnsi="Arial" w:cs="Arial"/>
                <w:color w:val="auto"/>
                <w:szCs w:val="17"/>
              </w:rPr>
            </w:pPr>
            <w:r>
              <w:rPr>
                <w:rFonts w:ascii="Arial" w:hAnsi="Arial" w:cs="Arial"/>
                <w:color w:val="auto"/>
                <w:szCs w:val="17"/>
              </w:rPr>
              <w:t>56</w:t>
            </w:r>
          </w:p>
        </w:tc>
        <w:tc>
          <w:tcPr>
            <w:tcW w:w="3703" w:type="dxa"/>
            <w:shd w:val="clear" w:color="auto" w:fill="auto"/>
            <w:tcMar>
              <w:top w:w="50" w:type="dxa"/>
              <w:left w:w="50" w:type="dxa"/>
              <w:bottom w:w="50" w:type="dxa"/>
              <w:right w:w="50" w:type="dxa"/>
            </w:tcMar>
            <w:vAlign w:val="center"/>
          </w:tcPr>
          <w:p w14:paraId="04094177" w14:textId="3BE35DE5" w:rsidR="008F3F21" w:rsidRDefault="008F3F21" w:rsidP="008F3F21">
            <w:pPr>
              <w:spacing w:after="0"/>
              <w:rPr>
                <w:rFonts w:ascii="Arial" w:hAnsi="Arial" w:cs="Arial"/>
                <w:color w:val="auto"/>
                <w:szCs w:val="17"/>
              </w:rPr>
            </w:pPr>
            <w:r>
              <w:rPr>
                <w:color w:val="000000"/>
                <w:sz w:val="20"/>
                <w:szCs w:val="20"/>
              </w:rPr>
              <w:t>NOT Gate</w:t>
            </w:r>
          </w:p>
        </w:tc>
        <w:tc>
          <w:tcPr>
            <w:tcW w:w="4266" w:type="dxa"/>
            <w:shd w:val="clear" w:color="auto" w:fill="auto"/>
            <w:vAlign w:val="center"/>
          </w:tcPr>
          <w:p w14:paraId="7221178B" w14:textId="1C95E38C" w:rsidR="008F3F21" w:rsidRDefault="008F3F21" w:rsidP="008F3F21">
            <w:pPr>
              <w:spacing w:after="0"/>
              <w:rPr>
                <w:rFonts w:ascii="Arial" w:hAnsi="Arial" w:cs="Arial"/>
                <w:color w:val="auto"/>
                <w:szCs w:val="17"/>
              </w:rPr>
            </w:pPr>
            <w:r>
              <w:rPr>
                <w:color w:val="000000"/>
                <w:sz w:val="20"/>
                <w:szCs w:val="20"/>
              </w:rPr>
              <w:t>74LS04</w:t>
            </w:r>
          </w:p>
        </w:tc>
        <w:tc>
          <w:tcPr>
            <w:tcW w:w="1204" w:type="dxa"/>
            <w:shd w:val="clear" w:color="auto" w:fill="auto"/>
            <w:tcMar>
              <w:top w:w="50" w:type="dxa"/>
              <w:left w:w="50" w:type="dxa"/>
              <w:bottom w:w="50" w:type="dxa"/>
              <w:right w:w="50" w:type="dxa"/>
            </w:tcMar>
            <w:vAlign w:val="center"/>
          </w:tcPr>
          <w:p w14:paraId="7A91265D" w14:textId="1BF6D52E" w:rsidR="008F3F21" w:rsidRDefault="008F3F21" w:rsidP="008F3F21">
            <w:pPr>
              <w:spacing w:after="0"/>
              <w:rPr>
                <w:rFonts w:ascii="Arial" w:hAnsi="Arial" w:cs="Arial"/>
                <w:color w:val="auto"/>
                <w:szCs w:val="17"/>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2D79A9E8" w14:textId="2F14E03B" w:rsidR="008F3F21" w:rsidRPr="00B03582" w:rsidRDefault="008F3F21" w:rsidP="008F3F21">
            <w:pPr>
              <w:spacing w:after="0"/>
              <w:rPr>
                <w:rFonts w:ascii="Arial" w:hAnsi="Arial" w:cs="Arial"/>
                <w:color w:val="auto"/>
                <w:szCs w:val="17"/>
              </w:rPr>
            </w:pPr>
            <w:r>
              <w:rPr>
                <w:color w:val="000000"/>
                <w:sz w:val="20"/>
                <w:szCs w:val="20"/>
              </w:rPr>
              <w:t>Nos</w:t>
            </w:r>
          </w:p>
        </w:tc>
      </w:tr>
      <w:tr w:rsidR="004702A7" w:rsidRPr="00B03582" w14:paraId="47696082" w14:textId="77777777" w:rsidTr="00F06F04">
        <w:tc>
          <w:tcPr>
            <w:tcW w:w="609" w:type="dxa"/>
            <w:shd w:val="clear" w:color="auto" w:fill="FAFAFA"/>
            <w:tcMar>
              <w:top w:w="50" w:type="dxa"/>
              <w:left w:w="50" w:type="dxa"/>
              <w:bottom w:w="50" w:type="dxa"/>
              <w:right w:w="50" w:type="dxa"/>
            </w:tcMar>
          </w:tcPr>
          <w:p w14:paraId="2E708161" w14:textId="55C018BC" w:rsidR="004702A7" w:rsidRDefault="00441543" w:rsidP="004702A7">
            <w:pPr>
              <w:spacing w:after="0"/>
              <w:ind w:left="90"/>
              <w:jc w:val="center"/>
              <w:rPr>
                <w:rFonts w:ascii="Arial" w:hAnsi="Arial" w:cs="Arial"/>
                <w:color w:val="auto"/>
                <w:szCs w:val="17"/>
              </w:rPr>
            </w:pPr>
            <w:r>
              <w:rPr>
                <w:rFonts w:ascii="Arial" w:hAnsi="Arial" w:cs="Arial"/>
                <w:color w:val="auto"/>
                <w:szCs w:val="17"/>
              </w:rPr>
              <w:t>57</w:t>
            </w:r>
          </w:p>
        </w:tc>
        <w:tc>
          <w:tcPr>
            <w:tcW w:w="3703" w:type="dxa"/>
            <w:shd w:val="clear" w:color="auto" w:fill="auto"/>
            <w:tcMar>
              <w:top w:w="50" w:type="dxa"/>
              <w:left w:w="50" w:type="dxa"/>
              <w:bottom w:w="50" w:type="dxa"/>
              <w:right w:w="50" w:type="dxa"/>
            </w:tcMar>
            <w:vAlign w:val="center"/>
          </w:tcPr>
          <w:p w14:paraId="2D2025C7" w14:textId="3AA51DBA" w:rsidR="004702A7" w:rsidRDefault="004702A7" w:rsidP="004702A7">
            <w:pPr>
              <w:spacing w:after="0"/>
              <w:rPr>
                <w:color w:val="000000"/>
                <w:sz w:val="20"/>
                <w:szCs w:val="20"/>
              </w:rPr>
            </w:pPr>
            <w:r>
              <w:rPr>
                <w:color w:val="000000"/>
                <w:sz w:val="20"/>
                <w:szCs w:val="20"/>
              </w:rPr>
              <w:t>NAND Gate</w:t>
            </w:r>
          </w:p>
        </w:tc>
        <w:tc>
          <w:tcPr>
            <w:tcW w:w="4266" w:type="dxa"/>
            <w:shd w:val="clear" w:color="auto" w:fill="auto"/>
            <w:vAlign w:val="center"/>
          </w:tcPr>
          <w:p w14:paraId="45561E55" w14:textId="6B724BA0" w:rsidR="004702A7" w:rsidRDefault="004702A7" w:rsidP="004702A7">
            <w:pPr>
              <w:spacing w:after="0"/>
              <w:rPr>
                <w:color w:val="000000"/>
                <w:sz w:val="20"/>
                <w:szCs w:val="20"/>
              </w:rPr>
            </w:pPr>
            <w:r>
              <w:rPr>
                <w:color w:val="000000"/>
                <w:sz w:val="20"/>
                <w:szCs w:val="20"/>
              </w:rPr>
              <w:t>74LS00</w:t>
            </w:r>
          </w:p>
        </w:tc>
        <w:tc>
          <w:tcPr>
            <w:tcW w:w="1204" w:type="dxa"/>
            <w:shd w:val="clear" w:color="auto" w:fill="auto"/>
            <w:tcMar>
              <w:top w:w="50" w:type="dxa"/>
              <w:left w:w="50" w:type="dxa"/>
              <w:bottom w:w="50" w:type="dxa"/>
              <w:right w:w="50" w:type="dxa"/>
            </w:tcMar>
            <w:vAlign w:val="center"/>
          </w:tcPr>
          <w:p w14:paraId="13D670F5" w14:textId="285D78AE" w:rsidR="004702A7" w:rsidRDefault="004702A7" w:rsidP="004702A7">
            <w:pPr>
              <w:spacing w:after="0"/>
              <w:rPr>
                <w:color w:val="000000"/>
                <w:sz w:val="20"/>
                <w:szCs w:val="20"/>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24B824D2" w14:textId="78AE920B" w:rsidR="004702A7" w:rsidRDefault="004702A7" w:rsidP="004702A7">
            <w:pPr>
              <w:spacing w:after="0"/>
              <w:rPr>
                <w:color w:val="000000"/>
                <w:sz w:val="20"/>
                <w:szCs w:val="20"/>
              </w:rPr>
            </w:pPr>
            <w:r>
              <w:rPr>
                <w:color w:val="000000"/>
                <w:sz w:val="20"/>
                <w:szCs w:val="20"/>
              </w:rPr>
              <w:t>Nos</w:t>
            </w:r>
          </w:p>
        </w:tc>
      </w:tr>
      <w:tr w:rsidR="004702A7" w:rsidRPr="00B03582" w14:paraId="0F331511" w14:textId="77777777" w:rsidTr="00F06F04">
        <w:tc>
          <w:tcPr>
            <w:tcW w:w="609" w:type="dxa"/>
            <w:shd w:val="clear" w:color="auto" w:fill="FAFAFA"/>
            <w:tcMar>
              <w:top w:w="50" w:type="dxa"/>
              <w:left w:w="50" w:type="dxa"/>
              <w:bottom w:w="50" w:type="dxa"/>
              <w:right w:w="50" w:type="dxa"/>
            </w:tcMar>
          </w:tcPr>
          <w:p w14:paraId="142985E3" w14:textId="4581D524" w:rsidR="004702A7" w:rsidRDefault="00441543" w:rsidP="004702A7">
            <w:pPr>
              <w:spacing w:after="0"/>
              <w:ind w:left="90"/>
              <w:jc w:val="center"/>
              <w:rPr>
                <w:rFonts w:ascii="Arial" w:hAnsi="Arial" w:cs="Arial"/>
                <w:color w:val="auto"/>
                <w:szCs w:val="17"/>
              </w:rPr>
            </w:pPr>
            <w:r>
              <w:rPr>
                <w:rFonts w:ascii="Arial" w:hAnsi="Arial" w:cs="Arial"/>
                <w:color w:val="auto"/>
                <w:szCs w:val="17"/>
              </w:rPr>
              <w:t>58</w:t>
            </w:r>
          </w:p>
        </w:tc>
        <w:tc>
          <w:tcPr>
            <w:tcW w:w="3703" w:type="dxa"/>
            <w:shd w:val="clear" w:color="auto" w:fill="auto"/>
            <w:tcMar>
              <w:top w:w="50" w:type="dxa"/>
              <w:left w:w="50" w:type="dxa"/>
              <w:bottom w:w="50" w:type="dxa"/>
              <w:right w:w="50" w:type="dxa"/>
            </w:tcMar>
            <w:vAlign w:val="center"/>
          </w:tcPr>
          <w:p w14:paraId="18021408" w14:textId="1ACC17E9" w:rsidR="004702A7" w:rsidRDefault="004702A7" w:rsidP="004702A7">
            <w:pPr>
              <w:spacing w:after="0"/>
              <w:rPr>
                <w:color w:val="000000"/>
                <w:sz w:val="20"/>
                <w:szCs w:val="20"/>
              </w:rPr>
            </w:pPr>
            <w:r>
              <w:rPr>
                <w:color w:val="000000"/>
                <w:sz w:val="20"/>
                <w:szCs w:val="20"/>
              </w:rPr>
              <w:t>XNOR Gate</w:t>
            </w:r>
          </w:p>
        </w:tc>
        <w:tc>
          <w:tcPr>
            <w:tcW w:w="4266" w:type="dxa"/>
            <w:shd w:val="clear" w:color="auto" w:fill="auto"/>
            <w:vAlign w:val="center"/>
          </w:tcPr>
          <w:p w14:paraId="22C74416" w14:textId="22BE16F2" w:rsidR="004702A7" w:rsidRDefault="004702A7" w:rsidP="004702A7">
            <w:pPr>
              <w:spacing w:after="0"/>
              <w:rPr>
                <w:color w:val="000000"/>
                <w:sz w:val="20"/>
                <w:szCs w:val="20"/>
              </w:rPr>
            </w:pPr>
            <w:r>
              <w:rPr>
                <w:color w:val="000000"/>
                <w:sz w:val="20"/>
                <w:szCs w:val="20"/>
              </w:rPr>
              <w:t>74LS077</w:t>
            </w:r>
          </w:p>
        </w:tc>
        <w:tc>
          <w:tcPr>
            <w:tcW w:w="1204" w:type="dxa"/>
            <w:shd w:val="clear" w:color="auto" w:fill="auto"/>
            <w:tcMar>
              <w:top w:w="50" w:type="dxa"/>
              <w:left w:w="50" w:type="dxa"/>
              <w:bottom w:w="50" w:type="dxa"/>
              <w:right w:w="50" w:type="dxa"/>
            </w:tcMar>
            <w:vAlign w:val="center"/>
          </w:tcPr>
          <w:p w14:paraId="518BB6EA" w14:textId="24EB7D69" w:rsidR="004702A7" w:rsidRDefault="004702A7" w:rsidP="004702A7">
            <w:pPr>
              <w:spacing w:after="0"/>
              <w:rPr>
                <w:color w:val="000000"/>
                <w:sz w:val="20"/>
                <w:szCs w:val="20"/>
              </w:rPr>
            </w:pPr>
            <w:r>
              <w:rPr>
                <w:color w:val="000000"/>
                <w:sz w:val="20"/>
                <w:szCs w:val="20"/>
              </w:rPr>
              <w:t>125</w:t>
            </w:r>
          </w:p>
        </w:tc>
        <w:tc>
          <w:tcPr>
            <w:tcW w:w="959" w:type="dxa"/>
            <w:shd w:val="clear" w:color="auto" w:fill="auto"/>
            <w:tcMar>
              <w:top w:w="50" w:type="dxa"/>
              <w:left w:w="50" w:type="dxa"/>
              <w:bottom w:w="50" w:type="dxa"/>
              <w:right w:w="50" w:type="dxa"/>
            </w:tcMar>
            <w:vAlign w:val="center"/>
          </w:tcPr>
          <w:p w14:paraId="77F50E50" w14:textId="5C25AE2D" w:rsidR="004702A7" w:rsidRDefault="004702A7" w:rsidP="004702A7">
            <w:pPr>
              <w:spacing w:after="0"/>
              <w:rPr>
                <w:color w:val="000000"/>
                <w:sz w:val="20"/>
                <w:szCs w:val="20"/>
              </w:rPr>
            </w:pPr>
            <w:r>
              <w:rPr>
                <w:color w:val="000000"/>
                <w:sz w:val="20"/>
                <w:szCs w:val="20"/>
              </w:rPr>
              <w:t>Nos</w:t>
            </w:r>
          </w:p>
        </w:tc>
      </w:tr>
      <w:tr w:rsidR="004702A7" w:rsidRPr="00B03582" w14:paraId="245760CD" w14:textId="77777777" w:rsidTr="00F06F04">
        <w:tc>
          <w:tcPr>
            <w:tcW w:w="609" w:type="dxa"/>
            <w:shd w:val="clear" w:color="auto" w:fill="FAFAFA"/>
            <w:tcMar>
              <w:top w:w="50" w:type="dxa"/>
              <w:left w:w="50" w:type="dxa"/>
              <w:bottom w:w="50" w:type="dxa"/>
              <w:right w:w="50" w:type="dxa"/>
            </w:tcMar>
          </w:tcPr>
          <w:p w14:paraId="2C237080" w14:textId="20DA8EB0" w:rsidR="004702A7" w:rsidRDefault="00441543" w:rsidP="004702A7">
            <w:pPr>
              <w:spacing w:after="0"/>
              <w:ind w:left="90"/>
              <w:jc w:val="center"/>
              <w:rPr>
                <w:rFonts w:ascii="Arial" w:hAnsi="Arial" w:cs="Arial"/>
                <w:color w:val="auto"/>
                <w:szCs w:val="17"/>
              </w:rPr>
            </w:pPr>
            <w:r>
              <w:rPr>
                <w:rFonts w:ascii="Arial" w:hAnsi="Arial" w:cs="Arial"/>
                <w:color w:val="auto"/>
                <w:szCs w:val="17"/>
              </w:rPr>
              <w:t>59</w:t>
            </w:r>
          </w:p>
        </w:tc>
        <w:tc>
          <w:tcPr>
            <w:tcW w:w="3703" w:type="dxa"/>
            <w:shd w:val="clear" w:color="auto" w:fill="auto"/>
            <w:tcMar>
              <w:top w:w="50" w:type="dxa"/>
              <w:left w:w="50" w:type="dxa"/>
              <w:bottom w:w="50" w:type="dxa"/>
              <w:right w:w="50" w:type="dxa"/>
            </w:tcMar>
            <w:vAlign w:val="center"/>
          </w:tcPr>
          <w:p w14:paraId="669FB44A" w14:textId="7182F876" w:rsidR="004702A7" w:rsidRDefault="004702A7" w:rsidP="004702A7">
            <w:pPr>
              <w:spacing w:after="0"/>
              <w:rPr>
                <w:color w:val="000000"/>
                <w:sz w:val="20"/>
                <w:szCs w:val="20"/>
              </w:rPr>
            </w:pPr>
            <w:r>
              <w:rPr>
                <w:color w:val="000000"/>
                <w:sz w:val="20"/>
                <w:szCs w:val="20"/>
              </w:rPr>
              <w:t>NOR Gate</w:t>
            </w:r>
          </w:p>
        </w:tc>
        <w:tc>
          <w:tcPr>
            <w:tcW w:w="4266" w:type="dxa"/>
            <w:shd w:val="clear" w:color="auto" w:fill="auto"/>
            <w:vAlign w:val="center"/>
          </w:tcPr>
          <w:p w14:paraId="17D47A44" w14:textId="4882A9B3" w:rsidR="004702A7" w:rsidRDefault="004702A7" w:rsidP="004702A7">
            <w:pPr>
              <w:spacing w:after="0"/>
              <w:rPr>
                <w:color w:val="000000"/>
                <w:sz w:val="20"/>
                <w:szCs w:val="20"/>
              </w:rPr>
            </w:pPr>
            <w:r>
              <w:rPr>
                <w:color w:val="000000"/>
                <w:sz w:val="20"/>
                <w:szCs w:val="20"/>
              </w:rPr>
              <w:t>74LS02</w:t>
            </w:r>
          </w:p>
        </w:tc>
        <w:tc>
          <w:tcPr>
            <w:tcW w:w="1204" w:type="dxa"/>
            <w:shd w:val="clear" w:color="auto" w:fill="auto"/>
            <w:tcMar>
              <w:top w:w="50" w:type="dxa"/>
              <w:left w:w="50" w:type="dxa"/>
              <w:bottom w:w="50" w:type="dxa"/>
              <w:right w:w="50" w:type="dxa"/>
            </w:tcMar>
            <w:vAlign w:val="center"/>
          </w:tcPr>
          <w:p w14:paraId="4D632E16" w14:textId="7936E295" w:rsidR="004702A7" w:rsidRDefault="004702A7" w:rsidP="004702A7">
            <w:pPr>
              <w:spacing w:after="0"/>
              <w:rPr>
                <w:color w:val="000000"/>
                <w:sz w:val="20"/>
                <w:szCs w:val="20"/>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70EBE259" w14:textId="2C97C9B1" w:rsidR="004702A7" w:rsidRDefault="004702A7" w:rsidP="004702A7">
            <w:pPr>
              <w:spacing w:after="0"/>
              <w:rPr>
                <w:color w:val="000000"/>
                <w:sz w:val="20"/>
                <w:szCs w:val="20"/>
              </w:rPr>
            </w:pPr>
            <w:r>
              <w:rPr>
                <w:color w:val="000000"/>
                <w:sz w:val="20"/>
                <w:szCs w:val="20"/>
              </w:rPr>
              <w:t>Nos</w:t>
            </w:r>
          </w:p>
        </w:tc>
      </w:tr>
      <w:tr w:rsidR="004702A7" w:rsidRPr="00B03582" w14:paraId="71B0AA4F" w14:textId="77777777" w:rsidTr="00F06F04">
        <w:tc>
          <w:tcPr>
            <w:tcW w:w="609" w:type="dxa"/>
            <w:shd w:val="clear" w:color="auto" w:fill="FAFAFA"/>
            <w:tcMar>
              <w:top w:w="50" w:type="dxa"/>
              <w:left w:w="50" w:type="dxa"/>
              <w:bottom w:w="50" w:type="dxa"/>
              <w:right w:w="50" w:type="dxa"/>
            </w:tcMar>
          </w:tcPr>
          <w:p w14:paraId="3859F819" w14:textId="7BA0A9C9" w:rsidR="004702A7" w:rsidRDefault="00441543" w:rsidP="004702A7">
            <w:pPr>
              <w:spacing w:after="0"/>
              <w:ind w:left="90"/>
              <w:jc w:val="center"/>
              <w:rPr>
                <w:rFonts w:ascii="Arial" w:hAnsi="Arial" w:cs="Arial"/>
                <w:color w:val="auto"/>
                <w:szCs w:val="17"/>
              </w:rPr>
            </w:pPr>
            <w:r>
              <w:rPr>
                <w:rFonts w:ascii="Arial" w:hAnsi="Arial" w:cs="Arial"/>
                <w:color w:val="auto"/>
                <w:szCs w:val="17"/>
              </w:rPr>
              <w:t>60</w:t>
            </w:r>
          </w:p>
        </w:tc>
        <w:tc>
          <w:tcPr>
            <w:tcW w:w="3703" w:type="dxa"/>
            <w:shd w:val="clear" w:color="auto" w:fill="auto"/>
            <w:tcMar>
              <w:top w:w="50" w:type="dxa"/>
              <w:left w:w="50" w:type="dxa"/>
              <w:bottom w:w="50" w:type="dxa"/>
              <w:right w:w="50" w:type="dxa"/>
            </w:tcMar>
            <w:vAlign w:val="center"/>
          </w:tcPr>
          <w:p w14:paraId="6E8F95F2" w14:textId="57B501FB" w:rsidR="004702A7" w:rsidRDefault="004702A7" w:rsidP="004702A7">
            <w:pPr>
              <w:spacing w:after="0"/>
              <w:rPr>
                <w:color w:val="000000"/>
                <w:sz w:val="20"/>
                <w:szCs w:val="20"/>
              </w:rPr>
            </w:pPr>
            <w:r>
              <w:rPr>
                <w:color w:val="000000"/>
                <w:sz w:val="20"/>
                <w:szCs w:val="20"/>
              </w:rPr>
              <w:t>7 Segment Display</w:t>
            </w:r>
          </w:p>
        </w:tc>
        <w:tc>
          <w:tcPr>
            <w:tcW w:w="4266" w:type="dxa"/>
            <w:shd w:val="clear" w:color="auto" w:fill="auto"/>
            <w:vAlign w:val="center"/>
          </w:tcPr>
          <w:p w14:paraId="15784DF7" w14:textId="5619DEBD" w:rsidR="004702A7" w:rsidRDefault="004702A7" w:rsidP="004702A7">
            <w:pPr>
              <w:spacing w:after="0"/>
              <w:rPr>
                <w:color w:val="000000"/>
                <w:sz w:val="20"/>
                <w:szCs w:val="20"/>
              </w:rPr>
            </w:pPr>
            <w:r>
              <w:rPr>
                <w:color w:val="000000"/>
                <w:sz w:val="20"/>
                <w:szCs w:val="20"/>
              </w:rPr>
              <w:t>Common Anode</w:t>
            </w:r>
          </w:p>
        </w:tc>
        <w:tc>
          <w:tcPr>
            <w:tcW w:w="1204" w:type="dxa"/>
            <w:shd w:val="clear" w:color="auto" w:fill="auto"/>
            <w:tcMar>
              <w:top w:w="50" w:type="dxa"/>
              <w:left w:w="50" w:type="dxa"/>
              <w:bottom w:w="50" w:type="dxa"/>
              <w:right w:w="50" w:type="dxa"/>
            </w:tcMar>
            <w:vAlign w:val="center"/>
          </w:tcPr>
          <w:p w14:paraId="4353C9AF" w14:textId="499F6C3C" w:rsidR="004702A7" w:rsidRDefault="004702A7" w:rsidP="004702A7">
            <w:pPr>
              <w:spacing w:after="0"/>
              <w:rPr>
                <w:color w:val="000000"/>
                <w:sz w:val="20"/>
                <w:szCs w:val="20"/>
              </w:rPr>
            </w:pPr>
            <w:r>
              <w:rPr>
                <w:color w:val="000000"/>
                <w:sz w:val="20"/>
                <w:szCs w:val="20"/>
              </w:rPr>
              <w:t>150</w:t>
            </w:r>
          </w:p>
        </w:tc>
        <w:tc>
          <w:tcPr>
            <w:tcW w:w="959" w:type="dxa"/>
            <w:shd w:val="clear" w:color="auto" w:fill="auto"/>
            <w:tcMar>
              <w:top w:w="50" w:type="dxa"/>
              <w:left w:w="50" w:type="dxa"/>
              <w:bottom w:w="50" w:type="dxa"/>
              <w:right w:w="50" w:type="dxa"/>
            </w:tcMar>
            <w:vAlign w:val="center"/>
          </w:tcPr>
          <w:p w14:paraId="006D06F6" w14:textId="562160DE" w:rsidR="004702A7" w:rsidRDefault="004702A7" w:rsidP="004702A7">
            <w:pPr>
              <w:spacing w:after="0"/>
              <w:rPr>
                <w:color w:val="000000"/>
                <w:sz w:val="20"/>
                <w:szCs w:val="20"/>
              </w:rPr>
            </w:pPr>
            <w:r>
              <w:rPr>
                <w:color w:val="000000"/>
                <w:sz w:val="20"/>
                <w:szCs w:val="20"/>
              </w:rPr>
              <w:t>Nos</w:t>
            </w:r>
          </w:p>
        </w:tc>
      </w:tr>
      <w:tr w:rsidR="004702A7" w:rsidRPr="00B03582" w14:paraId="76274038" w14:textId="77777777" w:rsidTr="00F06F04">
        <w:tc>
          <w:tcPr>
            <w:tcW w:w="609" w:type="dxa"/>
            <w:shd w:val="clear" w:color="auto" w:fill="FAFAFA"/>
            <w:tcMar>
              <w:top w:w="50" w:type="dxa"/>
              <w:left w:w="50" w:type="dxa"/>
              <w:bottom w:w="50" w:type="dxa"/>
              <w:right w:w="50" w:type="dxa"/>
            </w:tcMar>
          </w:tcPr>
          <w:p w14:paraId="67E90FD7" w14:textId="5D9E7888" w:rsidR="004702A7" w:rsidRDefault="00441543" w:rsidP="004702A7">
            <w:pPr>
              <w:spacing w:after="0"/>
              <w:ind w:left="90"/>
              <w:jc w:val="center"/>
              <w:rPr>
                <w:rFonts w:ascii="Arial" w:hAnsi="Arial" w:cs="Arial"/>
                <w:color w:val="auto"/>
                <w:szCs w:val="17"/>
              </w:rPr>
            </w:pPr>
            <w:r>
              <w:rPr>
                <w:rFonts w:ascii="Arial" w:hAnsi="Arial" w:cs="Arial"/>
                <w:color w:val="auto"/>
                <w:szCs w:val="17"/>
              </w:rPr>
              <w:t>61</w:t>
            </w:r>
          </w:p>
        </w:tc>
        <w:tc>
          <w:tcPr>
            <w:tcW w:w="3703" w:type="dxa"/>
            <w:shd w:val="clear" w:color="auto" w:fill="auto"/>
            <w:tcMar>
              <w:top w:w="50" w:type="dxa"/>
              <w:left w:w="50" w:type="dxa"/>
              <w:bottom w:w="50" w:type="dxa"/>
              <w:right w:w="50" w:type="dxa"/>
            </w:tcMar>
            <w:vAlign w:val="center"/>
          </w:tcPr>
          <w:p w14:paraId="7311A7DC" w14:textId="3982C95C" w:rsidR="004702A7" w:rsidRDefault="004702A7" w:rsidP="004702A7">
            <w:pPr>
              <w:spacing w:after="0"/>
              <w:rPr>
                <w:color w:val="000000"/>
                <w:sz w:val="20"/>
                <w:szCs w:val="20"/>
              </w:rPr>
            </w:pPr>
            <w:r>
              <w:rPr>
                <w:color w:val="000000"/>
                <w:sz w:val="20"/>
                <w:szCs w:val="20"/>
              </w:rPr>
              <w:t>7 Segment Display</w:t>
            </w:r>
          </w:p>
        </w:tc>
        <w:tc>
          <w:tcPr>
            <w:tcW w:w="4266" w:type="dxa"/>
            <w:shd w:val="clear" w:color="auto" w:fill="auto"/>
            <w:vAlign w:val="center"/>
          </w:tcPr>
          <w:p w14:paraId="07618D53" w14:textId="697399F3" w:rsidR="004702A7" w:rsidRDefault="004702A7" w:rsidP="004702A7">
            <w:pPr>
              <w:spacing w:after="0"/>
              <w:rPr>
                <w:color w:val="000000"/>
                <w:sz w:val="20"/>
                <w:szCs w:val="20"/>
              </w:rPr>
            </w:pPr>
            <w:r>
              <w:rPr>
                <w:color w:val="000000"/>
                <w:sz w:val="20"/>
                <w:szCs w:val="20"/>
              </w:rPr>
              <w:t>Common Cathode</w:t>
            </w:r>
          </w:p>
        </w:tc>
        <w:tc>
          <w:tcPr>
            <w:tcW w:w="1204" w:type="dxa"/>
            <w:shd w:val="clear" w:color="auto" w:fill="auto"/>
            <w:tcMar>
              <w:top w:w="50" w:type="dxa"/>
              <w:left w:w="50" w:type="dxa"/>
              <w:bottom w:w="50" w:type="dxa"/>
              <w:right w:w="50" w:type="dxa"/>
            </w:tcMar>
            <w:vAlign w:val="center"/>
          </w:tcPr>
          <w:p w14:paraId="447759EE" w14:textId="04080840" w:rsidR="004702A7" w:rsidRDefault="004702A7" w:rsidP="004702A7">
            <w:pPr>
              <w:spacing w:after="0"/>
              <w:rPr>
                <w:color w:val="000000"/>
                <w:sz w:val="20"/>
                <w:szCs w:val="20"/>
              </w:rPr>
            </w:pPr>
            <w:r>
              <w:rPr>
                <w:color w:val="000000"/>
                <w:sz w:val="20"/>
                <w:szCs w:val="20"/>
              </w:rPr>
              <w:t>100</w:t>
            </w:r>
          </w:p>
        </w:tc>
        <w:tc>
          <w:tcPr>
            <w:tcW w:w="959" w:type="dxa"/>
            <w:shd w:val="clear" w:color="auto" w:fill="auto"/>
            <w:tcMar>
              <w:top w:w="50" w:type="dxa"/>
              <w:left w:w="50" w:type="dxa"/>
              <w:bottom w:w="50" w:type="dxa"/>
              <w:right w:w="50" w:type="dxa"/>
            </w:tcMar>
            <w:vAlign w:val="center"/>
          </w:tcPr>
          <w:p w14:paraId="31C1E2D1" w14:textId="598E0F1F" w:rsidR="004702A7" w:rsidRDefault="004702A7" w:rsidP="004702A7">
            <w:pPr>
              <w:spacing w:after="0"/>
              <w:rPr>
                <w:color w:val="000000"/>
                <w:sz w:val="20"/>
                <w:szCs w:val="20"/>
              </w:rPr>
            </w:pPr>
            <w:r>
              <w:rPr>
                <w:color w:val="000000"/>
                <w:sz w:val="20"/>
                <w:szCs w:val="20"/>
              </w:rPr>
              <w:t>Nos</w:t>
            </w:r>
          </w:p>
        </w:tc>
      </w:tr>
      <w:tr w:rsidR="004702A7" w:rsidRPr="00B03582" w14:paraId="51CDD39B" w14:textId="77777777" w:rsidTr="00F06F04">
        <w:tc>
          <w:tcPr>
            <w:tcW w:w="609" w:type="dxa"/>
            <w:shd w:val="clear" w:color="auto" w:fill="FAFAFA"/>
            <w:tcMar>
              <w:top w:w="50" w:type="dxa"/>
              <w:left w:w="50" w:type="dxa"/>
              <w:bottom w:w="50" w:type="dxa"/>
              <w:right w:w="50" w:type="dxa"/>
            </w:tcMar>
          </w:tcPr>
          <w:p w14:paraId="792C8CF4" w14:textId="2382E4A1" w:rsidR="004702A7" w:rsidRDefault="00441543" w:rsidP="004702A7">
            <w:pPr>
              <w:spacing w:after="0"/>
              <w:ind w:left="90"/>
              <w:jc w:val="center"/>
              <w:rPr>
                <w:rFonts w:ascii="Arial" w:hAnsi="Arial" w:cs="Arial"/>
                <w:color w:val="auto"/>
                <w:szCs w:val="17"/>
              </w:rPr>
            </w:pPr>
            <w:r>
              <w:rPr>
                <w:rFonts w:ascii="Arial" w:hAnsi="Arial" w:cs="Arial"/>
                <w:color w:val="auto"/>
                <w:szCs w:val="17"/>
              </w:rPr>
              <w:t>62</w:t>
            </w:r>
          </w:p>
        </w:tc>
        <w:tc>
          <w:tcPr>
            <w:tcW w:w="3703" w:type="dxa"/>
            <w:shd w:val="clear" w:color="auto" w:fill="auto"/>
            <w:tcMar>
              <w:top w:w="50" w:type="dxa"/>
              <w:left w:w="50" w:type="dxa"/>
              <w:bottom w:w="50" w:type="dxa"/>
              <w:right w:w="50" w:type="dxa"/>
            </w:tcMar>
            <w:vAlign w:val="center"/>
          </w:tcPr>
          <w:p w14:paraId="3D28662D" w14:textId="12E5DCB7" w:rsidR="004702A7" w:rsidRDefault="004702A7" w:rsidP="004702A7">
            <w:pPr>
              <w:spacing w:after="0"/>
              <w:rPr>
                <w:color w:val="000000"/>
                <w:sz w:val="20"/>
                <w:szCs w:val="20"/>
              </w:rPr>
            </w:pPr>
            <w:r>
              <w:rPr>
                <w:color w:val="000000"/>
                <w:sz w:val="20"/>
                <w:szCs w:val="20"/>
              </w:rPr>
              <w:t>IC 7447</w:t>
            </w:r>
          </w:p>
        </w:tc>
        <w:tc>
          <w:tcPr>
            <w:tcW w:w="4266" w:type="dxa"/>
            <w:shd w:val="clear" w:color="auto" w:fill="auto"/>
            <w:vAlign w:val="center"/>
          </w:tcPr>
          <w:p w14:paraId="51E497CD" w14:textId="17511F5E" w:rsidR="004702A7" w:rsidRDefault="004702A7" w:rsidP="004702A7">
            <w:pPr>
              <w:spacing w:after="0"/>
              <w:rPr>
                <w:color w:val="000000"/>
                <w:sz w:val="20"/>
                <w:szCs w:val="20"/>
              </w:rPr>
            </w:pPr>
            <w:r>
              <w:rPr>
                <w:color w:val="000000"/>
                <w:sz w:val="20"/>
                <w:szCs w:val="20"/>
              </w:rPr>
              <w:t>Driver IC</w:t>
            </w:r>
          </w:p>
        </w:tc>
        <w:tc>
          <w:tcPr>
            <w:tcW w:w="1204" w:type="dxa"/>
            <w:shd w:val="clear" w:color="auto" w:fill="auto"/>
            <w:tcMar>
              <w:top w:w="50" w:type="dxa"/>
              <w:left w:w="50" w:type="dxa"/>
              <w:bottom w:w="50" w:type="dxa"/>
              <w:right w:w="50" w:type="dxa"/>
            </w:tcMar>
            <w:vAlign w:val="center"/>
          </w:tcPr>
          <w:p w14:paraId="49A069F1" w14:textId="4331398B" w:rsidR="004702A7" w:rsidRDefault="004702A7" w:rsidP="004702A7">
            <w:pPr>
              <w:spacing w:after="0"/>
              <w:rPr>
                <w:color w:val="000000"/>
                <w:sz w:val="20"/>
                <w:szCs w:val="20"/>
              </w:rPr>
            </w:pPr>
            <w:r>
              <w:rPr>
                <w:color w:val="000000"/>
                <w:sz w:val="20"/>
                <w:szCs w:val="20"/>
              </w:rPr>
              <w:t>100</w:t>
            </w:r>
          </w:p>
        </w:tc>
        <w:tc>
          <w:tcPr>
            <w:tcW w:w="959" w:type="dxa"/>
            <w:shd w:val="clear" w:color="auto" w:fill="auto"/>
            <w:tcMar>
              <w:top w:w="50" w:type="dxa"/>
              <w:left w:w="50" w:type="dxa"/>
              <w:bottom w:w="50" w:type="dxa"/>
              <w:right w:w="50" w:type="dxa"/>
            </w:tcMar>
            <w:vAlign w:val="center"/>
          </w:tcPr>
          <w:p w14:paraId="2A0D0D8E" w14:textId="39E6F65F" w:rsidR="004702A7" w:rsidRDefault="004702A7" w:rsidP="004702A7">
            <w:pPr>
              <w:spacing w:after="0"/>
              <w:rPr>
                <w:color w:val="000000"/>
                <w:sz w:val="20"/>
                <w:szCs w:val="20"/>
              </w:rPr>
            </w:pPr>
            <w:r>
              <w:rPr>
                <w:color w:val="000000"/>
                <w:sz w:val="20"/>
                <w:szCs w:val="20"/>
              </w:rPr>
              <w:t>Nos</w:t>
            </w:r>
          </w:p>
        </w:tc>
      </w:tr>
      <w:tr w:rsidR="004702A7" w:rsidRPr="00B03582" w14:paraId="587A5190" w14:textId="77777777" w:rsidTr="00F06F04">
        <w:tc>
          <w:tcPr>
            <w:tcW w:w="609" w:type="dxa"/>
            <w:shd w:val="clear" w:color="auto" w:fill="FAFAFA"/>
            <w:tcMar>
              <w:top w:w="50" w:type="dxa"/>
              <w:left w:w="50" w:type="dxa"/>
              <w:bottom w:w="50" w:type="dxa"/>
              <w:right w:w="50" w:type="dxa"/>
            </w:tcMar>
          </w:tcPr>
          <w:p w14:paraId="6EED08B9" w14:textId="6F89CB8D" w:rsidR="004702A7" w:rsidRDefault="00441543" w:rsidP="004702A7">
            <w:pPr>
              <w:spacing w:after="0"/>
              <w:ind w:left="90"/>
              <w:jc w:val="center"/>
              <w:rPr>
                <w:rFonts w:ascii="Arial" w:hAnsi="Arial" w:cs="Arial"/>
                <w:color w:val="auto"/>
                <w:szCs w:val="17"/>
              </w:rPr>
            </w:pPr>
            <w:r>
              <w:rPr>
                <w:rFonts w:ascii="Arial" w:hAnsi="Arial" w:cs="Arial"/>
                <w:color w:val="auto"/>
                <w:szCs w:val="17"/>
              </w:rPr>
              <w:t>63</w:t>
            </w:r>
          </w:p>
        </w:tc>
        <w:tc>
          <w:tcPr>
            <w:tcW w:w="3703" w:type="dxa"/>
            <w:shd w:val="clear" w:color="auto" w:fill="auto"/>
            <w:tcMar>
              <w:top w:w="50" w:type="dxa"/>
              <w:left w:w="50" w:type="dxa"/>
              <w:bottom w:w="50" w:type="dxa"/>
              <w:right w:w="50" w:type="dxa"/>
            </w:tcMar>
            <w:vAlign w:val="center"/>
          </w:tcPr>
          <w:p w14:paraId="1674938D" w14:textId="1E2D062F" w:rsidR="004702A7" w:rsidRDefault="004702A7" w:rsidP="004702A7">
            <w:pPr>
              <w:spacing w:after="0"/>
              <w:rPr>
                <w:color w:val="000000"/>
                <w:sz w:val="20"/>
                <w:szCs w:val="20"/>
              </w:rPr>
            </w:pPr>
            <w:r>
              <w:rPr>
                <w:color w:val="000000"/>
                <w:sz w:val="20"/>
                <w:szCs w:val="20"/>
              </w:rPr>
              <w:t>IC 4511</w:t>
            </w:r>
          </w:p>
        </w:tc>
        <w:tc>
          <w:tcPr>
            <w:tcW w:w="4266" w:type="dxa"/>
            <w:shd w:val="clear" w:color="auto" w:fill="auto"/>
            <w:vAlign w:val="center"/>
          </w:tcPr>
          <w:p w14:paraId="114D42E5" w14:textId="4052F2EB" w:rsidR="004702A7" w:rsidRDefault="004702A7" w:rsidP="004702A7">
            <w:pPr>
              <w:spacing w:after="0"/>
              <w:rPr>
                <w:color w:val="000000"/>
                <w:sz w:val="20"/>
                <w:szCs w:val="20"/>
              </w:rPr>
            </w:pPr>
            <w:r>
              <w:rPr>
                <w:color w:val="000000"/>
                <w:sz w:val="20"/>
                <w:szCs w:val="20"/>
              </w:rPr>
              <w:t>Driver IC</w:t>
            </w:r>
          </w:p>
        </w:tc>
        <w:tc>
          <w:tcPr>
            <w:tcW w:w="1204" w:type="dxa"/>
            <w:shd w:val="clear" w:color="auto" w:fill="auto"/>
            <w:tcMar>
              <w:top w:w="50" w:type="dxa"/>
              <w:left w:w="50" w:type="dxa"/>
              <w:bottom w:w="50" w:type="dxa"/>
              <w:right w:w="50" w:type="dxa"/>
            </w:tcMar>
            <w:vAlign w:val="center"/>
          </w:tcPr>
          <w:p w14:paraId="5C0C0748" w14:textId="52796F79" w:rsidR="004702A7" w:rsidRDefault="004702A7" w:rsidP="004702A7">
            <w:pPr>
              <w:spacing w:after="0"/>
              <w:rPr>
                <w:color w:val="000000"/>
                <w:sz w:val="20"/>
                <w:szCs w:val="20"/>
              </w:rPr>
            </w:pPr>
            <w:r>
              <w:rPr>
                <w:color w:val="000000"/>
                <w:sz w:val="20"/>
                <w:szCs w:val="20"/>
              </w:rPr>
              <w:t>100</w:t>
            </w:r>
          </w:p>
        </w:tc>
        <w:tc>
          <w:tcPr>
            <w:tcW w:w="959" w:type="dxa"/>
            <w:shd w:val="clear" w:color="auto" w:fill="auto"/>
            <w:tcMar>
              <w:top w:w="50" w:type="dxa"/>
              <w:left w:w="50" w:type="dxa"/>
              <w:bottom w:w="50" w:type="dxa"/>
              <w:right w:w="50" w:type="dxa"/>
            </w:tcMar>
            <w:vAlign w:val="center"/>
          </w:tcPr>
          <w:p w14:paraId="548048EB" w14:textId="6C8679BE" w:rsidR="004702A7" w:rsidRDefault="004702A7" w:rsidP="004702A7">
            <w:pPr>
              <w:spacing w:after="0"/>
              <w:rPr>
                <w:color w:val="000000"/>
                <w:sz w:val="20"/>
                <w:szCs w:val="20"/>
              </w:rPr>
            </w:pPr>
            <w:r>
              <w:rPr>
                <w:color w:val="000000"/>
                <w:sz w:val="20"/>
                <w:szCs w:val="20"/>
              </w:rPr>
              <w:t>Nos</w:t>
            </w:r>
          </w:p>
        </w:tc>
      </w:tr>
      <w:tr w:rsidR="004702A7" w:rsidRPr="00B03582" w14:paraId="68A63644" w14:textId="77777777" w:rsidTr="00F06F04">
        <w:tc>
          <w:tcPr>
            <w:tcW w:w="609" w:type="dxa"/>
            <w:shd w:val="clear" w:color="auto" w:fill="FAFAFA"/>
            <w:tcMar>
              <w:top w:w="50" w:type="dxa"/>
              <w:left w:w="50" w:type="dxa"/>
              <w:bottom w:w="50" w:type="dxa"/>
              <w:right w:w="50" w:type="dxa"/>
            </w:tcMar>
          </w:tcPr>
          <w:p w14:paraId="20A470B8" w14:textId="1452E2FA" w:rsidR="004702A7" w:rsidRDefault="00441543" w:rsidP="004702A7">
            <w:pPr>
              <w:spacing w:after="0"/>
              <w:ind w:left="90"/>
              <w:jc w:val="center"/>
              <w:rPr>
                <w:rFonts w:ascii="Arial" w:hAnsi="Arial" w:cs="Arial"/>
                <w:color w:val="auto"/>
                <w:szCs w:val="17"/>
              </w:rPr>
            </w:pPr>
            <w:r>
              <w:rPr>
                <w:rFonts w:ascii="Arial" w:hAnsi="Arial" w:cs="Arial"/>
                <w:color w:val="auto"/>
                <w:szCs w:val="17"/>
              </w:rPr>
              <w:t>64</w:t>
            </w:r>
          </w:p>
        </w:tc>
        <w:tc>
          <w:tcPr>
            <w:tcW w:w="3703" w:type="dxa"/>
            <w:shd w:val="clear" w:color="auto" w:fill="auto"/>
            <w:tcMar>
              <w:top w:w="50" w:type="dxa"/>
              <w:left w:w="50" w:type="dxa"/>
              <w:bottom w:w="50" w:type="dxa"/>
              <w:right w:w="50" w:type="dxa"/>
            </w:tcMar>
            <w:vAlign w:val="center"/>
          </w:tcPr>
          <w:p w14:paraId="5F8510D8" w14:textId="493E03E7" w:rsidR="004702A7" w:rsidRDefault="004702A7" w:rsidP="004702A7">
            <w:pPr>
              <w:spacing w:after="0"/>
              <w:rPr>
                <w:color w:val="000000"/>
                <w:sz w:val="20"/>
                <w:szCs w:val="20"/>
              </w:rPr>
            </w:pPr>
            <w:r>
              <w:rPr>
                <w:color w:val="000000"/>
                <w:sz w:val="20"/>
                <w:szCs w:val="20"/>
              </w:rPr>
              <w:t>XOR Gate</w:t>
            </w:r>
          </w:p>
        </w:tc>
        <w:tc>
          <w:tcPr>
            <w:tcW w:w="4266" w:type="dxa"/>
            <w:shd w:val="clear" w:color="auto" w:fill="auto"/>
            <w:vAlign w:val="center"/>
          </w:tcPr>
          <w:p w14:paraId="0EE40BAF" w14:textId="6B288949" w:rsidR="004702A7" w:rsidRDefault="004702A7" w:rsidP="004702A7">
            <w:pPr>
              <w:spacing w:after="0"/>
              <w:rPr>
                <w:color w:val="000000"/>
                <w:sz w:val="20"/>
                <w:szCs w:val="20"/>
              </w:rPr>
            </w:pPr>
            <w:r>
              <w:rPr>
                <w:color w:val="000000"/>
                <w:sz w:val="20"/>
                <w:szCs w:val="20"/>
              </w:rPr>
              <w:t>74LS86</w:t>
            </w:r>
          </w:p>
        </w:tc>
        <w:tc>
          <w:tcPr>
            <w:tcW w:w="1204" w:type="dxa"/>
            <w:shd w:val="clear" w:color="auto" w:fill="auto"/>
            <w:tcMar>
              <w:top w:w="50" w:type="dxa"/>
              <w:left w:w="50" w:type="dxa"/>
              <w:bottom w:w="50" w:type="dxa"/>
              <w:right w:w="50" w:type="dxa"/>
            </w:tcMar>
            <w:vAlign w:val="center"/>
          </w:tcPr>
          <w:p w14:paraId="5DA0EA8D" w14:textId="17B656F7" w:rsidR="004702A7" w:rsidRDefault="004702A7" w:rsidP="004702A7">
            <w:pPr>
              <w:spacing w:after="0"/>
              <w:rPr>
                <w:color w:val="000000"/>
                <w:sz w:val="20"/>
                <w:szCs w:val="20"/>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015302FC" w14:textId="7DF9690D" w:rsidR="004702A7" w:rsidRDefault="004702A7" w:rsidP="004702A7">
            <w:pPr>
              <w:spacing w:after="0"/>
              <w:rPr>
                <w:color w:val="000000"/>
                <w:sz w:val="20"/>
                <w:szCs w:val="20"/>
              </w:rPr>
            </w:pPr>
            <w:r>
              <w:rPr>
                <w:color w:val="000000"/>
                <w:sz w:val="20"/>
                <w:szCs w:val="20"/>
              </w:rPr>
              <w:t>Nos</w:t>
            </w:r>
          </w:p>
        </w:tc>
      </w:tr>
      <w:tr w:rsidR="004702A7" w:rsidRPr="00B03582" w14:paraId="3BC19FD1" w14:textId="77777777" w:rsidTr="00F06F04">
        <w:tc>
          <w:tcPr>
            <w:tcW w:w="609" w:type="dxa"/>
            <w:shd w:val="clear" w:color="auto" w:fill="FAFAFA"/>
            <w:tcMar>
              <w:top w:w="50" w:type="dxa"/>
              <w:left w:w="50" w:type="dxa"/>
              <w:bottom w:w="50" w:type="dxa"/>
              <w:right w:w="50" w:type="dxa"/>
            </w:tcMar>
          </w:tcPr>
          <w:p w14:paraId="49CDF419" w14:textId="4ADA42F2" w:rsidR="004702A7" w:rsidRDefault="00441543" w:rsidP="004702A7">
            <w:pPr>
              <w:spacing w:after="0"/>
              <w:ind w:left="90"/>
              <w:jc w:val="center"/>
              <w:rPr>
                <w:rFonts w:ascii="Arial" w:hAnsi="Arial" w:cs="Arial"/>
                <w:color w:val="auto"/>
                <w:szCs w:val="17"/>
              </w:rPr>
            </w:pPr>
            <w:r>
              <w:rPr>
                <w:rFonts w:ascii="Arial" w:hAnsi="Arial" w:cs="Arial"/>
                <w:color w:val="auto"/>
                <w:szCs w:val="17"/>
              </w:rPr>
              <w:t>65</w:t>
            </w:r>
          </w:p>
        </w:tc>
        <w:tc>
          <w:tcPr>
            <w:tcW w:w="3703" w:type="dxa"/>
            <w:shd w:val="clear" w:color="auto" w:fill="auto"/>
            <w:tcMar>
              <w:top w:w="50" w:type="dxa"/>
              <w:left w:w="50" w:type="dxa"/>
              <w:bottom w:w="50" w:type="dxa"/>
              <w:right w:w="50" w:type="dxa"/>
            </w:tcMar>
            <w:vAlign w:val="center"/>
          </w:tcPr>
          <w:p w14:paraId="7D1A5233" w14:textId="0D27A398" w:rsidR="004702A7" w:rsidRDefault="004702A7" w:rsidP="004702A7">
            <w:pPr>
              <w:spacing w:after="0"/>
              <w:rPr>
                <w:color w:val="000000"/>
                <w:sz w:val="20"/>
                <w:szCs w:val="20"/>
              </w:rPr>
            </w:pPr>
            <w:r>
              <w:rPr>
                <w:color w:val="000000"/>
                <w:sz w:val="20"/>
                <w:szCs w:val="20"/>
              </w:rPr>
              <w:t>Timer IC</w:t>
            </w:r>
          </w:p>
        </w:tc>
        <w:tc>
          <w:tcPr>
            <w:tcW w:w="4266" w:type="dxa"/>
            <w:shd w:val="clear" w:color="auto" w:fill="auto"/>
            <w:vAlign w:val="center"/>
          </w:tcPr>
          <w:p w14:paraId="75D056AD" w14:textId="44BBAB40" w:rsidR="004702A7" w:rsidRDefault="004702A7" w:rsidP="004702A7">
            <w:pPr>
              <w:spacing w:after="0"/>
              <w:rPr>
                <w:color w:val="000000"/>
                <w:sz w:val="20"/>
                <w:szCs w:val="20"/>
              </w:rPr>
            </w:pPr>
            <w:r>
              <w:rPr>
                <w:color w:val="000000"/>
                <w:sz w:val="20"/>
                <w:szCs w:val="20"/>
              </w:rPr>
              <w:t>NE-555</w:t>
            </w:r>
          </w:p>
        </w:tc>
        <w:tc>
          <w:tcPr>
            <w:tcW w:w="1204" w:type="dxa"/>
            <w:shd w:val="clear" w:color="auto" w:fill="auto"/>
            <w:tcMar>
              <w:top w:w="50" w:type="dxa"/>
              <w:left w:w="50" w:type="dxa"/>
              <w:bottom w:w="50" w:type="dxa"/>
              <w:right w:w="50" w:type="dxa"/>
            </w:tcMar>
            <w:vAlign w:val="center"/>
          </w:tcPr>
          <w:p w14:paraId="549A1745" w14:textId="49330BAF" w:rsidR="004702A7" w:rsidRDefault="004702A7" w:rsidP="004702A7">
            <w:pPr>
              <w:spacing w:after="0"/>
              <w:rPr>
                <w:color w:val="000000"/>
                <w:sz w:val="20"/>
                <w:szCs w:val="20"/>
              </w:rPr>
            </w:pPr>
            <w:r>
              <w:rPr>
                <w:color w:val="000000"/>
                <w:sz w:val="20"/>
                <w:szCs w:val="20"/>
              </w:rPr>
              <w:t>150</w:t>
            </w:r>
          </w:p>
        </w:tc>
        <w:tc>
          <w:tcPr>
            <w:tcW w:w="959" w:type="dxa"/>
            <w:shd w:val="clear" w:color="auto" w:fill="auto"/>
            <w:tcMar>
              <w:top w:w="50" w:type="dxa"/>
              <w:left w:w="50" w:type="dxa"/>
              <w:bottom w:w="50" w:type="dxa"/>
              <w:right w:w="50" w:type="dxa"/>
            </w:tcMar>
            <w:vAlign w:val="center"/>
          </w:tcPr>
          <w:p w14:paraId="367B859D" w14:textId="644021D0" w:rsidR="004702A7" w:rsidRDefault="004702A7" w:rsidP="004702A7">
            <w:pPr>
              <w:spacing w:after="0"/>
              <w:rPr>
                <w:color w:val="000000"/>
                <w:sz w:val="20"/>
                <w:szCs w:val="20"/>
              </w:rPr>
            </w:pPr>
            <w:r>
              <w:rPr>
                <w:color w:val="000000"/>
                <w:sz w:val="20"/>
                <w:szCs w:val="20"/>
              </w:rPr>
              <w:t>Nos</w:t>
            </w:r>
          </w:p>
        </w:tc>
      </w:tr>
      <w:tr w:rsidR="004702A7" w:rsidRPr="00B03582" w14:paraId="6C0B6B35" w14:textId="77777777" w:rsidTr="00F06F04">
        <w:tc>
          <w:tcPr>
            <w:tcW w:w="609" w:type="dxa"/>
            <w:shd w:val="clear" w:color="auto" w:fill="FAFAFA"/>
            <w:tcMar>
              <w:top w:w="50" w:type="dxa"/>
              <w:left w:w="50" w:type="dxa"/>
              <w:bottom w:w="50" w:type="dxa"/>
              <w:right w:w="50" w:type="dxa"/>
            </w:tcMar>
          </w:tcPr>
          <w:p w14:paraId="6D1A81E5" w14:textId="32472B9C" w:rsidR="004702A7" w:rsidRDefault="00441543" w:rsidP="004702A7">
            <w:pPr>
              <w:spacing w:after="0"/>
              <w:ind w:left="90"/>
              <w:jc w:val="center"/>
              <w:rPr>
                <w:rFonts w:ascii="Arial" w:hAnsi="Arial" w:cs="Arial"/>
                <w:color w:val="auto"/>
                <w:szCs w:val="17"/>
              </w:rPr>
            </w:pPr>
            <w:r>
              <w:rPr>
                <w:rFonts w:ascii="Arial" w:hAnsi="Arial" w:cs="Arial"/>
                <w:color w:val="auto"/>
                <w:szCs w:val="17"/>
              </w:rPr>
              <w:t>66</w:t>
            </w:r>
          </w:p>
        </w:tc>
        <w:tc>
          <w:tcPr>
            <w:tcW w:w="3703" w:type="dxa"/>
            <w:shd w:val="clear" w:color="auto" w:fill="auto"/>
            <w:tcMar>
              <w:top w:w="50" w:type="dxa"/>
              <w:left w:w="50" w:type="dxa"/>
              <w:bottom w:w="50" w:type="dxa"/>
              <w:right w:w="50" w:type="dxa"/>
            </w:tcMar>
            <w:vAlign w:val="center"/>
          </w:tcPr>
          <w:p w14:paraId="2CF61A50" w14:textId="6EA59675" w:rsidR="004702A7" w:rsidRDefault="004702A7" w:rsidP="004702A7">
            <w:pPr>
              <w:spacing w:after="0"/>
              <w:rPr>
                <w:color w:val="000000"/>
                <w:sz w:val="20"/>
                <w:szCs w:val="20"/>
              </w:rPr>
            </w:pPr>
            <w:r>
              <w:rPr>
                <w:color w:val="000000"/>
                <w:sz w:val="20"/>
                <w:szCs w:val="20"/>
              </w:rPr>
              <w:t>Shift Register</w:t>
            </w:r>
          </w:p>
        </w:tc>
        <w:tc>
          <w:tcPr>
            <w:tcW w:w="4266" w:type="dxa"/>
            <w:shd w:val="clear" w:color="auto" w:fill="auto"/>
            <w:vAlign w:val="center"/>
          </w:tcPr>
          <w:p w14:paraId="785C4D18" w14:textId="6189E908" w:rsidR="004702A7" w:rsidRDefault="004702A7" w:rsidP="004702A7">
            <w:pPr>
              <w:spacing w:after="0"/>
              <w:rPr>
                <w:color w:val="000000"/>
                <w:sz w:val="20"/>
                <w:szCs w:val="20"/>
              </w:rPr>
            </w:pPr>
            <w:r>
              <w:rPr>
                <w:color w:val="000000"/>
                <w:sz w:val="20"/>
                <w:szCs w:val="20"/>
              </w:rPr>
              <w:t>74LS194</w:t>
            </w:r>
          </w:p>
        </w:tc>
        <w:tc>
          <w:tcPr>
            <w:tcW w:w="1204" w:type="dxa"/>
            <w:shd w:val="clear" w:color="auto" w:fill="auto"/>
            <w:tcMar>
              <w:top w:w="50" w:type="dxa"/>
              <w:left w:w="50" w:type="dxa"/>
              <w:bottom w:w="50" w:type="dxa"/>
              <w:right w:w="50" w:type="dxa"/>
            </w:tcMar>
            <w:vAlign w:val="center"/>
          </w:tcPr>
          <w:p w14:paraId="0806905A" w14:textId="46541D21" w:rsidR="004702A7" w:rsidRDefault="004702A7" w:rsidP="004702A7">
            <w:pPr>
              <w:spacing w:after="0"/>
              <w:rPr>
                <w:color w:val="000000"/>
                <w:sz w:val="20"/>
                <w:szCs w:val="20"/>
              </w:rPr>
            </w:pPr>
            <w:r>
              <w:rPr>
                <w:color w:val="000000"/>
                <w:sz w:val="20"/>
                <w:szCs w:val="20"/>
              </w:rPr>
              <w:t>125</w:t>
            </w:r>
          </w:p>
        </w:tc>
        <w:tc>
          <w:tcPr>
            <w:tcW w:w="959" w:type="dxa"/>
            <w:shd w:val="clear" w:color="auto" w:fill="auto"/>
            <w:tcMar>
              <w:top w:w="50" w:type="dxa"/>
              <w:left w:w="50" w:type="dxa"/>
              <w:bottom w:w="50" w:type="dxa"/>
              <w:right w:w="50" w:type="dxa"/>
            </w:tcMar>
            <w:vAlign w:val="center"/>
          </w:tcPr>
          <w:p w14:paraId="7EDC7F45" w14:textId="0B5E1FC7" w:rsidR="004702A7" w:rsidRDefault="004702A7" w:rsidP="004702A7">
            <w:pPr>
              <w:spacing w:after="0"/>
              <w:rPr>
                <w:color w:val="000000"/>
                <w:sz w:val="20"/>
                <w:szCs w:val="20"/>
              </w:rPr>
            </w:pPr>
            <w:r>
              <w:rPr>
                <w:color w:val="000000"/>
                <w:sz w:val="20"/>
                <w:szCs w:val="20"/>
              </w:rPr>
              <w:t>Nos</w:t>
            </w:r>
          </w:p>
        </w:tc>
      </w:tr>
      <w:tr w:rsidR="004702A7" w:rsidRPr="00B03582" w14:paraId="0848B07A" w14:textId="77777777" w:rsidTr="00F06F04">
        <w:tc>
          <w:tcPr>
            <w:tcW w:w="609" w:type="dxa"/>
            <w:shd w:val="clear" w:color="auto" w:fill="FAFAFA"/>
            <w:tcMar>
              <w:top w:w="50" w:type="dxa"/>
              <w:left w:w="50" w:type="dxa"/>
              <w:bottom w:w="50" w:type="dxa"/>
              <w:right w:w="50" w:type="dxa"/>
            </w:tcMar>
          </w:tcPr>
          <w:p w14:paraId="02458720" w14:textId="6F60D683" w:rsidR="004702A7" w:rsidRDefault="00441543" w:rsidP="004702A7">
            <w:pPr>
              <w:spacing w:after="0"/>
              <w:ind w:left="90"/>
              <w:jc w:val="center"/>
              <w:rPr>
                <w:rFonts w:ascii="Arial" w:hAnsi="Arial" w:cs="Arial"/>
                <w:color w:val="auto"/>
                <w:szCs w:val="17"/>
              </w:rPr>
            </w:pPr>
            <w:r>
              <w:rPr>
                <w:rFonts w:ascii="Arial" w:hAnsi="Arial" w:cs="Arial"/>
                <w:color w:val="auto"/>
                <w:szCs w:val="17"/>
              </w:rPr>
              <w:t>67</w:t>
            </w:r>
          </w:p>
        </w:tc>
        <w:tc>
          <w:tcPr>
            <w:tcW w:w="3703" w:type="dxa"/>
            <w:shd w:val="clear" w:color="auto" w:fill="auto"/>
            <w:tcMar>
              <w:top w:w="50" w:type="dxa"/>
              <w:left w:w="50" w:type="dxa"/>
              <w:bottom w:w="50" w:type="dxa"/>
              <w:right w:w="50" w:type="dxa"/>
            </w:tcMar>
            <w:vAlign w:val="center"/>
          </w:tcPr>
          <w:p w14:paraId="405D7DBD" w14:textId="02BDD2B8" w:rsidR="004702A7" w:rsidRDefault="004702A7" w:rsidP="004702A7">
            <w:pPr>
              <w:spacing w:after="0"/>
              <w:rPr>
                <w:color w:val="000000"/>
                <w:sz w:val="20"/>
                <w:szCs w:val="20"/>
              </w:rPr>
            </w:pPr>
            <w:r>
              <w:rPr>
                <w:color w:val="000000"/>
                <w:sz w:val="20"/>
                <w:szCs w:val="20"/>
              </w:rPr>
              <w:t>Synchronous Counter</w:t>
            </w:r>
          </w:p>
        </w:tc>
        <w:tc>
          <w:tcPr>
            <w:tcW w:w="4266" w:type="dxa"/>
            <w:shd w:val="clear" w:color="auto" w:fill="auto"/>
            <w:vAlign w:val="center"/>
          </w:tcPr>
          <w:p w14:paraId="5DAD8E75" w14:textId="47498528" w:rsidR="004702A7" w:rsidRDefault="004702A7" w:rsidP="004702A7">
            <w:pPr>
              <w:spacing w:after="0"/>
              <w:rPr>
                <w:color w:val="000000"/>
                <w:sz w:val="20"/>
                <w:szCs w:val="20"/>
              </w:rPr>
            </w:pPr>
            <w:r>
              <w:rPr>
                <w:color w:val="000000"/>
                <w:sz w:val="20"/>
                <w:szCs w:val="20"/>
              </w:rPr>
              <w:t>74LS191</w:t>
            </w:r>
          </w:p>
        </w:tc>
        <w:tc>
          <w:tcPr>
            <w:tcW w:w="1204" w:type="dxa"/>
            <w:shd w:val="clear" w:color="auto" w:fill="auto"/>
            <w:tcMar>
              <w:top w:w="50" w:type="dxa"/>
              <w:left w:w="50" w:type="dxa"/>
              <w:bottom w:w="50" w:type="dxa"/>
              <w:right w:w="50" w:type="dxa"/>
            </w:tcMar>
            <w:vAlign w:val="center"/>
          </w:tcPr>
          <w:p w14:paraId="663F0454" w14:textId="23EE4BB0" w:rsidR="004702A7" w:rsidRDefault="004702A7" w:rsidP="004702A7">
            <w:pPr>
              <w:spacing w:after="0"/>
              <w:rPr>
                <w:color w:val="000000"/>
                <w:sz w:val="20"/>
                <w:szCs w:val="20"/>
              </w:rPr>
            </w:pPr>
            <w:r>
              <w:rPr>
                <w:color w:val="000000"/>
                <w:sz w:val="20"/>
                <w:szCs w:val="20"/>
              </w:rPr>
              <w:t>125</w:t>
            </w:r>
          </w:p>
        </w:tc>
        <w:tc>
          <w:tcPr>
            <w:tcW w:w="959" w:type="dxa"/>
            <w:shd w:val="clear" w:color="auto" w:fill="auto"/>
            <w:tcMar>
              <w:top w:w="50" w:type="dxa"/>
              <w:left w:w="50" w:type="dxa"/>
              <w:bottom w:w="50" w:type="dxa"/>
              <w:right w:w="50" w:type="dxa"/>
            </w:tcMar>
            <w:vAlign w:val="center"/>
          </w:tcPr>
          <w:p w14:paraId="1A9604F3" w14:textId="34F5C865" w:rsidR="004702A7" w:rsidRDefault="004702A7" w:rsidP="004702A7">
            <w:pPr>
              <w:spacing w:after="0"/>
              <w:rPr>
                <w:color w:val="000000"/>
                <w:sz w:val="20"/>
                <w:szCs w:val="20"/>
              </w:rPr>
            </w:pPr>
            <w:r>
              <w:rPr>
                <w:color w:val="000000"/>
                <w:sz w:val="20"/>
                <w:szCs w:val="20"/>
              </w:rPr>
              <w:t>Nos</w:t>
            </w:r>
          </w:p>
        </w:tc>
      </w:tr>
      <w:tr w:rsidR="004702A7" w:rsidRPr="00B03582" w14:paraId="73032D15" w14:textId="77777777" w:rsidTr="00F06F04">
        <w:tc>
          <w:tcPr>
            <w:tcW w:w="609" w:type="dxa"/>
            <w:shd w:val="clear" w:color="auto" w:fill="FAFAFA"/>
            <w:tcMar>
              <w:top w:w="50" w:type="dxa"/>
              <w:left w:w="50" w:type="dxa"/>
              <w:bottom w:w="50" w:type="dxa"/>
              <w:right w:w="50" w:type="dxa"/>
            </w:tcMar>
          </w:tcPr>
          <w:p w14:paraId="15D6D36C" w14:textId="71124D6F" w:rsidR="004702A7" w:rsidRDefault="00441543" w:rsidP="004702A7">
            <w:pPr>
              <w:spacing w:after="0"/>
              <w:ind w:left="90"/>
              <w:jc w:val="center"/>
              <w:rPr>
                <w:rFonts w:ascii="Arial" w:hAnsi="Arial" w:cs="Arial"/>
                <w:color w:val="auto"/>
                <w:szCs w:val="17"/>
              </w:rPr>
            </w:pPr>
            <w:r>
              <w:rPr>
                <w:rFonts w:ascii="Arial" w:hAnsi="Arial" w:cs="Arial"/>
                <w:color w:val="auto"/>
                <w:szCs w:val="17"/>
              </w:rPr>
              <w:t>68</w:t>
            </w:r>
          </w:p>
        </w:tc>
        <w:tc>
          <w:tcPr>
            <w:tcW w:w="3703" w:type="dxa"/>
            <w:shd w:val="clear" w:color="auto" w:fill="auto"/>
            <w:tcMar>
              <w:top w:w="50" w:type="dxa"/>
              <w:left w:w="50" w:type="dxa"/>
              <w:bottom w:w="50" w:type="dxa"/>
              <w:right w:w="50" w:type="dxa"/>
            </w:tcMar>
            <w:vAlign w:val="center"/>
          </w:tcPr>
          <w:p w14:paraId="6D79A3B5" w14:textId="6A861EBB" w:rsidR="004702A7" w:rsidRDefault="004702A7" w:rsidP="004702A7">
            <w:pPr>
              <w:spacing w:after="0"/>
              <w:rPr>
                <w:color w:val="000000"/>
                <w:sz w:val="20"/>
                <w:szCs w:val="20"/>
              </w:rPr>
            </w:pPr>
            <w:r>
              <w:rPr>
                <w:color w:val="000000"/>
                <w:sz w:val="20"/>
                <w:szCs w:val="20"/>
              </w:rPr>
              <w:t>Magnitude Comparator</w:t>
            </w:r>
          </w:p>
        </w:tc>
        <w:tc>
          <w:tcPr>
            <w:tcW w:w="4266" w:type="dxa"/>
            <w:shd w:val="clear" w:color="auto" w:fill="auto"/>
            <w:vAlign w:val="center"/>
          </w:tcPr>
          <w:p w14:paraId="6E8A4FE9" w14:textId="3655DC8D" w:rsidR="004702A7" w:rsidRDefault="004702A7" w:rsidP="004702A7">
            <w:pPr>
              <w:spacing w:after="0"/>
              <w:rPr>
                <w:color w:val="000000"/>
                <w:sz w:val="20"/>
                <w:szCs w:val="20"/>
              </w:rPr>
            </w:pPr>
            <w:r>
              <w:rPr>
                <w:color w:val="000000"/>
                <w:sz w:val="20"/>
                <w:szCs w:val="20"/>
              </w:rPr>
              <w:t>74LS85</w:t>
            </w:r>
          </w:p>
        </w:tc>
        <w:tc>
          <w:tcPr>
            <w:tcW w:w="1204" w:type="dxa"/>
            <w:shd w:val="clear" w:color="auto" w:fill="auto"/>
            <w:tcMar>
              <w:top w:w="50" w:type="dxa"/>
              <w:left w:w="50" w:type="dxa"/>
              <w:bottom w:w="50" w:type="dxa"/>
              <w:right w:w="50" w:type="dxa"/>
            </w:tcMar>
            <w:vAlign w:val="center"/>
          </w:tcPr>
          <w:p w14:paraId="4B2892E8" w14:textId="07DA6A78" w:rsidR="004702A7" w:rsidRDefault="004702A7" w:rsidP="004702A7">
            <w:pPr>
              <w:spacing w:after="0"/>
              <w:rPr>
                <w:color w:val="000000"/>
                <w:sz w:val="20"/>
                <w:szCs w:val="20"/>
              </w:rPr>
            </w:pPr>
            <w:r>
              <w:rPr>
                <w:color w:val="000000"/>
                <w:sz w:val="20"/>
                <w:szCs w:val="20"/>
              </w:rPr>
              <w:t>125</w:t>
            </w:r>
          </w:p>
        </w:tc>
        <w:tc>
          <w:tcPr>
            <w:tcW w:w="959" w:type="dxa"/>
            <w:shd w:val="clear" w:color="auto" w:fill="auto"/>
            <w:tcMar>
              <w:top w:w="50" w:type="dxa"/>
              <w:left w:w="50" w:type="dxa"/>
              <w:bottom w:w="50" w:type="dxa"/>
              <w:right w:w="50" w:type="dxa"/>
            </w:tcMar>
            <w:vAlign w:val="center"/>
          </w:tcPr>
          <w:p w14:paraId="6E98B275" w14:textId="54159FE2" w:rsidR="004702A7" w:rsidRDefault="004702A7" w:rsidP="004702A7">
            <w:pPr>
              <w:spacing w:after="0"/>
              <w:rPr>
                <w:color w:val="000000"/>
                <w:sz w:val="20"/>
                <w:szCs w:val="20"/>
              </w:rPr>
            </w:pPr>
            <w:r>
              <w:rPr>
                <w:color w:val="000000"/>
                <w:sz w:val="20"/>
                <w:szCs w:val="20"/>
              </w:rPr>
              <w:t>Nos</w:t>
            </w:r>
          </w:p>
        </w:tc>
      </w:tr>
      <w:tr w:rsidR="004702A7" w:rsidRPr="00B03582" w14:paraId="77558030" w14:textId="77777777" w:rsidTr="00F06F04">
        <w:tc>
          <w:tcPr>
            <w:tcW w:w="609" w:type="dxa"/>
            <w:shd w:val="clear" w:color="auto" w:fill="FAFAFA"/>
            <w:tcMar>
              <w:top w:w="50" w:type="dxa"/>
              <w:left w:w="50" w:type="dxa"/>
              <w:bottom w:w="50" w:type="dxa"/>
              <w:right w:w="50" w:type="dxa"/>
            </w:tcMar>
          </w:tcPr>
          <w:p w14:paraId="0BEB97B6" w14:textId="66318040" w:rsidR="004702A7" w:rsidRDefault="00441543" w:rsidP="004702A7">
            <w:pPr>
              <w:spacing w:after="0"/>
              <w:ind w:left="90"/>
              <w:jc w:val="center"/>
              <w:rPr>
                <w:rFonts w:ascii="Arial" w:hAnsi="Arial" w:cs="Arial"/>
                <w:color w:val="auto"/>
                <w:szCs w:val="17"/>
              </w:rPr>
            </w:pPr>
            <w:r>
              <w:rPr>
                <w:rFonts w:ascii="Arial" w:hAnsi="Arial" w:cs="Arial"/>
                <w:color w:val="auto"/>
                <w:szCs w:val="17"/>
              </w:rPr>
              <w:t>69</w:t>
            </w:r>
          </w:p>
        </w:tc>
        <w:tc>
          <w:tcPr>
            <w:tcW w:w="3703" w:type="dxa"/>
            <w:shd w:val="clear" w:color="auto" w:fill="auto"/>
            <w:tcMar>
              <w:top w:w="50" w:type="dxa"/>
              <w:left w:w="50" w:type="dxa"/>
              <w:bottom w:w="50" w:type="dxa"/>
              <w:right w:w="50" w:type="dxa"/>
            </w:tcMar>
            <w:vAlign w:val="center"/>
          </w:tcPr>
          <w:p w14:paraId="6827CAED" w14:textId="16FAE74A" w:rsidR="004702A7" w:rsidRDefault="004702A7" w:rsidP="004702A7">
            <w:pPr>
              <w:spacing w:after="0"/>
              <w:rPr>
                <w:color w:val="000000"/>
                <w:sz w:val="20"/>
                <w:szCs w:val="20"/>
              </w:rPr>
            </w:pPr>
            <w:r>
              <w:rPr>
                <w:color w:val="000000"/>
                <w:sz w:val="20"/>
                <w:szCs w:val="20"/>
              </w:rPr>
              <w:t>D-Type Flip Flop</w:t>
            </w:r>
          </w:p>
        </w:tc>
        <w:tc>
          <w:tcPr>
            <w:tcW w:w="4266" w:type="dxa"/>
            <w:shd w:val="clear" w:color="auto" w:fill="auto"/>
            <w:vAlign w:val="center"/>
          </w:tcPr>
          <w:p w14:paraId="59A0CD93" w14:textId="3287C219" w:rsidR="004702A7" w:rsidRDefault="004702A7" w:rsidP="004702A7">
            <w:pPr>
              <w:spacing w:after="0"/>
              <w:rPr>
                <w:color w:val="000000"/>
                <w:sz w:val="20"/>
                <w:szCs w:val="20"/>
              </w:rPr>
            </w:pPr>
            <w:r>
              <w:rPr>
                <w:color w:val="000000"/>
                <w:sz w:val="20"/>
                <w:szCs w:val="20"/>
              </w:rPr>
              <w:t>74LS74</w:t>
            </w:r>
          </w:p>
        </w:tc>
        <w:tc>
          <w:tcPr>
            <w:tcW w:w="1204" w:type="dxa"/>
            <w:shd w:val="clear" w:color="auto" w:fill="auto"/>
            <w:tcMar>
              <w:top w:w="50" w:type="dxa"/>
              <w:left w:w="50" w:type="dxa"/>
              <w:bottom w:w="50" w:type="dxa"/>
              <w:right w:w="50" w:type="dxa"/>
            </w:tcMar>
            <w:vAlign w:val="center"/>
          </w:tcPr>
          <w:p w14:paraId="08FB5453" w14:textId="613334AA" w:rsidR="004702A7" w:rsidRDefault="004702A7" w:rsidP="004702A7">
            <w:pPr>
              <w:spacing w:after="0"/>
              <w:rPr>
                <w:color w:val="000000"/>
                <w:sz w:val="20"/>
                <w:szCs w:val="20"/>
              </w:rPr>
            </w:pPr>
            <w:r>
              <w:rPr>
                <w:color w:val="000000"/>
                <w:sz w:val="20"/>
                <w:szCs w:val="20"/>
              </w:rPr>
              <w:t>125</w:t>
            </w:r>
          </w:p>
        </w:tc>
        <w:tc>
          <w:tcPr>
            <w:tcW w:w="959" w:type="dxa"/>
            <w:shd w:val="clear" w:color="auto" w:fill="auto"/>
            <w:tcMar>
              <w:top w:w="50" w:type="dxa"/>
              <w:left w:w="50" w:type="dxa"/>
              <w:bottom w:w="50" w:type="dxa"/>
              <w:right w:w="50" w:type="dxa"/>
            </w:tcMar>
            <w:vAlign w:val="center"/>
          </w:tcPr>
          <w:p w14:paraId="2CDEB86A" w14:textId="5CA38F18" w:rsidR="004702A7" w:rsidRDefault="004702A7" w:rsidP="004702A7">
            <w:pPr>
              <w:spacing w:after="0"/>
              <w:rPr>
                <w:color w:val="000000"/>
                <w:sz w:val="20"/>
                <w:szCs w:val="20"/>
              </w:rPr>
            </w:pPr>
            <w:r>
              <w:rPr>
                <w:color w:val="000000"/>
                <w:sz w:val="20"/>
                <w:szCs w:val="20"/>
              </w:rPr>
              <w:t>Nos</w:t>
            </w:r>
          </w:p>
        </w:tc>
      </w:tr>
      <w:tr w:rsidR="004702A7" w:rsidRPr="00B03582" w14:paraId="29CE0C42" w14:textId="77777777" w:rsidTr="00F06F04">
        <w:tc>
          <w:tcPr>
            <w:tcW w:w="609" w:type="dxa"/>
            <w:shd w:val="clear" w:color="auto" w:fill="FAFAFA"/>
            <w:tcMar>
              <w:top w:w="50" w:type="dxa"/>
              <w:left w:w="50" w:type="dxa"/>
              <w:bottom w:w="50" w:type="dxa"/>
              <w:right w:w="50" w:type="dxa"/>
            </w:tcMar>
          </w:tcPr>
          <w:p w14:paraId="0BC6CE42" w14:textId="14120ADE" w:rsidR="004702A7" w:rsidRDefault="00441543" w:rsidP="004702A7">
            <w:pPr>
              <w:spacing w:after="0"/>
              <w:ind w:left="90"/>
              <w:jc w:val="center"/>
              <w:rPr>
                <w:rFonts w:ascii="Arial" w:hAnsi="Arial" w:cs="Arial"/>
                <w:color w:val="auto"/>
                <w:szCs w:val="17"/>
              </w:rPr>
            </w:pPr>
            <w:r>
              <w:rPr>
                <w:rFonts w:ascii="Arial" w:hAnsi="Arial" w:cs="Arial"/>
                <w:color w:val="auto"/>
                <w:szCs w:val="17"/>
              </w:rPr>
              <w:t>70</w:t>
            </w:r>
          </w:p>
        </w:tc>
        <w:tc>
          <w:tcPr>
            <w:tcW w:w="3703" w:type="dxa"/>
            <w:shd w:val="clear" w:color="auto" w:fill="auto"/>
            <w:tcMar>
              <w:top w:w="50" w:type="dxa"/>
              <w:left w:w="50" w:type="dxa"/>
              <w:bottom w:w="50" w:type="dxa"/>
              <w:right w:w="50" w:type="dxa"/>
            </w:tcMar>
            <w:vAlign w:val="center"/>
          </w:tcPr>
          <w:p w14:paraId="64E38371" w14:textId="1D2E061C" w:rsidR="004702A7" w:rsidRDefault="004702A7" w:rsidP="004702A7">
            <w:pPr>
              <w:spacing w:after="0"/>
              <w:rPr>
                <w:color w:val="000000"/>
                <w:sz w:val="20"/>
                <w:szCs w:val="20"/>
              </w:rPr>
            </w:pPr>
            <w:r>
              <w:rPr>
                <w:color w:val="000000"/>
                <w:sz w:val="20"/>
                <w:szCs w:val="20"/>
              </w:rPr>
              <w:t>Transistor</w:t>
            </w:r>
          </w:p>
        </w:tc>
        <w:tc>
          <w:tcPr>
            <w:tcW w:w="4266" w:type="dxa"/>
            <w:shd w:val="clear" w:color="auto" w:fill="auto"/>
            <w:vAlign w:val="center"/>
          </w:tcPr>
          <w:p w14:paraId="073676DC" w14:textId="09AD2F86" w:rsidR="004702A7" w:rsidRDefault="004702A7" w:rsidP="004702A7">
            <w:pPr>
              <w:spacing w:after="0"/>
              <w:rPr>
                <w:color w:val="000000"/>
                <w:sz w:val="20"/>
                <w:szCs w:val="20"/>
              </w:rPr>
            </w:pPr>
            <w:r>
              <w:rPr>
                <w:color w:val="000000"/>
                <w:sz w:val="20"/>
                <w:szCs w:val="20"/>
              </w:rPr>
              <w:t>2N2222</w:t>
            </w:r>
          </w:p>
        </w:tc>
        <w:tc>
          <w:tcPr>
            <w:tcW w:w="1204" w:type="dxa"/>
            <w:shd w:val="clear" w:color="auto" w:fill="auto"/>
            <w:tcMar>
              <w:top w:w="50" w:type="dxa"/>
              <w:left w:w="50" w:type="dxa"/>
              <w:bottom w:w="50" w:type="dxa"/>
              <w:right w:w="50" w:type="dxa"/>
            </w:tcMar>
            <w:vAlign w:val="center"/>
          </w:tcPr>
          <w:p w14:paraId="4F7A87D3" w14:textId="04784B02" w:rsidR="004702A7" w:rsidRDefault="004702A7" w:rsidP="004702A7">
            <w:pPr>
              <w:spacing w:after="0"/>
              <w:rPr>
                <w:color w:val="000000"/>
                <w:sz w:val="20"/>
                <w:szCs w:val="20"/>
              </w:rPr>
            </w:pPr>
            <w:r>
              <w:rPr>
                <w:color w:val="000000"/>
                <w:sz w:val="20"/>
                <w:szCs w:val="20"/>
              </w:rPr>
              <w:t>250</w:t>
            </w:r>
          </w:p>
        </w:tc>
        <w:tc>
          <w:tcPr>
            <w:tcW w:w="959" w:type="dxa"/>
            <w:shd w:val="clear" w:color="auto" w:fill="auto"/>
            <w:tcMar>
              <w:top w:w="50" w:type="dxa"/>
              <w:left w:w="50" w:type="dxa"/>
              <w:bottom w:w="50" w:type="dxa"/>
              <w:right w:w="50" w:type="dxa"/>
            </w:tcMar>
            <w:vAlign w:val="center"/>
          </w:tcPr>
          <w:p w14:paraId="2AB98272" w14:textId="09B57E70" w:rsidR="004702A7" w:rsidRDefault="004702A7" w:rsidP="004702A7">
            <w:pPr>
              <w:spacing w:after="0"/>
              <w:rPr>
                <w:color w:val="000000"/>
                <w:sz w:val="20"/>
                <w:szCs w:val="20"/>
              </w:rPr>
            </w:pPr>
            <w:r>
              <w:rPr>
                <w:color w:val="000000"/>
                <w:sz w:val="20"/>
                <w:szCs w:val="20"/>
              </w:rPr>
              <w:t>Nos</w:t>
            </w:r>
          </w:p>
        </w:tc>
      </w:tr>
      <w:tr w:rsidR="004702A7" w:rsidRPr="00B03582" w14:paraId="1894990F" w14:textId="77777777" w:rsidTr="00F06F04">
        <w:tc>
          <w:tcPr>
            <w:tcW w:w="609" w:type="dxa"/>
            <w:shd w:val="clear" w:color="auto" w:fill="FAFAFA"/>
            <w:tcMar>
              <w:top w:w="50" w:type="dxa"/>
              <w:left w:w="50" w:type="dxa"/>
              <w:bottom w:w="50" w:type="dxa"/>
              <w:right w:w="50" w:type="dxa"/>
            </w:tcMar>
          </w:tcPr>
          <w:p w14:paraId="6CE063D1" w14:textId="1337A48B" w:rsidR="004702A7" w:rsidRDefault="00441543" w:rsidP="004702A7">
            <w:pPr>
              <w:spacing w:after="0"/>
              <w:ind w:left="90"/>
              <w:jc w:val="center"/>
              <w:rPr>
                <w:rFonts w:ascii="Arial" w:hAnsi="Arial" w:cs="Arial"/>
                <w:color w:val="auto"/>
                <w:szCs w:val="17"/>
              </w:rPr>
            </w:pPr>
            <w:r>
              <w:rPr>
                <w:rFonts w:ascii="Arial" w:hAnsi="Arial" w:cs="Arial"/>
                <w:color w:val="auto"/>
                <w:szCs w:val="17"/>
              </w:rPr>
              <w:lastRenderedPageBreak/>
              <w:t>71</w:t>
            </w:r>
          </w:p>
        </w:tc>
        <w:tc>
          <w:tcPr>
            <w:tcW w:w="3703" w:type="dxa"/>
            <w:shd w:val="clear" w:color="auto" w:fill="auto"/>
            <w:tcMar>
              <w:top w:w="50" w:type="dxa"/>
              <w:left w:w="50" w:type="dxa"/>
              <w:bottom w:w="50" w:type="dxa"/>
              <w:right w:w="50" w:type="dxa"/>
            </w:tcMar>
            <w:vAlign w:val="center"/>
          </w:tcPr>
          <w:p w14:paraId="7762357E" w14:textId="5404E8DE" w:rsidR="004702A7" w:rsidRDefault="004702A7" w:rsidP="004702A7">
            <w:pPr>
              <w:spacing w:after="0"/>
              <w:rPr>
                <w:color w:val="000000"/>
                <w:sz w:val="20"/>
                <w:szCs w:val="20"/>
              </w:rPr>
            </w:pPr>
            <w:r>
              <w:rPr>
                <w:color w:val="000000"/>
                <w:sz w:val="20"/>
                <w:szCs w:val="20"/>
              </w:rPr>
              <w:t>External Hard Disk</w:t>
            </w:r>
          </w:p>
        </w:tc>
        <w:tc>
          <w:tcPr>
            <w:tcW w:w="4266" w:type="dxa"/>
            <w:shd w:val="clear" w:color="auto" w:fill="auto"/>
            <w:vAlign w:val="center"/>
          </w:tcPr>
          <w:p w14:paraId="0DAB2A9F" w14:textId="5B666789" w:rsidR="004702A7" w:rsidRDefault="004702A7" w:rsidP="004702A7">
            <w:pPr>
              <w:spacing w:after="0"/>
              <w:rPr>
                <w:color w:val="000000"/>
                <w:sz w:val="20"/>
                <w:szCs w:val="20"/>
              </w:rPr>
            </w:pPr>
            <w:r>
              <w:rPr>
                <w:color w:val="000000"/>
                <w:sz w:val="20"/>
                <w:szCs w:val="20"/>
              </w:rPr>
              <w:t>1TB</w:t>
            </w:r>
          </w:p>
        </w:tc>
        <w:tc>
          <w:tcPr>
            <w:tcW w:w="1204" w:type="dxa"/>
            <w:shd w:val="clear" w:color="auto" w:fill="auto"/>
            <w:tcMar>
              <w:top w:w="50" w:type="dxa"/>
              <w:left w:w="50" w:type="dxa"/>
              <w:bottom w:w="50" w:type="dxa"/>
              <w:right w:w="50" w:type="dxa"/>
            </w:tcMar>
            <w:vAlign w:val="center"/>
          </w:tcPr>
          <w:p w14:paraId="7A8ED55F" w14:textId="15E238C3" w:rsidR="004702A7" w:rsidRDefault="004702A7" w:rsidP="004702A7">
            <w:pPr>
              <w:spacing w:after="0"/>
              <w:rPr>
                <w:color w:val="000000"/>
                <w:sz w:val="20"/>
                <w:szCs w:val="20"/>
              </w:rPr>
            </w:pPr>
            <w:r>
              <w:rPr>
                <w:color w:val="000000"/>
                <w:sz w:val="20"/>
                <w:szCs w:val="20"/>
              </w:rPr>
              <w:t>1</w:t>
            </w:r>
          </w:p>
        </w:tc>
        <w:tc>
          <w:tcPr>
            <w:tcW w:w="959" w:type="dxa"/>
            <w:shd w:val="clear" w:color="auto" w:fill="auto"/>
            <w:tcMar>
              <w:top w:w="50" w:type="dxa"/>
              <w:left w:w="50" w:type="dxa"/>
              <w:bottom w:w="50" w:type="dxa"/>
              <w:right w:w="50" w:type="dxa"/>
            </w:tcMar>
            <w:vAlign w:val="center"/>
          </w:tcPr>
          <w:p w14:paraId="549CA5E1" w14:textId="12C045B0" w:rsidR="004702A7" w:rsidRDefault="004702A7" w:rsidP="004702A7">
            <w:pPr>
              <w:spacing w:after="0"/>
              <w:rPr>
                <w:color w:val="000000"/>
                <w:sz w:val="20"/>
                <w:szCs w:val="20"/>
              </w:rPr>
            </w:pPr>
            <w:r>
              <w:rPr>
                <w:color w:val="000000"/>
                <w:sz w:val="20"/>
                <w:szCs w:val="20"/>
              </w:rPr>
              <w:t>Nos</w:t>
            </w:r>
          </w:p>
        </w:tc>
      </w:tr>
    </w:tbl>
    <w:p w14:paraId="4372DC84" w14:textId="77777777" w:rsidR="007F6D20" w:rsidRPr="00B03582" w:rsidRDefault="007F6D20">
      <w:pPr>
        <w:spacing w:after="60"/>
        <w:rPr>
          <w:rFonts w:ascii="Arial" w:hAnsi="Arial" w:cs="Arial"/>
          <w:color w:val="auto"/>
        </w:rPr>
      </w:pPr>
    </w:p>
    <w:p w14:paraId="28828900" w14:textId="77777777" w:rsidR="007F6D20" w:rsidRPr="00B03582" w:rsidRDefault="0065640F">
      <w:pPr>
        <w:spacing w:before="40" w:after="40"/>
        <w:rPr>
          <w:rFonts w:ascii="Arial" w:hAnsi="Arial" w:cs="Arial"/>
          <w:color w:val="auto"/>
        </w:rPr>
      </w:pPr>
      <w:r w:rsidRPr="00B03582">
        <w:rPr>
          <w:rFonts w:ascii="Arial" w:hAnsi="Arial" w:cs="Arial"/>
          <w:b/>
          <w:color w:val="auto"/>
        </w:rPr>
        <w:t>2. INSTRUCTIONS TO BIDDERS &amp; COMMERCIAL TERMS</w:t>
      </w: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2613FA5F" w14:textId="77777777" w:rsidTr="004740F0">
        <w:trPr>
          <w:jc w:val="center"/>
        </w:trPr>
        <w:tc>
          <w:tcPr>
            <w:tcW w:w="10757" w:type="dxa"/>
            <w:tcMar>
              <w:top w:w="60" w:type="dxa"/>
              <w:left w:w="70" w:type="dxa"/>
              <w:bottom w:w="60" w:type="dxa"/>
              <w:right w:w="70" w:type="dxa"/>
            </w:tcMar>
          </w:tcPr>
          <w:p w14:paraId="32CE7EB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1.</w:t>
            </w:r>
            <w:r w:rsidRPr="00B03582">
              <w:rPr>
                <w:rFonts w:ascii="Arial" w:hAnsi="Arial" w:cs="Arial"/>
                <w:color w:val="auto"/>
                <w:szCs w:val="17"/>
              </w:rPr>
              <w:t xml:space="preserve"> </w:t>
            </w:r>
            <w:r w:rsidRPr="005B002D">
              <w:rPr>
                <w:rFonts w:ascii="Arial" w:hAnsi="Arial" w:cs="Arial"/>
                <w:b/>
                <w:bCs/>
                <w:color w:val="auto"/>
                <w:szCs w:val="17"/>
              </w:rPr>
              <w:t>Submission on Vendor's Official Letterhead:</w:t>
            </w:r>
            <w:r w:rsidRPr="00B03582">
              <w:rPr>
                <w:rFonts w:ascii="Arial" w:hAnsi="Arial" w:cs="Arial"/>
                <w:color w:val="auto"/>
                <w:szCs w:val="17"/>
              </w:rPr>
              <w:t xml:space="preserve"> Bidders MUST submit their complete technical details, unit prices, total amounts, and delivery lead times printed on their own official company letterhead, bearing valid FBR NTN, quotation reference number, date, authorized signature, and company stamp.</w:t>
            </w:r>
          </w:p>
          <w:p w14:paraId="36DF474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2.</w:t>
            </w:r>
            <w:r w:rsidRPr="00B03582">
              <w:rPr>
                <w:rFonts w:ascii="Arial" w:hAnsi="Arial" w:cs="Arial"/>
                <w:color w:val="auto"/>
                <w:szCs w:val="17"/>
              </w:rPr>
              <w:t xml:space="preserve"> </w:t>
            </w:r>
            <w:r w:rsidRPr="005B002D">
              <w:rPr>
                <w:rFonts w:ascii="Arial" w:hAnsi="Arial" w:cs="Arial"/>
                <w:b/>
                <w:bCs/>
                <w:color w:val="auto"/>
                <w:szCs w:val="17"/>
              </w:rPr>
              <w:t>Inclusive Pricing Mandate:</w:t>
            </w:r>
            <w:r w:rsidRPr="00B03582">
              <w:rPr>
                <w:rFonts w:ascii="Arial" w:hAnsi="Arial" w:cs="Arial"/>
                <w:color w:val="auto"/>
                <w:szCs w:val="17"/>
              </w:rPr>
              <w:t xml:space="preserve"> All quoted prices must be fully inclusive of all applicable government taxes, duties, freight, handling, and delivery charges to HITEC University Taxila. No separate tax addition or extra charges over and above the quoted prices shall be allowed under any circumstances.</w:t>
            </w:r>
          </w:p>
          <w:p w14:paraId="2EBD8B97" w14:textId="33EFCA7C"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3. Sealed Outer Envelope:</w:t>
            </w:r>
            <w:r w:rsidRPr="00B03582">
              <w:rPr>
                <w:rFonts w:ascii="Arial" w:hAnsi="Arial" w:cs="Arial"/>
                <w:color w:val="auto"/>
                <w:szCs w:val="17"/>
              </w:rPr>
              <w:t xml:space="preserve"> Quotations must be delivered in a sealed envelope clearly marked: 'RFQ Re</w:t>
            </w:r>
            <w:r w:rsidR="00274ABF">
              <w:rPr>
                <w:rFonts w:ascii="Arial" w:hAnsi="Arial" w:cs="Arial"/>
                <w:color w:val="auto"/>
                <w:szCs w:val="17"/>
              </w:rPr>
              <w:t>f No: HITEC/PROC/RFQ/2026/2869</w:t>
            </w:r>
            <w:r w:rsidRPr="00B03582">
              <w:rPr>
                <w:rFonts w:ascii="Arial" w:hAnsi="Arial" w:cs="Arial"/>
                <w:color w:val="auto"/>
                <w:szCs w:val="17"/>
              </w:rPr>
              <w:t xml:space="preserve"> — DO NOT OPEN BEFORE CLOSING DEADLINE' addressed to Manager Procurement, Procurement Branch, HITEC University Taxila.</w:t>
            </w:r>
          </w:p>
          <w:p w14:paraId="38A0E6D0" w14:textId="45DE0F54"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4. Closing Deadline Strictness:</w:t>
            </w:r>
            <w:r w:rsidRPr="00B03582">
              <w:rPr>
                <w:rFonts w:ascii="Arial" w:hAnsi="Arial" w:cs="Arial"/>
                <w:color w:val="auto"/>
                <w:szCs w:val="17"/>
              </w:rPr>
              <w:t xml:space="preserve"> Bids received after the </w:t>
            </w:r>
            <w:r w:rsidR="005B002D">
              <w:rPr>
                <w:rFonts w:ascii="Arial" w:hAnsi="Arial" w:cs="Arial"/>
                <w:color w:val="auto"/>
                <w:szCs w:val="17"/>
              </w:rPr>
              <w:t xml:space="preserve">submission deadline </w:t>
            </w:r>
            <w:r w:rsidR="005B002D" w:rsidRPr="00B03582">
              <w:rPr>
                <w:rFonts w:ascii="Arial" w:hAnsi="Arial" w:cs="Arial"/>
                <w:color w:val="auto"/>
                <w:szCs w:val="17"/>
              </w:rPr>
              <w:t>date</w:t>
            </w:r>
            <w:r w:rsidRPr="00B03582">
              <w:rPr>
                <w:rFonts w:ascii="Arial" w:hAnsi="Arial" w:cs="Arial"/>
                <w:color w:val="auto"/>
                <w:szCs w:val="17"/>
              </w:rPr>
              <w:t xml:space="preserve"> and time will be rejected automatically.</w:t>
            </w:r>
          </w:p>
          <w:p w14:paraId="0FC393EE"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5. Tax Eligibility &amp; ATL Status:</w:t>
            </w:r>
            <w:r w:rsidRPr="00B03582">
              <w:rPr>
                <w:rFonts w:ascii="Arial" w:hAnsi="Arial" w:cs="Arial"/>
                <w:color w:val="auto"/>
                <w:szCs w:val="17"/>
              </w:rPr>
              <w:t xml:space="preserve"> Only active taxpayers listed on FBR's Active Taxpayers List (ATL) with a valid NTN are eligible to participate. Applicable statutory taxes will be withheld at source as per Government rules.</w:t>
            </w:r>
          </w:p>
          <w:p w14:paraId="5D0EC72F"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6. Commercial Validity &amp; Lead Time:</w:t>
            </w:r>
            <w:r w:rsidRPr="00B03582">
              <w:rPr>
                <w:rFonts w:ascii="Arial" w:hAnsi="Arial" w:cs="Arial"/>
                <w:color w:val="auto"/>
                <w:szCs w:val="17"/>
              </w:rPr>
              <w:t xml:space="preserve"> Quoted prices must remain valid for a minimum of 30 Days from the closing date. Delivery lead time must be explicitly stated in calendar days on the quotation.</w:t>
            </w:r>
          </w:p>
          <w:p w14:paraId="1AFC38FB"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7. Payment Terms:</w:t>
            </w:r>
            <w:r w:rsidRPr="00B03582">
              <w:rPr>
                <w:rFonts w:ascii="Arial" w:hAnsi="Arial" w:cs="Arial"/>
                <w:color w:val="auto"/>
                <w:szCs w:val="17"/>
              </w:rPr>
              <w:t xml:space="preserve"> 100% payment upon complete delivery, physical inspection, and issuance of Acceptance Certificate by University Inspection Committee.</w:t>
            </w:r>
          </w:p>
          <w:p w14:paraId="5922C608" w14:textId="77777777" w:rsidR="007F6D20" w:rsidRPr="00B03582" w:rsidRDefault="0065640F" w:rsidP="005B002D">
            <w:pPr>
              <w:spacing w:after="30"/>
              <w:jc w:val="both"/>
              <w:rPr>
                <w:rFonts w:ascii="Arial" w:hAnsi="Arial" w:cs="Arial"/>
                <w:color w:val="auto"/>
              </w:rPr>
            </w:pPr>
            <w:r w:rsidRPr="005B002D">
              <w:rPr>
                <w:rFonts w:ascii="Arial" w:hAnsi="Arial" w:cs="Arial"/>
                <w:b/>
                <w:bCs/>
                <w:color w:val="auto"/>
                <w:szCs w:val="17"/>
              </w:rPr>
              <w:t>8. Institutional Rights:</w:t>
            </w:r>
            <w:r w:rsidRPr="00B03582">
              <w:rPr>
                <w:rFonts w:ascii="Arial" w:hAnsi="Arial" w:cs="Arial"/>
                <w:color w:val="auto"/>
                <w:szCs w:val="17"/>
              </w:rPr>
              <w:t xml:space="preserve"> HITEC University reserves the right to accept or reject any quotation, split quantities, or annul the procurement process without incurring liability.</w:t>
            </w:r>
          </w:p>
        </w:tc>
      </w:tr>
    </w:tbl>
    <w:p w14:paraId="6778E3B4" w14:textId="77777777" w:rsidR="007F6D20" w:rsidRPr="00B03582" w:rsidRDefault="007F6D20">
      <w:pPr>
        <w:spacing w:after="60"/>
        <w:rPr>
          <w:rFonts w:ascii="Arial" w:hAnsi="Arial" w:cs="Arial"/>
          <w:color w:val="auto"/>
        </w:rPr>
      </w:pP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3F65C851" w14:textId="77777777">
        <w:trPr>
          <w:jc w:val="center"/>
        </w:trPr>
        <w:tc>
          <w:tcPr>
            <w:tcW w:w="10757" w:type="dxa"/>
            <w:tcMar>
              <w:top w:w="60" w:type="dxa"/>
              <w:left w:w="80" w:type="dxa"/>
              <w:bottom w:w="60" w:type="dxa"/>
              <w:right w:w="80" w:type="dxa"/>
            </w:tcMar>
          </w:tcPr>
          <w:p w14:paraId="23C45E63" w14:textId="45117C33" w:rsidR="007F6D20" w:rsidRPr="00B03582" w:rsidRDefault="0065640F" w:rsidP="008631E1">
            <w:pPr>
              <w:spacing w:after="0"/>
              <w:rPr>
                <w:rFonts w:ascii="Arial" w:hAnsi="Arial" w:cs="Arial"/>
                <w:color w:val="auto"/>
              </w:rPr>
            </w:pPr>
            <w:r w:rsidRPr="00B03582">
              <w:rPr>
                <w:rFonts w:ascii="Arial" w:hAnsi="Arial" w:cs="Arial"/>
                <w:b/>
                <w:color w:val="auto"/>
              </w:rPr>
              <w:t xml:space="preserve">ISSUED BY ORDER OF THE </w:t>
            </w:r>
            <w:r w:rsidR="00C62255">
              <w:rPr>
                <w:rFonts w:ascii="Arial" w:hAnsi="Arial" w:cs="Arial"/>
                <w:b/>
                <w:color w:val="auto"/>
              </w:rPr>
              <w:t>DIRECTOR ADMINISTRATION</w:t>
            </w:r>
            <w:r w:rsidRPr="00B03582">
              <w:rPr>
                <w:rFonts w:ascii="Arial" w:hAnsi="Arial" w:cs="Arial"/>
                <w:b/>
                <w:color w:val="auto"/>
              </w:rPr>
              <w:t xml:space="preserve"> (HITEC UNIVERSITY TAXILA)</w:t>
            </w:r>
            <w:r w:rsidRPr="00B03582">
              <w:rPr>
                <w:rFonts w:ascii="Arial" w:hAnsi="Arial" w:cs="Arial"/>
                <w:b/>
                <w:color w:val="auto"/>
              </w:rPr>
              <w:br/>
            </w:r>
            <w:r w:rsidRPr="00B03582">
              <w:rPr>
                <w:rFonts w:ascii="Arial" w:hAnsi="Arial" w:cs="Arial"/>
                <w:b/>
                <w:color w:val="auto"/>
              </w:rPr>
              <w:br/>
            </w:r>
            <w:r w:rsidRPr="00B03582">
              <w:rPr>
                <w:rFonts w:ascii="Arial" w:hAnsi="Arial" w:cs="Arial"/>
                <w:b/>
                <w:color w:val="auto"/>
              </w:rPr>
              <w:br/>
            </w:r>
            <w:r w:rsidRPr="00B03582">
              <w:rPr>
                <w:rFonts w:ascii="Arial" w:hAnsi="Arial" w:cs="Arial"/>
                <w:color w:val="auto"/>
                <w:sz w:val="16"/>
              </w:rPr>
              <w:t>_____________________________________</w:t>
            </w:r>
            <w:r w:rsidRPr="00B03582">
              <w:rPr>
                <w:rFonts w:ascii="Arial" w:hAnsi="Arial" w:cs="Arial"/>
                <w:color w:val="auto"/>
                <w:sz w:val="16"/>
              </w:rPr>
              <w:br/>
            </w:r>
            <w:r w:rsidRPr="00B03582">
              <w:rPr>
                <w:rFonts w:ascii="Arial" w:hAnsi="Arial" w:cs="Arial"/>
                <w:b/>
                <w:color w:val="auto"/>
                <w:sz w:val="16"/>
              </w:rPr>
              <w:t>Bilal Ahmed Shah / Manager Procurement</w:t>
            </w:r>
            <w:r w:rsidRPr="00B03582">
              <w:rPr>
                <w:rFonts w:ascii="Arial" w:hAnsi="Arial" w:cs="Arial"/>
                <w:b/>
                <w:color w:val="auto"/>
                <w:sz w:val="16"/>
              </w:rPr>
              <w:br/>
              <w:t xml:space="preserve">Date of Issuance: </w:t>
            </w:r>
            <w:r w:rsidR="00274ABF">
              <w:rPr>
                <w:rFonts w:ascii="Arial" w:hAnsi="Arial" w:cs="Arial"/>
                <w:b/>
                <w:color w:val="auto"/>
                <w:sz w:val="16"/>
              </w:rPr>
              <w:t>15</w:t>
            </w:r>
            <w:r w:rsidR="008631E1">
              <w:rPr>
                <w:rFonts w:ascii="Arial" w:hAnsi="Arial" w:cs="Arial"/>
                <w:b/>
                <w:color w:val="auto"/>
                <w:sz w:val="16"/>
              </w:rPr>
              <w:t xml:space="preserve"> O</w:t>
            </w:r>
            <w:r w:rsidR="004D57FD">
              <w:rPr>
                <w:rFonts w:ascii="Arial" w:hAnsi="Arial" w:cs="Arial"/>
                <w:b/>
                <w:color w:val="auto"/>
                <w:sz w:val="16"/>
              </w:rPr>
              <w:t>ctober</w:t>
            </w:r>
            <w:r w:rsidRPr="00B03582">
              <w:rPr>
                <w:rFonts w:ascii="Arial" w:hAnsi="Arial" w:cs="Arial"/>
                <w:b/>
                <w:color w:val="auto"/>
                <w:sz w:val="16"/>
              </w:rPr>
              <w:t>, 2026</w:t>
            </w:r>
          </w:p>
        </w:tc>
      </w:tr>
    </w:tbl>
    <w:p w14:paraId="3EC2A8C9" w14:textId="77777777" w:rsidR="00DC2554" w:rsidRPr="00B03582" w:rsidRDefault="00DC2554">
      <w:pPr>
        <w:rPr>
          <w:rFonts w:ascii="Arial" w:hAnsi="Arial" w:cs="Arial"/>
          <w:color w:val="auto"/>
        </w:rPr>
      </w:pPr>
    </w:p>
    <w:sectPr w:rsidR="00DC2554" w:rsidRPr="00B03582" w:rsidSect="00034616">
      <w:pgSz w:w="11909" w:h="16834"/>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FF6241"/>
    <w:multiLevelType w:val="hybridMultilevel"/>
    <w:tmpl w:val="FC9477F2"/>
    <w:lvl w:ilvl="0" w:tplc="04090019">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7C81"/>
    <w:rsid w:val="00034616"/>
    <w:rsid w:val="0006063C"/>
    <w:rsid w:val="0015074B"/>
    <w:rsid w:val="001A766D"/>
    <w:rsid w:val="00203DB6"/>
    <w:rsid w:val="002351DC"/>
    <w:rsid w:val="00274ABF"/>
    <w:rsid w:val="0029639D"/>
    <w:rsid w:val="002D4E51"/>
    <w:rsid w:val="002F7A46"/>
    <w:rsid w:val="003011C5"/>
    <w:rsid w:val="00326F90"/>
    <w:rsid w:val="0039391B"/>
    <w:rsid w:val="00397A9B"/>
    <w:rsid w:val="003B3821"/>
    <w:rsid w:val="00404BB0"/>
    <w:rsid w:val="0041659E"/>
    <w:rsid w:val="00441543"/>
    <w:rsid w:val="004702A7"/>
    <w:rsid w:val="004740F0"/>
    <w:rsid w:val="00487D57"/>
    <w:rsid w:val="004D57FD"/>
    <w:rsid w:val="00543E0D"/>
    <w:rsid w:val="005B002D"/>
    <w:rsid w:val="005D7C5F"/>
    <w:rsid w:val="0065640F"/>
    <w:rsid w:val="007F6D20"/>
    <w:rsid w:val="008631E1"/>
    <w:rsid w:val="008F1A1C"/>
    <w:rsid w:val="008F3F21"/>
    <w:rsid w:val="009C2093"/>
    <w:rsid w:val="00AA1D8D"/>
    <w:rsid w:val="00B03582"/>
    <w:rsid w:val="00B47730"/>
    <w:rsid w:val="00C62255"/>
    <w:rsid w:val="00CB0664"/>
    <w:rsid w:val="00CB1C6E"/>
    <w:rsid w:val="00DB3F09"/>
    <w:rsid w:val="00DC2554"/>
    <w:rsid w:val="00E1592B"/>
    <w:rsid w:val="00EF1EED"/>
    <w:rsid w:val="00F952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FB326"/>
  <w14:defaultImageDpi w14:val="300"/>
  <w15:docId w15:val="{7D9FE3CB-AE2F-4607-89A6-789163EF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color w:val="222222"/>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semiHidden/>
    <w:unhideWhenUsed/>
    <w:rsid w:val="00CB1C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381905">
      <w:bodyDiv w:val="1"/>
      <w:marLeft w:val="0"/>
      <w:marRight w:val="0"/>
      <w:marTop w:val="0"/>
      <w:marBottom w:val="0"/>
      <w:divBdr>
        <w:top w:val="none" w:sz="0" w:space="0" w:color="auto"/>
        <w:left w:val="none" w:sz="0" w:space="0" w:color="auto"/>
        <w:bottom w:val="none" w:sz="0" w:space="0" w:color="auto"/>
        <w:right w:val="none" w:sz="0" w:space="0" w:color="auto"/>
      </w:divBdr>
    </w:div>
    <w:div w:id="443885545">
      <w:bodyDiv w:val="1"/>
      <w:marLeft w:val="0"/>
      <w:marRight w:val="0"/>
      <w:marTop w:val="0"/>
      <w:marBottom w:val="0"/>
      <w:divBdr>
        <w:top w:val="none" w:sz="0" w:space="0" w:color="auto"/>
        <w:left w:val="none" w:sz="0" w:space="0" w:color="auto"/>
        <w:bottom w:val="none" w:sz="0" w:space="0" w:color="auto"/>
        <w:right w:val="none" w:sz="0" w:space="0" w:color="auto"/>
      </w:divBdr>
    </w:div>
    <w:div w:id="555429570">
      <w:bodyDiv w:val="1"/>
      <w:marLeft w:val="0"/>
      <w:marRight w:val="0"/>
      <w:marTop w:val="0"/>
      <w:marBottom w:val="0"/>
      <w:divBdr>
        <w:top w:val="none" w:sz="0" w:space="0" w:color="auto"/>
        <w:left w:val="none" w:sz="0" w:space="0" w:color="auto"/>
        <w:bottom w:val="none" w:sz="0" w:space="0" w:color="auto"/>
        <w:right w:val="none" w:sz="0" w:space="0" w:color="auto"/>
      </w:divBdr>
    </w:div>
    <w:div w:id="582567763">
      <w:bodyDiv w:val="1"/>
      <w:marLeft w:val="0"/>
      <w:marRight w:val="0"/>
      <w:marTop w:val="0"/>
      <w:marBottom w:val="0"/>
      <w:divBdr>
        <w:top w:val="none" w:sz="0" w:space="0" w:color="auto"/>
        <w:left w:val="none" w:sz="0" w:space="0" w:color="auto"/>
        <w:bottom w:val="none" w:sz="0" w:space="0" w:color="auto"/>
        <w:right w:val="none" w:sz="0" w:space="0" w:color="auto"/>
      </w:divBdr>
    </w:div>
    <w:div w:id="626621506">
      <w:bodyDiv w:val="1"/>
      <w:marLeft w:val="0"/>
      <w:marRight w:val="0"/>
      <w:marTop w:val="0"/>
      <w:marBottom w:val="0"/>
      <w:divBdr>
        <w:top w:val="none" w:sz="0" w:space="0" w:color="auto"/>
        <w:left w:val="none" w:sz="0" w:space="0" w:color="auto"/>
        <w:bottom w:val="none" w:sz="0" w:space="0" w:color="auto"/>
        <w:right w:val="none" w:sz="0" w:space="0" w:color="auto"/>
      </w:divBdr>
    </w:div>
    <w:div w:id="750388397">
      <w:bodyDiv w:val="1"/>
      <w:marLeft w:val="0"/>
      <w:marRight w:val="0"/>
      <w:marTop w:val="0"/>
      <w:marBottom w:val="0"/>
      <w:divBdr>
        <w:top w:val="none" w:sz="0" w:space="0" w:color="auto"/>
        <w:left w:val="none" w:sz="0" w:space="0" w:color="auto"/>
        <w:bottom w:val="none" w:sz="0" w:space="0" w:color="auto"/>
        <w:right w:val="none" w:sz="0" w:space="0" w:color="auto"/>
      </w:divBdr>
    </w:div>
    <w:div w:id="878784358">
      <w:bodyDiv w:val="1"/>
      <w:marLeft w:val="0"/>
      <w:marRight w:val="0"/>
      <w:marTop w:val="0"/>
      <w:marBottom w:val="0"/>
      <w:divBdr>
        <w:top w:val="none" w:sz="0" w:space="0" w:color="auto"/>
        <w:left w:val="none" w:sz="0" w:space="0" w:color="auto"/>
        <w:bottom w:val="none" w:sz="0" w:space="0" w:color="auto"/>
        <w:right w:val="none" w:sz="0" w:space="0" w:color="auto"/>
      </w:divBdr>
    </w:div>
    <w:div w:id="948509094">
      <w:bodyDiv w:val="1"/>
      <w:marLeft w:val="0"/>
      <w:marRight w:val="0"/>
      <w:marTop w:val="0"/>
      <w:marBottom w:val="0"/>
      <w:divBdr>
        <w:top w:val="none" w:sz="0" w:space="0" w:color="auto"/>
        <w:left w:val="none" w:sz="0" w:space="0" w:color="auto"/>
        <w:bottom w:val="none" w:sz="0" w:space="0" w:color="auto"/>
        <w:right w:val="none" w:sz="0" w:space="0" w:color="auto"/>
      </w:divBdr>
    </w:div>
    <w:div w:id="1425539978">
      <w:bodyDiv w:val="1"/>
      <w:marLeft w:val="0"/>
      <w:marRight w:val="0"/>
      <w:marTop w:val="0"/>
      <w:marBottom w:val="0"/>
      <w:divBdr>
        <w:top w:val="none" w:sz="0" w:space="0" w:color="auto"/>
        <w:left w:val="none" w:sz="0" w:space="0" w:color="auto"/>
        <w:bottom w:val="none" w:sz="0" w:space="0" w:color="auto"/>
        <w:right w:val="none" w:sz="0" w:space="0" w:color="auto"/>
      </w:divBdr>
    </w:div>
    <w:div w:id="1448430298">
      <w:bodyDiv w:val="1"/>
      <w:marLeft w:val="0"/>
      <w:marRight w:val="0"/>
      <w:marTop w:val="0"/>
      <w:marBottom w:val="0"/>
      <w:divBdr>
        <w:top w:val="none" w:sz="0" w:space="0" w:color="auto"/>
        <w:left w:val="none" w:sz="0" w:space="0" w:color="auto"/>
        <w:bottom w:val="none" w:sz="0" w:space="0" w:color="auto"/>
        <w:right w:val="none" w:sz="0" w:space="0" w:color="auto"/>
      </w:divBdr>
    </w:div>
    <w:div w:id="20686060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reamstime.com/illustration/vector-original-stamp.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4B7F5-2FBC-414A-9084-97FD9BBA1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farooq</dc:creator>
  <cp:keywords/>
  <dc:description>generated by python-docx</dc:description>
  <cp:lastModifiedBy>Bilal</cp:lastModifiedBy>
  <cp:revision>19</cp:revision>
  <dcterms:created xsi:type="dcterms:W3CDTF">2026-10-12T06:59:00Z</dcterms:created>
  <dcterms:modified xsi:type="dcterms:W3CDTF">2026-10-16T05:31:00Z</dcterms:modified>
  <cp:category/>
</cp:coreProperties>
</file>