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74CF433" w14:textId="1DEDE70D" w:rsidR="007F6D20" w:rsidRPr="00B03582" w:rsidRDefault="0065640F">
      <w:pPr>
        <w:spacing w:after="20"/>
        <w:jc w:val="center"/>
        <w:rPr>
          <w:rFonts w:ascii="Arial" w:hAnsi="Arial" w:cs="Arial"/>
          <w:color w:val="auto"/>
        </w:rPr>
      </w:pPr>
      <w:r w:rsidRPr="00B03582">
        <w:rPr>
          <w:rFonts w:ascii="Arial" w:hAnsi="Arial" w:cs="Arial"/>
          <w:b/>
          <w:color w:val="auto"/>
          <w:sz w:val="27"/>
        </w:rPr>
        <w:t>HITEC UNIVERSITY TAXILA</w:t>
      </w:r>
      <w:r w:rsidRPr="00B03582">
        <w:rPr>
          <w:rFonts w:ascii="Arial" w:hAnsi="Arial" w:cs="Arial"/>
          <w:b/>
          <w:color w:val="auto"/>
          <w:sz w:val="27"/>
        </w:rPr>
        <w:br/>
      </w:r>
      <w:r w:rsidRPr="00B03582">
        <w:rPr>
          <w:rFonts w:ascii="Arial" w:hAnsi="Arial" w:cs="Arial"/>
          <w:b/>
          <w:color w:val="auto"/>
          <w:sz w:val="19"/>
        </w:rPr>
        <w:t>OFFICE OF THE PROCUREMENT</w:t>
      </w:r>
      <w:r w:rsidRPr="00B03582">
        <w:rPr>
          <w:rFonts w:ascii="Arial" w:hAnsi="Arial" w:cs="Arial"/>
          <w:b/>
          <w:color w:val="auto"/>
          <w:sz w:val="19"/>
        </w:rPr>
        <w:br/>
      </w:r>
      <w:r w:rsidRPr="00B03582">
        <w:rPr>
          <w:rFonts w:ascii="Arial" w:hAnsi="Arial" w:cs="Arial"/>
          <w:color w:val="auto"/>
          <w:sz w:val="15"/>
        </w:rPr>
        <w:t xml:space="preserve">Museum Road, Taxila </w:t>
      </w:r>
      <w:proofErr w:type="spellStart"/>
      <w:r w:rsidRPr="00B03582">
        <w:rPr>
          <w:rFonts w:ascii="Arial" w:hAnsi="Arial" w:cs="Arial"/>
          <w:color w:val="auto"/>
          <w:sz w:val="15"/>
        </w:rPr>
        <w:t>Cantt</w:t>
      </w:r>
      <w:proofErr w:type="spellEnd"/>
      <w:r w:rsidRPr="00B03582">
        <w:rPr>
          <w:rFonts w:ascii="Arial" w:hAnsi="Arial" w:cs="Arial"/>
          <w:color w:val="auto"/>
          <w:sz w:val="15"/>
        </w:rPr>
        <w:t xml:space="preserve"> | Tel: 051-4908146-9 (Ext. 308) | Email: procurement.office@hitecuni.edu.pk</w:t>
      </w:r>
    </w:p>
    <w:tbl>
      <w:tblPr>
        <w:tblW w:w="0" w:type="auto"/>
        <w:jc w:val="center"/>
        <w:tblLook w:val="04A0" w:firstRow="1" w:lastRow="0" w:firstColumn="1" w:lastColumn="0" w:noHBand="0" w:noVBand="1"/>
      </w:tblPr>
      <w:tblGrid>
        <w:gridCol w:w="10757"/>
      </w:tblGrid>
      <w:tr w:rsidR="007F6D20" w:rsidRPr="00B03582" w14:paraId="05BEABA8" w14:textId="77777777" w:rsidTr="00B03582">
        <w:trPr>
          <w:jc w:val="center"/>
        </w:trPr>
        <w:tc>
          <w:tcPr>
            <w:tcW w:w="10757" w:type="dxa"/>
            <w:tcMar>
              <w:top w:w="65" w:type="dxa"/>
              <w:left w:w="100" w:type="dxa"/>
              <w:bottom w:w="65" w:type="dxa"/>
              <w:right w:w="100" w:type="dxa"/>
            </w:tcMar>
          </w:tcPr>
          <w:p w14:paraId="5E412F41" w14:textId="77777777" w:rsidR="007F6D20" w:rsidRPr="00B03582" w:rsidRDefault="0065640F">
            <w:pPr>
              <w:spacing w:after="0"/>
              <w:jc w:val="center"/>
              <w:rPr>
                <w:rFonts w:ascii="Arial" w:hAnsi="Arial" w:cs="Arial"/>
                <w:color w:val="auto"/>
              </w:rPr>
            </w:pPr>
            <w:r w:rsidRPr="00B03582">
              <w:rPr>
                <w:rFonts w:ascii="Arial" w:hAnsi="Arial" w:cs="Arial"/>
                <w:b/>
                <w:color w:val="auto"/>
                <w:sz w:val="21"/>
              </w:rPr>
              <w:t>REQUEST FOR QUOTATION (RFQ)</w:t>
            </w:r>
          </w:p>
        </w:tc>
      </w:tr>
    </w:tbl>
    <w:p w14:paraId="7ECBF3BD" w14:textId="77777777" w:rsidR="007F6D20" w:rsidRPr="00B03582" w:rsidRDefault="007F6D20">
      <w:pPr>
        <w:spacing w:after="60"/>
        <w:rPr>
          <w:rFonts w:ascii="Arial" w:hAnsi="Arial" w:cs="Arial"/>
          <w:color w:val="auto"/>
        </w:rPr>
      </w:pPr>
    </w:p>
    <w:tbl>
      <w:tblPr>
        <w:tblW w:w="0" w:type="auto"/>
        <w:jc w:val="center"/>
        <w:tblBorders>
          <w:top w:val="single" w:sz="6" w:space="0" w:color="003366"/>
          <w:left w:val="single" w:sz="6" w:space="0" w:color="003366"/>
          <w:bottom w:val="single" w:sz="6" w:space="0" w:color="003366"/>
          <w:right w:val="single" w:sz="6" w:space="0" w:color="003366"/>
          <w:insideH w:val="single" w:sz="4" w:space="0" w:color="D3D3D3"/>
          <w:insideV w:val="single" w:sz="4" w:space="0" w:color="D3D3D3"/>
        </w:tblBorders>
        <w:tblLook w:val="04A0" w:firstRow="1" w:lastRow="0" w:firstColumn="1" w:lastColumn="0" w:noHBand="0" w:noVBand="1"/>
      </w:tblPr>
      <w:tblGrid>
        <w:gridCol w:w="4612"/>
        <w:gridCol w:w="6129"/>
      </w:tblGrid>
      <w:tr w:rsidR="007F6D20" w:rsidRPr="00B03582" w14:paraId="5A227940" w14:textId="77777777" w:rsidTr="00B03582">
        <w:trPr>
          <w:jc w:val="center"/>
        </w:trPr>
        <w:tc>
          <w:tcPr>
            <w:tcW w:w="4660" w:type="dxa"/>
            <w:tcMar>
              <w:top w:w="55" w:type="dxa"/>
              <w:left w:w="70" w:type="dxa"/>
              <w:bottom w:w="55" w:type="dxa"/>
              <w:right w:w="70" w:type="dxa"/>
            </w:tcMar>
          </w:tcPr>
          <w:p w14:paraId="7152A433" w14:textId="1B73A26A" w:rsidR="007F6D20" w:rsidRPr="00B03582" w:rsidRDefault="0065640F">
            <w:pPr>
              <w:spacing w:after="0"/>
              <w:rPr>
                <w:rFonts w:ascii="Arial" w:hAnsi="Arial" w:cs="Arial"/>
                <w:color w:val="auto"/>
              </w:rPr>
            </w:pPr>
            <w:r w:rsidRPr="00B03582">
              <w:rPr>
                <w:rFonts w:ascii="Arial" w:hAnsi="Arial" w:cs="Arial"/>
                <w:b/>
                <w:color w:val="auto"/>
              </w:rPr>
              <w:t xml:space="preserve">RFQ Ref No: </w:t>
            </w:r>
            <w:r w:rsidR="00543E0D">
              <w:rPr>
                <w:rFonts w:ascii="Arial" w:hAnsi="Arial" w:cs="Arial"/>
                <w:color w:val="auto"/>
              </w:rPr>
              <w:t>HITEC/PROC/RFQ/2026/</w:t>
            </w:r>
            <w:r w:rsidR="00E52506">
              <w:rPr>
                <w:rFonts w:ascii="Arial" w:hAnsi="Arial" w:cs="Arial"/>
                <w:color w:val="auto"/>
              </w:rPr>
              <w:t>2871</w:t>
            </w:r>
          </w:p>
        </w:tc>
        <w:tc>
          <w:tcPr>
            <w:tcW w:w="6237" w:type="dxa"/>
            <w:tcMar>
              <w:top w:w="55" w:type="dxa"/>
              <w:left w:w="70" w:type="dxa"/>
              <w:bottom w:w="55" w:type="dxa"/>
              <w:right w:w="70" w:type="dxa"/>
            </w:tcMar>
          </w:tcPr>
          <w:p w14:paraId="0A723330" w14:textId="717453EF" w:rsidR="007F6D20" w:rsidRPr="00B03582" w:rsidRDefault="00B03582">
            <w:pPr>
              <w:spacing w:after="0"/>
              <w:rPr>
                <w:rFonts w:ascii="Arial" w:hAnsi="Arial" w:cs="Arial"/>
                <w:color w:val="auto"/>
              </w:rPr>
            </w:pPr>
            <w:r w:rsidRPr="00B03582">
              <w:rPr>
                <w:rFonts w:ascii="Arial" w:hAnsi="Arial" w:cs="Arial"/>
                <w:b/>
                <w:color w:val="auto"/>
              </w:rPr>
              <w:t xml:space="preserve">Delivery Location: </w:t>
            </w:r>
            <w:r w:rsidRPr="00B03582">
              <w:rPr>
                <w:rFonts w:ascii="Arial" w:hAnsi="Arial" w:cs="Arial"/>
                <w:color w:val="auto"/>
              </w:rPr>
              <w:t xml:space="preserve">HITEC University, Taxila </w:t>
            </w:r>
            <w:proofErr w:type="spellStart"/>
            <w:r w:rsidRPr="00B03582">
              <w:rPr>
                <w:rFonts w:ascii="Arial" w:hAnsi="Arial" w:cs="Arial"/>
                <w:color w:val="auto"/>
              </w:rPr>
              <w:t>Cantt</w:t>
            </w:r>
            <w:proofErr w:type="spellEnd"/>
          </w:p>
        </w:tc>
      </w:tr>
      <w:tr w:rsidR="00B03582" w:rsidRPr="00B03582" w14:paraId="300929BE" w14:textId="77777777" w:rsidTr="00B03582">
        <w:trPr>
          <w:jc w:val="center"/>
        </w:trPr>
        <w:tc>
          <w:tcPr>
            <w:tcW w:w="4660" w:type="dxa"/>
            <w:tcMar>
              <w:top w:w="55" w:type="dxa"/>
              <w:left w:w="70" w:type="dxa"/>
              <w:bottom w:w="55" w:type="dxa"/>
              <w:right w:w="70" w:type="dxa"/>
            </w:tcMar>
          </w:tcPr>
          <w:p w14:paraId="056A6815" w14:textId="36E1116C" w:rsidR="00B03582" w:rsidRPr="00B03582" w:rsidRDefault="00B03582" w:rsidP="008631E1">
            <w:pPr>
              <w:spacing w:after="0"/>
              <w:rPr>
                <w:rFonts w:ascii="Arial" w:hAnsi="Arial" w:cs="Arial"/>
                <w:b/>
                <w:color w:val="auto"/>
              </w:rPr>
            </w:pPr>
            <w:r w:rsidRPr="00B03582">
              <w:rPr>
                <w:rFonts w:ascii="Arial" w:hAnsi="Arial" w:cs="Arial"/>
                <w:b/>
                <w:color w:val="auto"/>
              </w:rPr>
              <w:t>Issue Date</w:t>
            </w:r>
            <w:r w:rsidR="00543E0D">
              <w:rPr>
                <w:rFonts w:ascii="Arial" w:hAnsi="Arial" w:cs="Arial"/>
                <w:b/>
                <w:color w:val="auto"/>
              </w:rPr>
              <w:t xml:space="preserve">: </w:t>
            </w:r>
            <w:r w:rsidR="00274ABF">
              <w:rPr>
                <w:rFonts w:ascii="Arial" w:hAnsi="Arial" w:cs="Arial"/>
                <w:b/>
                <w:color w:val="auto"/>
              </w:rPr>
              <w:t>15</w:t>
            </w:r>
            <w:r w:rsidR="008631E1">
              <w:rPr>
                <w:rFonts w:ascii="Arial" w:hAnsi="Arial" w:cs="Arial"/>
                <w:b/>
                <w:color w:val="auto"/>
              </w:rPr>
              <w:t xml:space="preserve"> October, </w:t>
            </w:r>
            <w:r w:rsidRPr="00B03582">
              <w:rPr>
                <w:rFonts w:ascii="Arial" w:hAnsi="Arial" w:cs="Arial"/>
                <w:color w:val="auto"/>
              </w:rPr>
              <w:t>2026</w:t>
            </w:r>
          </w:p>
        </w:tc>
        <w:tc>
          <w:tcPr>
            <w:tcW w:w="6237" w:type="dxa"/>
            <w:tcMar>
              <w:top w:w="55" w:type="dxa"/>
              <w:left w:w="70" w:type="dxa"/>
              <w:bottom w:w="55" w:type="dxa"/>
              <w:right w:w="70" w:type="dxa"/>
            </w:tcMar>
          </w:tcPr>
          <w:p w14:paraId="5E279843" w14:textId="3A43DF1F" w:rsidR="00B03582" w:rsidRPr="00B03582" w:rsidRDefault="00B03582" w:rsidP="008631E1">
            <w:pPr>
              <w:spacing w:after="0"/>
              <w:rPr>
                <w:rFonts w:ascii="Arial" w:hAnsi="Arial" w:cs="Arial"/>
                <w:b/>
                <w:color w:val="auto"/>
              </w:rPr>
            </w:pPr>
            <w:r w:rsidRPr="00B03582">
              <w:rPr>
                <w:rFonts w:ascii="Arial" w:hAnsi="Arial" w:cs="Arial"/>
                <w:b/>
                <w:color w:val="auto"/>
                <w:sz w:val="18"/>
              </w:rPr>
              <w:t xml:space="preserve">SUBMISSION DEADLINE: </w:t>
            </w:r>
            <w:r w:rsidR="00274ABF">
              <w:rPr>
                <w:rFonts w:ascii="Arial" w:hAnsi="Arial" w:cs="Arial"/>
                <w:b/>
                <w:color w:val="auto"/>
                <w:sz w:val="19"/>
              </w:rPr>
              <w:t>21</w:t>
            </w:r>
            <w:r w:rsidR="008631E1" w:rsidRPr="008631E1">
              <w:rPr>
                <w:rFonts w:ascii="Arial" w:hAnsi="Arial" w:cs="Arial"/>
                <w:b/>
                <w:color w:val="auto"/>
                <w:sz w:val="19"/>
                <w:vertAlign w:val="superscript"/>
              </w:rPr>
              <w:t>th</w:t>
            </w:r>
            <w:r w:rsidR="008631E1">
              <w:rPr>
                <w:rFonts w:ascii="Arial" w:hAnsi="Arial" w:cs="Arial"/>
                <w:b/>
                <w:color w:val="auto"/>
                <w:sz w:val="19"/>
              </w:rPr>
              <w:t xml:space="preserve"> October,</w:t>
            </w:r>
            <w:r w:rsidR="002F7A46">
              <w:rPr>
                <w:rFonts w:ascii="Arial" w:hAnsi="Arial" w:cs="Arial"/>
                <w:b/>
                <w:color w:val="auto"/>
                <w:sz w:val="19"/>
              </w:rPr>
              <w:t xml:space="preserve"> 2026 </w:t>
            </w:r>
            <w:r w:rsidRPr="00B03582">
              <w:rPr>
                <w:rFonts w:ascii="Arial" w:hAnsi="Arial" w:cs="Arial"/>
                <w:b/>
                <w:color w:val="auto"/>
                <w:sz w:val="19"/>
              </w:rPr>
              <w:t>@</w:t>
            </w:r>
            <w:r w:rsidR="002F7A46">
              <w:rPr>
                <w:rFonts w:ascii="Arial" w:hAnsi="Arial" w:cs="Arial"/>
                <w:b/>
                <w:color w:val="auto"/>
                <w:sz w:val="19"/>
              </w:rPr>
              <w:t>1200</w:t>
            </w:r>
            <w:r w:rsidRPr="00B03582">
              <w:rPr>
                <w:rFonts w:ascii="Arial" w:hAnsi="Arial" w:cs="Arial"/>
                <w:b/>
                <w:color w:val="auto"/>
                <w:sz w:val="19"/>
              </w:rPr>
              <w:t xml:space="preserve"> HRS </w:t>
            </w:r>
          </w:p>
        </w:tc>
      </w:tr>
      <w:tr w:rsidR="007F6D20" w:rsidRPr="00B03582" w14:paraId="4712AA23" w14:textId="77777777" w:rsidTr="00B03582">
        <w:trPr>
          <w:jc w:val="center"/>
        </w:trPr>
        <w:tc>
          <w:tcPr>
            <w:tcW w:w="10897" w:type="dxa"/>
            <w:gridSpan w:val="2"/>
            <w:tcMar>
              <w:top w:w="65" w:type="dxa"/>
              <w:left w:w="80" w:type="dxa"/>
              <w:bottom w:w="65" w:type="dxa"/>
              <w:right w:w="80" w:type="dxa"/>
            </w:tcMar>
          </w:tcPr>
          <w:p w14:paraId="77926AA8" w14:textId="49E9B782" w:rsidR="007F6D20" w:rsidRPr="00B03582" w:rsidRDefault="00B03582" w:rsidP="008631E1">
            <w:pPr>
              <w:spacing w:after="0"/>
              <w:rPr>
                <w:rFonts w:ascii="Arial" w:hAnsi="Arial" w:cs="Arial"/>
                <w:color w:val="auto"/>
              </w:rPr>
            </w:pPr>
            <w:r w:rsidRPr="00B03582">
              <w:rPr>
                <w:rFonts w:ascii="Arial" w:hAnsi="Arial" w:cs="Arial"/>
                <w:b/>
                <w:color w:val="auto"/>
              </w:rPr>
              <w:t xml:space="preserve">Procurement Title: </w:t>
            </w:r>
            <w:r w:rsidRPr="00B03582">
              <w:rPr>
                <w:rFonts w:ascii="Arial" w:hAnsi="Arial" w:cs="Arial"/>
                <w:color w:val="auto"/>
              </w:rPr>
              <w:t>Procurement of</w:t>
            </w:r>
            <w:r w:rsidR="00397A9B">
              <w:rPr>
                <w:rFonts w:ascii="Arial" w:hAnsi="Arial" w:cs="Arial"/>
                <w:color w:val="auto"/>
              </w:rPr>
              <w:t xml:space="preserve"> </w:t>
            </w:r>
            <w:r w:rsidR="008631E1">
              <w:rPr>
                <w:rFonts w:ascii="Arial" w:hAnsi="Arial" w:cs="Arial"/>
                <w:color w:val="auto"/>
              </w:rPr>
              <w:t>Consumables Items</w:t>
            </w:r>
          </w:p>
        </w:tc>
      </w:tr>
    </w:tbl>
    <w:p w14:paraId="11299DCC" w14:textId="77777777" w:rsidR="007F6D20" w:rsidRPr="00B03582" w:rsidRDefault="007F6D20">
      <w:pPr>
        <w:spacing w:after="60"/>
        <w:rPr>
          <w:rFonts w:ascii="Arial" w:hAnsi="Arial" w:cs="Arial"/>
          <w:color w:val="auto"/>
        </w:rPr>
      </w:pPr>
    </w:p>
    <w:p w14:paraId="04975149" w14:textId="77777777" w:rsidR="007F6D20" w:rsidRPr="00B03582" w:rsidRDefault="0065640F">
      <w:pPr>
        <w:spacing w:before="40" w:after="40"/>
        <w:rPr>
          <w:rFonts w:ascii="Arial" w:hAnsi="Arial" w:cs="Arial"/>
          <w:color w:val="auto"/>
        </w:rPr>
      </w:pPr>
      <w:r w:rsidRPr="00B03582">
        <w:rPr>
          <w:rFonts w:ascii="Arial" w:hAnsi="Arial" w:cs="Arial"/>
          <w:b/>
          <w:color w:val="auto"/>
        </w:rPr>
        <w:t>1. SCHEDULE OF REQUIREMENTS &amp; TECHNICAL SPECIFICATIONS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9"/>
        <w:gridCol w:w="3690"/>
        <w:gridCol w:w="13"/>
        <w:gridCol w:w="4266"/>
        <w:gridCol w:w="1204"/>
        <w:gridCol w:w="959"/>
      </w:tblGrid>
      <w:tr w:rsidR="00E52506" w:rsidRPr="00361570" w14:paraId="697B4680" w14:textId="77777777" w:rsidTr="00361570">
        <w:trPr>
          <w:jc w:val="center"/>
        </w:trPr>
        <w:tc>
          <w:tcPr>
            <w:tcW w:w="609" w:type="dxa"/>
            <w:tcMar>
              <w:top w:w="55" w:type="dxa"/>
              <w:left w:w="50" w:type="dxa"/>
              <w:bottom w:w="55" w:type="dxa"/>
              <w:right w:w="50" w:type="dxa"/>
            </w:tcMar>
            <w:vAlign w:val="center"/>
          </w:tcPr>
          <w:p w14:paraId="3C161D82" w14:textId="77777777" w:rsidR="00E52506" w:rsidRPr="00361570" w:rsidRDefault="00E52506" w:rsidP="00361570">
            <w:pPr>
              <w:spacing w:after="0" w:line="240" w:lineRule="auto"/>
              <w:jc w:val="center"/>
              <w:rPr>
                <w:rFonts w:ascii="Times New Roman" w:hAnsi="Times New Roman" w:cs="Times New Roman"/>
                <w:color w:val="auto"/>
                <w:sz w:val="18"/>
                <w:szCs w:val="18"/>
              </w:rPr>
            </w:pPr>
            <w:r w:rsidRPr="00361570">
              <w:rPr>
                <w:rFonts w:ascii="Times New Roman" w:hAnsi="Times New Roman" w:cs="Times New Roman"/>
                <w:b/>
                <w:color w:val="auto"/>
                <w:sz w:val="18"/>
                <w:szCs w:val="18"/>
              </w:rPr>
              <w:t>S/N</w:t>
            </w:r>
          </w:p>
        </w:tc>
        <w:tc>
          <w:tcPr>
            <w:tcW w:w="3690" w:type="dxa"/>
            <w:tcMar>
              <w:top w:w="55" w:type="dxa"/>
              <w:left w:w="50" w:type="dxa"/>
              <w:bottom w:w="55" w:type="dxa"/>
              <w:right w:w="50" w:type="dxa"/>
            </w:tcMar>
            <w:vAlign w:val="center"/>
          </w:tcPr>
          <w:p w14:paraId="46AF4D40" w14:textId="549C3ABE" w:rsidR="00E52506" w:rsidRPr="00361570" w:rsidRDefault="00E52506" w:rsidP="00361570">
            <w:pPr>
              <w:spacing w:after="0" w:line="240" w:lineRule="auto"/>
              <w:jc w:val="center"/>
              <w:rPr>
                <w:rFonts w:ascii="Times New Roman" w:hAnsi="Times New Roman" w:cs="Times New Roman"/>
                <w:b/>
                <w:color w:val="auto"/>
                <w:sz w:val="18"/>
                <w:szCs w:val="18"/>
              </w:rPr>
            </w:pPr>
            <w:r w:rsidRPr="00361570">
              <w:rPr>
                <w:rFonts w:ascii="Times New Roman" w:hAnsi="Times New Roman" w:cs="Times New Roman"/>
                <w:b/>
                <w:color w:val="auto"/>
                <w:sz w:val="18"/>
                <w:szCs w:val="18"/>
              </w:rPr>
              <w:t>Items Required</w:t>
            </w:r>
          </w:p>
        </w:tc>
        <w:tc>
          <w:tcPr>
            <w:tcW w:w="4279" w:type="dxa"/>
            <w:gridSpan w:val="2"/>
            <w:vAlign w:val="center"/>
          </w:tcPr>
          <w:p w14:paraId="5CFBB610" w14:textId="2CBD256F" w:rsidR="00E52506" w:rsidRPr="00361570" w:rsidRDefault="00E52506" w:rsidP="00361570">
            <w:pPr>
              <w:spacing w:after="0" w:line="240" w:lineRule="auto"/>
              <w:jc w:val="center"/>
              <w:rPr>
                <w:rFonts w:ascii="Times New Roman" w:hAnsi="Times New Roman" w:cs="Times New Roman"/>
                <w:b/>
                <w:color w:val="auto"/>
                <w:sz w:val="18"/>
                <w:szCs w:val="18"/>
              </w:rPr>
            </w:pPr>
            <w:r w:rsidRPr="00361570">
              <w:rPr>
                <w:rFonts w:ascii="Times New Roman" w:hAnsi="Times New Roman" w:cs="Times New Roman"/>
                <w:b/>
                <w:color w:val="auto"/>
                <w:sz w:val="18"/>
                <w:szCs w:val="18"/>
              </w:rPr>
              <w:t>Detailed Technical Specifications</w:t>
            </w:r>
          </w:p>
        </w:tc>
        <w:tc>
          <w:tcPr>
            <w:tcW w:w="1204" w:type="dxa"/>
            <w:tcMar>
              <w:top w:w="55" w:type="dxa"/>
              <w:left w:w="50" w:type="dxa"/>
              <w:bottom w:w="55" w:type="dxa"/>
              <w:right w:w="50" w:type="dxa"/>
            </w:tcMar>
            <w:vAlign w:val="center"/>
          </w:tcPr>
          <w:p w14:paraId="66E43BD4" w14:textId="51058CE9" w:rsidR="00E52506" w:rsidRPr="00361570" w:rsidRDefault="00E52506" w:rsidP="00361570">
            <w:pPr>
              <w:spacing w:after="0" w:line="240" w:lineRule="auto"/>
              <w:jc w:val="center"/>
              <w:rPr>
                <w:rFonts w:ascii="Times New Roman" w:hAnsi="Times New Roman" w:cs="Times New Roman"/>
                <w:color w:val="auto"/>
                <w:sz w:val="18"/>
                <w:szCs w:val="18"/>
              </w:rPr>
            </w:pPr>
            <w:r w:rsidRPr="00361570">
              <w:rPr>
                <w:rFonts w:ascii="Times New Roman" w:hAnsi="Times New Roman" w:cs="Times New Roman"/>
                <w:b/>
                <w:color w:val="auto"/>
                <w:sz w:val="18"/>
                <w:szCs w:val="18"/>
              </w:rPr>
              <w:t xml:space="preserve">Required </w:t>
            </w:r>
            <w:proofErr w:type="spellStart"/>
            <w:r w:rsidRPr="00361570">
              <w:rPr>
                <w:rFonts w:ascii="Times New Roman" w:hAnsi="Times New Roman" w:cs="Times New Roman"/>
                <w:b/>
                <w:color w:val="auto"/>
                <w:sz w:val="18"/>
                <w:szCs w:val="18"/>
              </w:rPr>
              <w:t>Qty</w:t>
            </w:r>
            <w:proofErr w:type="spellEnd"/>
          </w:p>
        </w:tc>
        <w:tc>
          <w:tcPr>
            <w:tcW w:w="959" w:type="dxa"/>
            <w:tcMar>
              <w:top w:w="55" w:type="dxa"/>
              <w:left w:w="50" w:type="dxa"/>
              <w:bottom w:w="55" w:type="dxa"/>
              <w:right w:w="50" w:type="dxa"/>
            </w:tcMar>
            <w:vAlign w:val="center"/>
          </w:tcPr>
          <w:p w14:paraId="5CD81A71" w14:textId="77777777" w:rsidR="00E52506" w:rsidRPr="00361570" w:rsidRDefault="00E52506" w:rsidP="00361570">
            <w:pPr>
              <w:spacing w:after="0" w:line="240" w:lineRule="auto"/>
              <w:jc w:val="center"/>
              <w:rPr>
                <w:rFonts w:ascii="Times New Roman" w:hAnsi="Times New Roman" w:cs="Times New Roman"/>
                <w:color w:val="auto"/>
                <w:sz w:val="18"/>
                <w:szCs w:val="18"/>
              </w:rPr>
            </w:pPr>
            <w:r w:rsidRPr="00361570">
              <w:rPr>
                <w:rFonts w:ascii="Times New Roman" w:hAnsi="Times New Roman" w:cs="Times New Roman"/>
                <w:b/>
                <w:color w:val="auto"/>
                <w:sz w:val="18"/>
                <w:szCs w:val="18"/>
              </w:rPr>
              <w:t>UOM</w:t>
            </w:r>
          </w:p>
        </w:tc>
      </w:tr>
      <w:tr w:rsidR="00915A3A" w:rsidRPr="00361570" w14:paraId="44936C95" w14:textId="77777777" w:rsidTr="00361570">
        <w:trPr>
          <w:jc w:val="center"/>
        </w:trPr>
        <w:tc>
          <w:tcPr>
            <w:tcW w:w="609" w:type="dxa"/>
            <w:shd w:val="clear" w:color="auto" w:fill="FAFAFA"/>
            <w:tcMar>
              <w:top w:w="50" w:type="dxa"/>
              <w:left w:w="50" w:type="dxa"/>
              <w:bottom w:w="50" w:type="dxa"/>
              <w:right w:w="50" w:type="dxa"/>
            </w:tcMar>
            <w:vAlign w:val="center"/>
          </w:tcPr>
          <w:p w14:paraId="394C9A75" w14:textId="621E2771" w:rsidR="00915A3A" w:rsidRPr="00361570" w:rsidRDefault="00915A3A" w:rsidP="00361570">
            <w:pPr>
              <w:spacing w:after="0" w:line="240" w:lineRule="auto"/>
              <w:jc w:val="center"/>
              <w:rPr>
                <w:rFonts w:ascii="Times New Roman" w:hAnsi="Times New Roman" w:cs="Times New Roman"/>
                <w:color w:val="auto"/>
                <w:sz w:val="18"/>
                <w:szCs w:val="18"/>
              </w:rPr>
            </w:pPr>
            <w:r w:rsidRPr="00361570">
              <w:rPr>
                <w:rFonts w:ascii="Times New Roman" w:hAnsi="Times New Roman" w:cs="Times New Roman"/>
                <w:bCs/>
                <w:color w:val="000000"/>
                <w:sz w:val="18"/>
                <w:szCs w:val="18"/>
              </w:rPr>
              <w:t>1</w:t>
            </w:r>
          </w:p>
        </w:tc>
        <w:tc>
          <w:tcPr>
            <w:tcW w:w="3703" w:type="dxa"/>
            <w:gridSpan w:val="2"/>
            <w:shd w:val="clear" w:color="auto" w:fill="auto"/>
            <w:tcMar>
              <w:top w:w="50" w:type="dxa"/>
              <w:left w:w="50" w:type="dxa"/>
              <w:bottom w:w="50" w:type="dxa"/>
              <w:right w:w="50" w:type="dxa"/>
            </w:tcMar>
            <w:vAlign w:val="center"/>
          </w:tcPr>
          <w:p w14:paraId="4ACE3AF1" w14:textId="39DC11F0" w:rsidR="00915A3A" w:rsidRPr="00361570" w:rsidRDefault="00915A3A" w:rsidP="00361570">
            <w:pPr>
              <w:spacing w:after="0" w:line="240" w:lineRule="auto"/>
              <w:rPr>
                <w:rFonts w:ascii="Times New Roman" w:hAnsi="Times New Roman" w:cs="Times New Roman"/>
                <w:color w:val="auto"/>
                <w:sz w:val="18"/>
                <w:szCs w:val="18"/>
              </w:rPr>
            </w:pPr>
            <w:r w:rsidRPr="00361570">
              <w:rPr>
                <w:rFonts w:ascii="Times New Roman" w:hAnsi="Times New Roman" w:cs="Times New Roman"/>
                <w:bCs/>
                <w:color w:val="000000"/>
                <w:sz w:val="18"/>
                <w:szCs w:val="18"/>
              </w:rPr>
              <w:t>PCB board</w:t>
            </w:r>
          </w:p>
        </w:tc>
        <w:tc>
          <w:tcPr>
            <w:tcW w:w="4266" w:type="dxa"/>
            <w:shd w:val="clear" w:color="auto" w:fill="auto"/>
            <w:vAlign w:val="center"/>
          </w:tcPr>
          <w:p w14:paraId="26E6D59B" w14:textId="4AA8EFA4" w:rsidR="00915A3A" w:rsidRPr="00361570" w:rsidRDefault="00915A3A" w:rsidP="00361570">
            <w:pPr>
              <w:spacing w:after="0" w:line="240" w:lineRule="auto"/>
              <w:rPr>
                <w:rFonts w:ascii="Times New Roman" w:hAnsi="Times New Roman" w:cs="Times New Roman"/>
                <w:color w:val="auto"/>
                <w:sz w:val="18"/>
                <w:szCs w:val="18"/>
              </w:rPr>
            </w:pPr>
            <w:r w:rsidRPr="00361570">
              <w:rPr>
                <w:rFonts w:ascii="Times New Roman" w:hAnsi="Times New Roman" w:cs="Times New Roman"/>
                <w:bCs/>
                <w:color w:val="000000"/>
                <w:sz w:val="18"/>
                <w:szCs w:val="18"/>
              </w:rPr>
              <w:t>1×1 feet</w:t>
            </w:r>
          </w:p>
        </w:tc>
        <w:tc>
          <w:tcPr>
            <w:tcW w:w="1204" w:type="dxa"/>
            <w:shd w:val="clear" w:color="auto" w:fill="auto"/>
            <w:tcMar>
              <w:top w:w="50" w:type="dxa"/>
              <w:left w:w="50" w:type="dxa"/>
              <w:bottom w:w="50" w:type="dxa"/>
              <w:right w:w="50" w:type="dxa"/>
            </w:tcMar>
            <w:vAlign w:val="center"/>
          </w:tcPr>
          <w:p w14:paraId="64B8117B" w14:textId="7264801F" w:rsidR="00915A3A" w:rsidRPr="00361570" w:rsidRDefault="00915A3A" w:rsidP="00361570">
            <w:pPr>
              <w:spacing w:after="0" w:line="240" w:lineRule="auto"/>
              <w:rPr>
                <w:rFonts w:ascii="Times New Roman" w:hAnsi="Times New Roman" w:cs="Times New Roman"/>
                <w:color w:val="auto"/>
                <w:sz w:val="18"/>
                <w:szCs w:val="18"/>
              </w:rPr>
            </w:pPr>
            <w:r w:rsidRPr="00361570">
              <w:rPr>
                <w:rFonts w:ascii="Times New Roman" w:hAnsi="Times New Roman" w:cs="Times New Roman"/>
                <w:bCs/>
                <w:color w:val="000000"/>
                <w:sz w:val="18"/>
                <w:szCs w:val="18"/>
              </w:rPr>
              <w:t>10</w:t>
            </w:r>
          </w:p>
        </w:tc>
        <w:tc>
          <w:tcPr>
            <w:tcW w:w="959" w:type="dxa"/>
            <w:shd w:val="clear" w:color="auto" w:fill="FAFAFA"/>
            <w:tcMar>
              <w:top w:w="50" w:type="dxa"/>
              <w:left w:w="50" w:type="dxa"/>
              <w:bottom w:w="50" w:type="dxa"/>
              <w:right w:w="50" w:type="dxa"/>
            </w:tcMar>
            <w:vAlign w:val="center"/>
          </w:tcPr>
          <w:p w14:paraId="04838509" w14:textId="2F7FD38B" w:rsidR="00915A3A" w:rsidRPr="00361570" w:rsidRDefault="00915A3A" w:rsidP="00361570">
            <w:pPr>
              <w:spacing w:after="0" w:line="240" w:lineRule="auto"/>
              <w:rPr>
                <w:rFonts w:ascii="Times New Roman" w:hAnsi="Times New Roman" w:cs="Times New Roman"/>
                <w:color w:val="auto"/>
                <w:sz w:val="18"/>
                <w:szCs w:val="18"/>
              </w:rPr>
            </w:pPr>
            <w:r w:rsidRPr="00361570">
              <w:rPr>
                <w:rFonts w:ascii="Times New Roman" w:hAnsi="Times New Roman" w:cs="Times New Roman"/>
                <w:bCs/>
                <w:color w:val="000000"/>
                <w:sz w:val="18"/>
                <w:szCs w:val="18"/>
              </w:rPr>
              <w:t>Nos</w:t>
            </w:r>
          </w:p>
        </w:tc>
      </w:tr>
      <w:tr w:rsidR="00915A3A" w:rsidRPr="00361570" w14:paraId="02DD5CE4" w14:textId="77777777" w:rsidTr="00361570">
        <w:trPr>
          <w:jc w:val="center"/>
        </w:trPr>
        <w:tc>
          <w:tcPr>
            <w:tcW w:w="609" w:type="dxa"/>
            <w:shd w:val="clear" w:color="auto" w:fill="FAFAFA"/>
            <w:tcMar>
              <w:top w:w="50" w:type="dxa"/>
              <w:left w:w="50" w:type="dxa"/>
              <w:bottom w:w="50" w:type="dxa"/>
              <w:right w:w="50" w:type="dxa"/>
            </w:tcMar>
            <w:vAlign w:val="center"/>
          </w:tcPr>
          <w:p w14:paraId="76ADC9F8" w14:textId="4DFE3D0B" w:rsidR="00915A3A" w:rsidRPr="00361570" w:rsidRDefault="00915A3A" w:rsidP="00361570">
            <w:pPr>
              <w:spacing w:after="0" w:line="240" w:lineRule="auto"/>
              <w:jc w:val="center"/>
              <w:rPr>
                <w:rFonts w:ascii="Times New Roman" w:hAnsi="Times New Roman" w:cs="Times New Roman"/>
                <w:color w:val="auto"/>
                <w:sz w:val="18"/>
                <w:szCs w:val="18"/>
              </w:rPr>
            </w:pPr>
            <w:r w:rsidRPr="00361570">
              <w:rPr>
                <w:rFonts w:ascii="Times New Roman" w:hAnsi="Times New Roman" w:cs="Times New Roman"/>
                <w:bCs/>
                <w:color w:val="000000"/>
                <w:sz w:val="18"/>
                <w:szCs w:val="18"/>
              </w:rPr>
              <w:t>2</w:t>
            </w:r>
          </w:p>
        </w:tc>
        <w:tc>
          <w:tcPr>
            <w:tcW w:w="3703" w:type="dxa"/>
            <w:gridSpan w:val="2"/>
            <w:shd w:val="clear" w:color="auto" w:fill="auto"/>
            <w:tcMar>
              <w:top w:w="50" w:type="dxa"/>
              <w:left w:w="50" w:type="dxa"/>
              <w:bottom w:w="50" w:type="dxa"/>
              <w:right w:w="50" w:type="dxa"/>
            </w:tcMar>
            <w:vAlign w:val="center"/>
          </w:tcPr>
          <w:p w14:paraId="042A2782" w14:textId="2D78C05D" w:rsidR="00915A3A" w:rsidRPr="00361570" w:rsidRDefault="00915A3A" w:rsidP="00361570">
            <w:pPr>
              <w:spacing w:after="0" w:line="240" w:lineRule="auto"/>
              <w:rPr>
                <w:rFonts w:ascii="Times New Roman" w:hAnsi="Times New Roman" w:cs="Times New Roman"/>
                <w:color w:val="auto"/>
                <w:sz w:val="18"/>
                <w:szCs w:val="18"/>
              </w:rPr>
            </w:pPr>
            <w:r w:rsidRPr="00361570">
              <w:rPr>
                <w:rFonts w:ascii="Times New Roman" w:hAnsi="Times New Roman" w:cs="Times New Roman"/>
                <w:bCs/>
                <w:color w:val="000000"/>
                <w:sz w:val="18"/>
                <w:szCs w:val="18"/>
              </w:rPr>
              <w:t>Ferric chloride</w:t>
            </w:r>
          </w:p>
        </w:tc>
        <w:tc>
          <w:tcPr>
            <w:tcW w:w="4266" w:type="dxa"/>
            <w:shd w:val="clear" w:color="auto" w:fill="auto"/>
            <w:vAlign w:val="center"/>
          </w:tcPr>
          <w:p w14:paraId="2FE10FCD" w14:textId="0C7882CF" w:rsidR="00915A3A" w:rsidRPr="00361570" w:rsidRDefault="00915A3A" w:rsidP="00361570">
            <w:pPr>
              <w:spacing w:after="0" w:line="240" w:lineRule="auto"/>
              <w:rPr>
                <w:rFonts w:ascii="Times New Roman" w:hAnsi="Times New Roman" w:cs="Times New Roman"/>
                <w:color w:val="auto"/>
                <w:sz w:val="18"/>
                <w:szCs w:val="18"/>
              </w:rPr>
            </w:pPr>
            <w:r w:rsidRPr="00361570">
              <w:rPr>
                <w:rFonts w:ascii="Times New Roman" w:hAnsi="Times New Roman" w:cs="Times New Roman"/>
                <w:bCs/>
                <w:color w:val="000000"/>
                <w:sz w:val="18"/>
                <w:szCs w:val="18"/>
              </w:rPr>
              <w:t>powdered</w:t>
            </w:r>
          </w:p>
        </w:tc>
        <w:tc>
          <w:tcPr>
            <w:tcW w:w="1204" w:type="dxa"/>
            <w:shd w:val="clear" w:color="auto" w:fill="auto"/>
            <w:tcMar>
              <w:top w:w="50" w:type="dxa"/>
              <w:left w:w="50" w:type="dxa"/>
              <w:bottom w:w="50" w:type="dxa"/>
              <w:right w:w="50" w:type="dxa"/>
            </w:tcMar>
            <w:vAlign w:val="center"/>
          </w:tcPr>
          <w:p w14:paraId="603A55CE" w14:textId="14942AC9" w:rsidR="00915A3A" w:rsidRPr="00361570" w:rsidRDefault="00915A3A" w:rsidP="00361570">
            <w:pPr>
              <w:spacing w:after="0" w:line="240" w:lineRule="auto"/>
              <w:rPr>
                <w:rFonts w:ascii="Times New Roman" w:hAnsi="Times New Roman" w:cs="Times New Roman"/>
                <w:color w:val="auto"/>
                <w:sz w:val="18"/>
                <w:szCs w:val="18"/>
              </w:rPr>
            </w:pPr>
            <w:r w:rsidRPr="00361570">
              <w:rPr>
                <w:rFonts w:ascii="Times New Roman" w:hAnsi="Times New Roman" w:cs="Times New Roman"/>
                <w:bCs/>
                <w:color w:val="000000"/>
                <w:sz w:val="18"/>
                <w:szCs w:val="18"/>
              </w:rPr>
              <w:t>2kg</w:t>
            </w:r>
          </w:p>
        </w:tc>
        <w:tc>
          <w:tcPr>
            <w:tcW w:w="959" w:type="dxa"/>
            <w:shd w:val="clear" w:color="auto" w:fill="FAFAFA"/>
            <w:tcMar>
              <w:top w:w="50" w:type="dxa"/>
              <w:left w:w="50" w:type="dxa"/>
              <w:bottom w:w="50" w:type="dxa"/>
              <w:right w:w="50" w:type="dxa"/>
            </w:tcMar>
            <w:vAlign w:val="center"/>
          </w:tcPr>
          <w:p w14:paraId="38FAA6CA" w14:textId="55E339C3" w:rsidR="00915A3A" w:rsidRPr="00361570" w:rsidRDefault="00915A3A" w:rsidP="00361570">
            <w:pPr>
              <w:spacing w:after="0" w:line="240" w:lineRule="auto"/>
              <w:rPr>
                <w:rFonts w:ascii="Times New Roman" w:hAnsi="Times New Roman" w:cs="Times New Roman"/>
                <w:color w:val="auto"/>
                <w:sz w:val="18"/>
                <w:szCs w:val="18"/>
              </w:rPr>
            </w:pPr>
            <w:proofErr w:type="spellStart"/>
            <w:r w:rsidRPr="00361570">
              <w:rPr>
                <w:rFonts w:ascii="Times New Roman" w:hAnsi="Times New Roman" w:cs="Times New Roman"/>
                <w:bCs/>
                <w:color w:val="000000"/>
                <w:sz w:val="18"/>
                <w:szCs w:val="18"/>
              </w:rPr>
              <w:t>kgs</w:t>
            </w:r>
            <w:proofErr w:type="spellEnd"/>
          </w:p>
        </w:tc>
      </w:tr>
      <w:tr w:rsidR="00915A3A" w:rsidRPr="00361570" w14:paraId="7B5AC0A0" w14:textId="77777777" w:rsidTr="00361570">
        <w:trPr>
          <w:jc w:val="center"/>
        </w:trPr>
        <w:tc>
          <w:tcPr>
            <w:tcW w:w="609" w:type="dxa"/>
            <w:shd w:val="clear" w:color="auto" w:fill="FAFAFA"/>
            <w:tcMar>
              <w:top w:w="50" w:type="dxa"/>
              <w:left w:w="50" w:type="dxa"/>
              <w:bottom w:w="50" w:type="dxa"/>
              <w:right w:w="50" w:type="dxa"/>
            </w:tcMar>
            <w:vAlign w:val="center"/>
          </w:tcPr>
          <w:p w14:paraId="0CB635F0" w14:textId="063EFC92" w:rsidR="00915A3A" w:rsidRPr="00361570" w:rsidRDefault="00915A3A" w:rsidP="00361570">
            <w:pPr>
              <w:spacing w:after="0" w:line="240" w:lineRule="auto"/>
              <w:ind w:left="90"/>
              <w:jc w:val="center"/>
              <w:rPr>
                <w:rFonts w:ascii="Times New Roman" w:hAnsi="Times New Roman" w:cs="Times New Roman"/>
                <w:color w:val="auto"/>
                <w:sz w:val="18"/>
                <w:szCs w:val="18"/>
              </w:rPr>
            </w:pPr>
            <w:r w:rsidRPr="00361570">
              <w:rPr>
                <w:rFonts w:ascii="Times New Roman" w:hAnsi="Times New Roman" w:cs="Times New Roman"/>
                <w:bCs/>
                <w:color w:val="000000"/>
                <w:sz w:val="18"/>
                <w:szCs w:val="18"/>
              </w:rPr>
              <w:t>3</w:t>
            </w:r>
          </w:p>
        </w:tc>
        <w:tc>
          <w:tcPr>
            <w:tcW w:w="3703" w:type="dxa"/>
            <w:gridSpan w:val="2"/>
            <w:shd w:val="clear" w:color="auto" w:fill="auto"/>
            <w:tcMar>
              <w:top w:w="50" w:type="dxa"/>
              <w:left w:w="50" w:type="dxa"/>
              <w:bottom w:w="50" w:type="dxa"/>
              <w:right w:w="50" w:type="dxa"/>
            </w:tcMar>
            <w:vAlign w:val="center"/>
          </w:tcPr>
          <w:p w14:paraId="453FE3CC" w14:textId="396C1773" w:rsidR="00915A3A" w:rsidRPr="00361570" w:rsidRDefault="00915A3A" w:rsidP="00361570">
            <w:pPr>
              <w:spacing w:after="0" w:line="240" w:lineRule="auto"/>
              <w:rPr>
                <w:rFonts w:ascii="Times New Roman" w:hAnsi="Times New Roman" w:cs="Times New Roman"/>
                <w:color w:val="auto"/>
                <w:sz w:val="18"/>
                <w:szCs w:val="18"/>
              </w:rPr>
            </w:pPr>
            <w:r w:rsidRPr="00361570">
              <w:rPr>
                <w:rFonts w:ascii="Times New Roman" w:hAnsi="Times New Roman" w:cs="Times New Roman"/>
                <w:bCs/>
                <w:color w:val="000000"/>
                <w:sz w:val="18"/>
                <w:szCs w:val="18"/>
              </w:rPr>
              <w:t>Water tub</w:t>
            </w:r>
          </w:p>
        </w:tc>
        <w:tc>
          <w:tcPr>
            <w:tcW w:w="4266" w:type="dxa"/>
            <w:shd w:val="clear" w:color="auto" w:fill="auto"/>
            <w:vAlign w:val="center"/>
          </w:tcPr>
          <w:p w14:paraId="623B4CEA" w14:textId="02CC6947" w:rsidR="00915A3A" w:rsidRPr="00361570" w:rsidRDefault="00915A3A" w:rsidP="00361570">
            <w:pPr>
              <w:spacing w:after="0" w:line="240" w:lineRule="auto"/>
              <w:rPr>
                <w:rFonts w:ascii="Times New Roman" w:hAnsi="Times New Roman" w:cs="Times New Roman"/>
                <w:color w:val="auto"/>
                <w:sz w:val="18"/>
                <w:szCs w:val="18"/>
              </w:rPr>
            </w:pPr>
            <w:r w:rsidRPr="00361570">
              <w:rPr>
                <w:rFonts w:ascii="Times New Roman" w:hAnsi="Times New Roman" w:cs="Times New Roman"/>
                <w:bCs/>
                <w:color w:val="000000"/>
                <w:sz w:val="18"/>
                <w:szCs w:val="18"/>
              </w:rPr>
              <w:t xml:space="preserve">10 </w:t>
            </w:r>
            <w:proofErr w:type="spellStart"/>
            <w:r w:rsidRPr="00361570">
              <w:rPr>
                <w:rFonts w:ascii="Times New Roman" w:hAnsi="Times New Roman" w:cs="Times New Roman"/>
                <w:bCs/>
                <w:color w:val="000000"/>
                <w:sz w:val="18"/>
                <w:szCs w:val="18"/>
              </w:rPr>
              <w:t>ltr</w:t>
            </w:r>
            <w:proofErr w:type="spellEnd"/>
          </w:p>
        </w:tc>
        <w:tc>
          <w:tcPr>
            <w:tcW w:w="1204" w:type="dxa"/>
            <w:shd w:val="clear" w:color="auto" w:fill="auto"/>
            <w:tcMar>
              <w:top w:w="50" w:type="dxa"/>
              <w:left w:w="50" w:type="dxa"/>
              <w:bottom w:w="50" w:type="dxa"/>
              <w:right w:w="50" w:type="dxa"/>
            </w:tcMar>
            <w:vAlign w:val="center"/>
          </w:tcPr>
          <w:p w14:paraId="3F12D802" w14:textId="133A2EE0" w:rsidR="00915A3A" w:rsidRPr="00361570" w:rsidRDefault="00915A3A" w:rsidP="00361570">
            <w:pPr>
              <w:spacing w:after="0" w:line="240" w:lineRule="auto"/>
              <w:rPr>
                <w:rFonts w:ascii="Times New Roman" w:hAnsi="Times New Roman" w:cs="Times New Roman"/>
                <w:color w:val="auto"/>
                <w:sz w:val="18"/>
                <w:szCs w:val="18"/>
              </w:rPr>
            </w:pPr>
            <w:r w:rsidRPr="00361570">
              <w:rPr>
                <w:rFonts w:ascii="Times New Roman" w:hAnsi="Times New Roman" w:cs="Times New Roman"/>
                <w:bCs/>
                <w:color w:val="000000"/>
                <w:sz w:val="18"/>
                <w:szCs w:val="18"/>
              </w:rPr>
              <w:t>2</w:t>
            </w:r>
          </w:p>
        </w:tc>
        <w:tc>
          <w:tcPr>
            <w:tcW w:w="959" w:type="dxa"/>
            <w:shd w:val="clear" w:color="auto" w:fill="FAFAFA"/>
            <w:tcMar>
              <w:top w:w="50" w:type="dxa"/>
              <w:left w:w="50" w:type="dxa"/>
              <w:bottom w:w="50" w:type="dxa"/>
              <w:right w:w="50" w:type="dxa"/>
            </w:tcMar>
            <w:vAlign w:val="center"/>
          </w:tcPr>
          <w:p w14:paraId="50F5A8D4" w14:textId="199A3FD5" w:rsidR="00915A3A" w:rsidRPr="00361570" w:rsidRDefault="00915A3A" w:rsidP="008E6111">
            <w:pPr>
              <w:spacing w:after="0" w:line="240" w:lineRule="auto"/>
              <w:rPr>
                <w:rFonts w:ascii="Times New Roman" w:hAnsi="Times New Roman" w:cs="Times New Roman"/>
                <w:color w:val="auto"/>
                <w:sz w:val="18"/>
                <w:szCs w:val="18"/>
              </w:rPr>
            </w:pPr>
            <w:r w:rsidRPr="00361570">
              <w:rPr>
                <w:rFonts w:ascii="Times New Roman" w:hAnsi="Times New Roman" w:cs="Times New Roman"/>
                <w:bCs/>
                <w:color w:val="000000"/>
                <w:sz w:val="18"/>
                <w:szCs w:val="18"/>
              </w:rPr>
              <w:t>l</w:t>
            </w:r>
            <w:r w:rsidR="008E6111">
              <w:rPr>
                <w:rFonts w:ascii="Times New Roman" w:hAnsi="Times New Roman" w:cs="Times New Roman"/>
                <w:bCs/>
                <w:color w:val="000000"/>
                <w:sz w:val="18"/>
                <w:szCs w:val="18"/>
              </w:rPr>
              <w:t>itter</w:t>
            </w:r>
          </w:p>
        </w:tc>
      </w:tr>
      <w:tr w:rsidR="00915A3A" w:rsidRPr="00361570" w14:paraId="3F88E215" w14:textId="77777777" w:rsidTr="00361570">
        <w:trPr>
          <w:jc w:val="center"/>
        </w:trPr>
        <w:tc>
          <w:tcPr>
            <w:tcW w:w="609" w:type="dxa"/>
            <w:shd w:val="clear" w:color="auto" w:fill="FAFAFA"/>
            <w:tcMar>
              <w:top w:w="50" w:type="dxa"/>
              <w:left w:w="50" w:type="dxa"/>
              <w:bottom w:w="50" w:type="dxa"/>
              <w:right w:w="50" w:type="dxa"/>
            </w:tcMar>
            <w:vAlign w:val="center"/>
          </w:tcPr>
          <w:p w14:paraId="192229E9" w14:textId="76EF7BBE" w:rsidR="00915A3A" w:rsidRPr="00361570" w:rsidRDefault="00915A3A" w:rsidP="00361570">
            <w:pPr>
              <w:spacing w:after="0" w:line="240" w:lineRule="auto"/>
              <w:ind w:left="90"/>
              <w:jc w:val="center"/>
              <w:rPr>
                <w:rFonts w:ascii="Times New Roman" w:hAnsi="Times New Roman" w:cs="Times New Roman"/>
                <w:color w:val="auto"/>
                <w:sz w:val="18"/>
                <w:szCs w:val="18"/>
              </w:rPr>
            </w:pPr>
            <w:r w:rsidRPr="00361570">
              <w:rPr>
                <w:rFonts w:ascii="Times New Roman" w:hAnsi="Times New Roman" w:cs="Times New Roman"/>
                <w:bCs/>
                <w:color w:val="000000"/>
                <w:sz w:val="18"/>
                <w:szCs w:val="18"/>
              </w:rPr>
              <w:t>4</w:t>
            </w:r>
          </w:p>
        </w:tc>
        <w:tc>
          <w:tcPr>
            <w:tcW w:w="3703" w:type="dxa"/>
            <w:gridSpan w:val="2"/>
            <w:shd w:val="clear" w:color="auto" w:fill="auto"/>
            <w:tcMar>
              <w:top w:w="50" w:type="dxa"/>
              <w:left w:w="50" w:type="dxa"/>
              <w:bottom w:w="50" w:type="dxa"/>
              <w:right w:w="50" w:type="dxa"/>
            </w:tcMar>
            <w:vAlign w:val="center"/>
          </w:tcPr>
          <w:p w14:paraId="4EAEA044" w14:textId="5C6B15A5" w:rsidR="00915A3A" w:rsidRPr="00361570" w:rsidRDefault="00915A3A" w:rsidP="00361570">
            <w:pPr>
              <w:spacing w:after="0" w:line="240" w:lineRule="auto"/>
              <w:rPr>
                <w:rFonts w:ascii="Times New Roman" w:hAnsi="Times New Roman" w:cs="Times New Roman"/>
                <w:color w:val="auto"/>
                <w:sz w:val="18"/>
                <w:szCs w:val="18"/>
              </w:rPr>
            </w:pPr>
            <w:r w:rsidRPr="00361570">
              <w:rPr>
                <w:rFonts w:ascii="Times New Roman" w:hAnsi="Times New Roman" w:cs="Times New Roman"/>
                <w:bCs/>
                <w:color w:val="000000"/>
                <w:sz w:val="18"/>
                <w:szCs w:val="18"/>
              </w:rPr>
              <w:t>Memory card</w:t>
            </w:r>
          </w:p>
        </w:tc>
        <w:tc>
          <w:tcPr>
            <w:tcW w:w="4266" w:type="dxa"/>
            <w:shd w:val="clear" w:color="auto" w:fill="auto"/>
            <w:vAlign w:val="center"/>
          </w:tcPr>
          <w:p w14:paraId="3865B1AE" w14:textId="132A41D2" w:rsidR="00915A3A" w:rsidRPr="00361570" w:rsidRDefault="00915A3A" w:rsidP="00361570">
            <w:pPr>
              <w:spacing w:after="0" w:line="240" w:lineRule="auto"/>
              <w:rPr>
                <w:rFonts w:ascii="Times New Roman" w:hAnsi="Times New Roman" w:cs="Times New Roman"/>
                <w:color w:val="auto"/>
                <w:sz w:val="18"/>
                <w:szCs w:val="18"/>
              </w:rPr>
            </w:pPr>
            <w:r w:rsidRPr="00361570">
              <w:rPr>
                <w:rFonts w:ascii="Times New Roman" w:hAnsi="Times New Roman" w:cs="Times New Roman"/>
                <w:bCs/>
                <w:color w:val="000000"/>
                <w:sz w:val="18"/>
                <w:szCs w:val="18"/>
              </w:rPr>
              <w:t>32 GB Samsung MICRO</w:t>
            </w:r>
          </w:p>
        </w:tc>
        <w:tc>
          <w:tcPr>
            <w:tcW w:w="1204" w:type="dxa"/>
            <w:shd w:val="clear" w:color="auto" w:fill="auto"/>
            <w:tcMar>
              <w:top w:w="50" w:type="dxa"/>
              <w:left w:w="50" w:type="dxa"/>
              <w:bottom w:w="50" w:type="dxa"/>
              <w:right w:w="50" w:type="dxa"/>
            </w:tcMar>
            <w:vAlign w:val="center"/>
          </w:tcPr>
          <w:p w14:paraId="1C473BA1" w14:textId="3A24F049" w:rsidR="00915A3A" w:rsidRPr="00361570" w:rsidRDefault="00915A3A" w:rsidP="00361570">
            <w:pPr>
              <w:spacing w:after="0" w:line="240" w:lineRule="auto"/>
              <w:rPr>
                <w:rFonts w:ascii="Times New Roman" w:hAnsi="Times New Roman" w:cs="Times New Roman"/>
                <w:color w:val="auto"/>
                <w:sz w:val="18"/>
                <w:szCs w:val="18"/>
              </w:rPr>
            </w:pPr>
            <w:r w:rsidRPr="00361570">
              <w:rPr>
                <w:rFonts w:ascii="Times New Roman" w:hAnsi="Times New Roman" w:cs="Times New Roman"/>
                <w:bCs/>
                <w:color w:val="000000"/>
                <w:sz w:val="18"/>
                <w:szCs w:val="18"/>
              </w:rPr>
              <w:t>5</w:t>
            </w:r>
          </w:p>
        </w:tc>
        <w:tc>
          <w:tcPr>
            <w:tcW w:w="959" w:type="dxa"/>
            <w:shd w:val="clear" w:color="auto" w:fill="FAFAFA"/>
            <w:tcMar>
              <w:top w:w="50" w:type="dxa"/>
              <w:left w:w="50" w:type="dxa"/>
              <w:bottom w:w="50" w:type="dxa"/>
              <w:right w:w="50" w:type="dxa"/>
            </w:tcMar>
            <w:vAlign w:val="center"/>
          </w:tcPr>
          <w:p w14:paraId="73C74AAE" w14:textId="6F44D3A1" w:rsidR="00915A3A" w:rsidRPr="00361570" w:rsidRDefault="00915A3A" w:rsidP="00361570">
            <w:pPr>
              <w:spacing w:after="0" w:line="240" w:lineRule="auto"/>
              <w:rPr>
                <w:rFonts w:ascii="Times New Roman" w:hAnsi="Times New Roman" w:cs="Times New Roman"/>
                <w:color w:val="auto"/>
                <w:sz w:val="18"/>
                <w:szCs w:val="18"/>
              </w:rPr>
            </w:pPr>
            <w:r w:rsidRPr="00361570">
              <w:rPr>
                <w:rFonts w:ascii="Times New Roman" w:hAnsi="Times New Roman" w:cs="Times New Roman"/>
                <w:bCs/>
                <w:color w:val="000000"/>
                <w:sz w:val="18"/>
                <w:szCs w:val="18"/>
              </w:rPr>
              <w:t>Nos</w:t>
            </w:r>
          </w:p>
        </w:tc>
      </w:tr>
      <w:tr w:rsidR="00915A3A" w:rsidRPr="00361570" w14:paraId="5C374CA6" w14:textId="77777777" w:rsidTr="00361570">
        <w:trPr>
          <w:jc w:val="center"/>
        </w:trPr>
        <w:tc>
          <w:tcPr>
            <w:tcW w:w="609" w:type="dxa"/>
            <w:shd w:val="clear" w:color="auto" w:fill="FAFAFA"/>
            <w:tcMar>
              <w:top w:w="50" w:type="dxa"/>
              <w:left w:w="50" w:type="dxa"/>
              <w:bottom w:w="50" w:type="dxa"/>
              <w:right w:w="50" w:type="dxa"/>
            </w:tcMar>
            <w:vAlign w:val="center"/>
          </w:tcPr>
          <w:p w14:paraId="22409DA8" w14:textId="572BD7D3" w:rsidR="00915A3A" w:rsidRPr="00361570" w:rsidRDefault="00915A3A" w:rsidP="00361570">
            <w:pPr>
              <w:spacing w:after="0" w:line="240" w:lineRule="auto"/>
              <w:ind w:left="90"/>
              <w:jc w:val="center"/>
              <w:rPr>
                <w:rFonts w:ascii="Times New Roman" w:hAnsi="Times New Roman" w:cs="Times New Roman"/>
                <w:color w:val="auto"/>
                <w:sz w:val="18"/>
                <w:szCs w:val="18"/>
              </w:rPr>
            </w:pPr>
            <w:r w:rsidRPr="00361570">
              <w:rPr>
                <w:rFonts w:ascii="Times New Roman" w:hAnsi="Times New Roman" w:cs="Times New Roman"/>
                <w:bCs/>
                <w:color w:val="000000"/>
                <w:sz w:val="18"/>
                <w:szCs w:val="18"/>
              </w:rPr>
              <w:t>5</w:t>
            </w:r>
          </w:p>
        </w:tc>
        <w:tc>
          <w:tcPr>
            <w:tcW w:w="3703" w:type="dxa"/>
            <w:gridSpan w:val="2"/>
            <w:shd w:val="clear" w:color="auto" w:fill="auto"/>
            <w:tcMar>
              <w:top w:w="50" w:type="dxa"/>
              <w:left w:w="50" w:type="dxa"/>
              <w:bottom w:w="50" w:type="dxa"/>
              <w:right w:w="50" w:type="dxa"/>
            </w:tcMar>
            <w:vAlign w:val="center"/>
          </w:tcPr>
          <w:p w14:paraId="23ED07A1" w14:textId="48039EE1" w:rsidR="00915A3A" w:rsidRPr="00361570" w:rsidRDefault="00915A3A" w:rsidP="00361570">
            <w:pPr>
              <w:spacing w:after="0" w:line="240" w:lineRule="auto"/>
              <w:rPr>
                <w:rFonts w:ascii="Times New Roman" w:hAnsi="Times New Roman" w:cs="Times New Roman"/>
                <w:color w:val="auto"/>
                <w:sz w:val="18"/>
                <w:szCs w:val="18"/>
              </w:rPr>
            </w:pPr>
            <w:r w:rsidRPr="00361570">
              <w:rPr>
                <w:rFonts w:ascii="Times New Roman" w:hAnsi="Times New Roman" w:cs="Times New Roman"/>
                <w:bCs/>
                <w:color w:val="000000"/>
                <w:sz w:val="18"/>
                <w:szCs w:val="18"/>
              </w:rPr>
              <w:t>Acrylic sheet cover for STM 32 with fan</w:t>
            </w:r>
          </w:p>
        </w:tc>
        <w:tc>
          <w:tcPr>
            <w:tcW w:w="4266" w:type="dxa"/>
            <w:shd w:val="clear" w:color="auto" w:fill="auto"/>
            <w:vAlign w:val="center"/>
          </w:tcPr>
          <w:p w14:paraId="28958587" w14:textId="4DF306CA" w:rsidR="00915A3A" w:rsidRPr="00361570" w:rsidRDefault="00915A3A" w:rsidP="00361570">
            <w:pPr>
              <w:spacing w:after="0" w:line="240" w:lineRule="auto"/>
              <w:rPr>
                <w:rFonts w:ascii="Times New Roman" w:hAnsi="Times New Roman" w:cs="Times New Roman"/>
                <w:color w:val="auto"/>
                <w:sz w:val="18"/>
                <w:szCs w:val="18"/>
              </w:rPr>
            </w:pPr>
            <w:r w:rsidRPr="00361570">
              <w:rPr>
                <w:rFonts w:ascii="Times New Roman" w:hAnsi="Times New Roman" w:cs="Times New Roman"/>
                <w:bCs/>
                <w:color w:val="000000"/>
                <w:sz w:val="18"/>
                <w:szCs w:val="18"/>
              </w:rPr>
              <w:t>As per sample</w:t>
            </w:r>
          </w:p>
        </w:tc>
        <w:tc>
          <w:tcPr>
            <w:tcW w:w="1204" w:type="dxa"/>
            <w:shd w:val="clear" w:color="auto" w:fill="auto"/>
            <w:tcMar>
              <w:top w:w="50" w:type="dxa"/>
              <w:left w:w="50" w:type="dxa"/>
              <w:bottom w:w="50" w:type="dxa"/>
              <w:right w:w="50" w:type="dxa"/>
            </w:tcMar>
            <w:vAlign w:val="center"/>
          </w:tcPr>
          <w:p w14:paraId="574A7DE9" w14:textId="3623011A" w:rsidR="00915A3A" w:rsidRPr="00361570" w:rsidRDefault="00915A3A" w:rsidP="00361570">
            <w:pPr>
              <w:spacing w:after="0" w:line="240" w:lineRule="auto"/>
              <w:rPr>
                <w:rFonts w:ascii="Times New Roman" w:hAnsi="Times New Roman" w:cs="Times New Roman"/>
                <w:color w:val="auto"/>
                <w:sz w:val="18"/>
                <w:szCs w:val="18"/>
              </w:rPr>
            </w:pPr>
            <w:r w:rsidRPr="00361570">
              <w:rPr>
                <w:rFonts w:ascii="Times New Roman" w:hAnsi="Times New Roman" w:cs="Times New Roman"/>
                <w:bCs/>
                <w:color w:val="000000"/>
                <w:sz w:val="18"/>
                <w:szCs w:val="18"/>
              </w:rPr>
              <w:t>10</w:t>
            </w:r>
          </w:p>
        </w:tc>
        <w:tc>
          <w:tcPr>
            <w:tcW w:w="959" w:type="dxa"/>
            <w:shd w:val="clear" w:color="auto" w:fill="FAFAFA"/>
            <w:tcMar>
              <w:top w:w="50" w:type="dxa"/>
              <w:left w:w="50" w:type="dxa"/>
              <w:bottom w:w="50" w:type="dxa"/>
              <w:right w:w="50" w:type="dxa"/>
            </w:tcMar>
            <w:vAlign w:val="center"/>
          </w:tcPr>
          <w:p w14:paraId="5FCD25FD" w14:textId="3E77CBAA" w:rsidR="00915A3A" w:rsidRPr="00361570" w:rsidRDefault="00915A3A" w:rsidP="00361570">
            <w:pPr>
              <w:spacing w:after="0" w:line="240" w:lineRule="auto"/>
              <w:rPr>
                <w:rFonts w:ascii="Times New Roman" w:hAnsi="Times New Roman" w:cs="Times New Roman"/>
                <w:color w:val="auto"/>
                <w:sz w:val="18"/>
                <w:szCs w:val="18"/>
              </w:rPr>
            </w:pPr>
            <w:r w:rsidRPr="00361570">
              <w:rPr>
                <w:rFonts w:ascii="Times New Roman" w:hAnsi="Times New Roman" w:cs="Times New Roman"/>
                <w:bCs/>
                <w:color w:val="000000"/>
                <w:sz w:val="18"/>
                <w:szCs w:val="18"/>
              </w:rPr>
              <w:t>Nos</w:t>
            </w:r>
          </w:p>
        </w:tc>
      </w:tr>
      <w:tr w:rsidR="00915A3A" w:rsidRPr="00361570" w14:paraId="1FF5DE26" w14:textId="77777777" w:rsidTr="00361570">
        <w:trPr>
          <w:jc w:val="center"/>
        </w:trPr>
        <w:tc>
          <w:tcPr>
            <w:tcW w:w="609" w:type="dxa"/>
            <w:shd w:val="clear" w:color="auto" w:fill="FAFAFA"/>
            <w:tcMar>
              <w:top w:w="50" w:type="dxa"/>
              <w:left w:w="50" w:type="dxa"/>
              <w:bottom w:w="50" w:type="dxa"/>
              <w:right w:w="50" w:type="dxa"/>
            </w:tcMar>
            <w:vAlign w:val="center"/>
          </w:tcPr>
          <w:p w14:paraId="062832BC" w14:textId="7F58402E" w:rsidR="00915A3A" w:rsidRPr="00361570" w:rsidRDefault="00915A3A" w:rsidP="00361570">
            <w:pPr>
              <w:spacing w:after="0" w:line="240" w:lineRule="auto"/>
              <w:ind w:left="90"/>
              <w:jc w:val="center"/>
              <w:rPr>
                <w:rFonts w:ascii="Times New Roman" w:hAnsi="Times New Roman" w:cs="Times New Roman"/>
                <w:color w:val="auto"/>
                <w:sz w:val="18"/>
                <w:szCs w:val="18"/>
              </w:rPr>
            </w:pPr>
            <w:r w:rsidRPr="00361570">
              <w:rPr>
                <w:rFonts w:ascii="Times New Roman" w:hAnsi="Times New Roman" w:cs="Times New Roman"/>
                <w:bCs/>
                <w:color w:val="000000"/>
                <w:sz w:val="18"/>
                <w:szCs w:val="18"/>
              </w:rPr>
              <w:t>6</w:t>
            </w:r>
          </w:p>
        </w:tc>
        <w:tc>
          <w:tcPr>
            <w:tcW w:w="3703" w:type="dxa"/>
            <w:gridSpan w:val="2"/>
            <w:shd w:val="clear" w:color="auto" w:fill="auto"/>
            <w:tcMar>
              <w:top w:w="50" w:type="dxa"/>
              <w:left w:w="50" w:type="dxa"/>
              <w:bottom w:w="50" w:type="dxa"/>
              <w:right w:w="50" w:type="dxa"/>
            </w:tcMar>
            <w:vAlign w:val="center"/>
          </w:tcPr>
          <w:p w14:paraId="4F2F1C21" w14:textId="77A32BE1" w:rsidR="00915A3A" w:rsidRPr="00361570" w:rsidRDefault="00915A3A" w:rsidP="00361570">
            <w:pPr>
              <w:spacing w:after="0" w:line="240" w:lineRule="auto"/>
              <w:rPr>
                <w:rFonts w:ascii="Times New Roman" w:hAnsi="Times New Roman" w:cs="Times New Roman"/>
                <w:color w:val="auto"/>
                <w:sz w:val="18"/>
                <w:szCs w:val="18"/>
              </w:rPr>
            </w:pPr>
            <w:r w:rsidRPr="00361570">
              <w:rPr>
                <w:rFonts w:ascii="Times New Roman" w:hAnsi="Times New Roman" w:cs="Times New Roman"/>
                <w:bCs/>
                <w:color w:val="000000"/>
                <w:sz w:val="18"/>
                <w:szCs w:val="18"/>
              </w:rPr>
              <w:t>Acrylic fan sheet cover for Raspberry pi 4 with fan</w:t>
            </w:r>
          </w:p>
        </w:tc>
        <w:tc>
          <w:tcPr>
            <w:tcW w:w="4266" w:type="dxa"/>
            <w:shd w:val="clear" w:color="auto" w:fill="auto"/>
            <w:vAlign w:val="center"/>
          </w:tcPr>
          <w:p w14:paraId="5834DE21" w14:textId="49D74AA7" w:rsidR="00915A3A" w:rsidRPr="00361570" w:rsidRDefault="00915A3A" w:rsidP="00361570">
            <w:pPr>
              <w:spacing w:after="0" w:line="240" w:lineRule="auto"/>
              <w:rPr>
                <w:rFonts w:ascii="Times New Roman" w:hAnsi="Times New Roman" w:cs="Times New Roman"/>
                <w:color w:val="auto"/>
                <w:sz w:val="18"/>
                <w:szCs w:val="18"/>
              </w:rPr>
            </w:pPr>
            <w:r w:rsidRPr="00361570">
              <w:rPr>
                <w:rFonts w:ascii="Times New Roman" w:hAnsi="Times New Roman" w:cs="Times New Roman"/>
                <w:bCs/>
                <w:color w:val="000000"/>
                <w:sz w:val="18"/>
                <w:szCs w:val="18"/>
              </w:rPr>
              <w:t>As per sample</w:t>
            </w:r>
          </w:p>
        </w:tc>
        <w:tc>
          <w:tcPr>
            <w:tcW w:w="1204" w:type="dxa"/>
            <w:shd w:val="clear" w:color="auto" w:fill="auto"/>
            <w:tcMar>
              <w:top w:w="50" w:type="dxa"/>
              <w:left w:w="50" w:type="dxa"/>
              <w:bottom w:w="50" w:type="dxa"/>
              <w:right w:w="50" w:type="dxa"/>
            </w:tcMar>
            <w:vAlign w:val="center"/>
          </w:tcPr>
          <w:p w14:paraId="5D5702EA" w14:textId="77EE2174" w:rsidR="00915A3A" w:rsidRPr="00361570" w:rsidRDefault="00915A3A" w:rsidP="00361570">
            <w:pPr>
              <w:spacing w:after="0" w:line="240" w:lineRule="auto"/>
              <w:rPr>
                <w:rFonts w:ascii="Times New Roman" w:hAnsi="Times New Roman" w:cs="Times New Roman"/>
                <w:color w:val="auto"/>
                <w:sz w:val="18"/>
                <w:szCs w:val="18"/>
              </w:rPr>
            </w:pPr>
            <w:r w:rsidRPr="00361570">
              <w:rPr>
                <w:rFonts w:ascii="Times New Roman" w:hAnsi="Times New Roman" w:cs="Times New Roman"/>
                <w:bCs/>
                <w:color w:val="000000"/>
                <w:sz w:val="18"/>
                <w:szCs w:val="18"/>
              </w:rPr>
              <w:t>5</w:t>
            </w:r>
          </w:p>
        </w:tc>
        <w:tc>
          <w:tcPr>
            <w:tcW w:w="959" w:type="dxa"/>
            <w:shd w:val="clear" w:color="auto" w:fill="FAFAFA"/>
            <w:tcMar>
              <w:top w:w="50" w:type="dxa"/>
              <w:left w:w="50" w:type="dxa"/>
              <w:bottom w:w="50" w:type="dxa"/>
              <w:right w:w="50" w:type="dxa"/>
            </w:tcMar>
            <w:vAlign w:val="center"/>
          </w:tcPr>
          <w:p w14:paraId="6E17BE8B" w14:textId="14CCFC1F" w:rsidR="00915A3A" w:rsidRPr="00361570" w:rsidRDefault="00915A3A" w:rsidP="00361570">
            <w:pPr>
              <w:spacing w:after="0" w:line="240" w:lineRule="auto"/>
              <w:rPr>
                <w:rFonts w:ascii="Times New Roman" w:hAnsi="Times New Roman" w:cs="Times New Roman"/>
                <w:color w:val="auto"/>
                <w:sz w:val="18"/>
                <w:szCs w:val="18"/>
              </w:rPr>
            </w:pPr>
            <w:r w:rsidRPr="00361570">
              <w:rPr>
                <w:rFonts w:ascii="Times New Roman" w:hAnsi="Times New Roman" w:cs="Times New Roman"/>
                <w:bCs/>
                <w:color w:val="000000"/>
                <w:sz w:val="18"/>
                <w:szCs w:val="18"/>
              </w:rPr>
              <w:t>Nos</w:t>
            </w:r>
          </w:p>
        </w:tc>
      </w:tr>
      <w:tr w:rsidR="00915A3A" w:rsidRPr="00361570" w14:paraId="39A649BA" w14:textId="77777777" w:rsidTr="00361570">
        <w:trPr>
          <w:jc w:val="center"/>
        </w:trPr>
        <w:tc>
          <w:tcPr>
            <w:tcW w:w="609" w:type="dxa"/>
            <w:shd w:val="clear" w:color="auto" w:fill="FAFAFA"/>
            <w:tcMar>
              <w:top w:w="50" w:type="dxa"/>
              <w:left w:w="50" w:type="dxa"/>
              <w:bottom w:w="50" w:type="dxa"/>
              <w:right w:w="50" w:type="dxa"/>
            </w:tcMar>
            <w:vAlign w:val="center"/>
          </w:tcPr>
          <w:p w14:paraId="37420919" w14:textId="6357C281" w:rsidR="00915A3A" w:rsidRPr="00361570" w:rsidRDefault="00915A3A" w:rsidP="00361570">
            <w:pPr>
              <w:spacing w:after="0" w:line="240" w:lineRule="auto"/>
              <w:ind w:left="90"/>
              <w:jc w:val="center"/>
              <w:rPr>
                <w:rFonts w:ascii="Times New Roman" w:hAnsi="Times New Roman" w:cs="Times New Roman"/>
                <w:color w:val="auto"/>
                <w:sz w:val="18"/>
                <w:szCs w:val="18"/>
              </w:rPr>
            </w:pPr>
            <w:r w:rsidRPr="00361570">
              <w:rPr>
                <w:rFonts w:ascii="Times New Roman" w:hAnsi="Times New Roman" w:cs="Times New Roman"/>
                <w:bCs/>
                <w:color w:val="000000"/>
                <w:sz w:val="18"/>
                <w:szCs w:val="18"/>
              </w:rPr>
              <w:t>7</w:t>
            </w:r>
          </w:p>
        </w:tc>
        <w:tc>
          <w:tcPr>
            <w:tcW w:w="3703" w:type="dxa"/>
            <w:gridSpan w:val="2"/>
            <w:shd w:val="clear" w:color="auto" w:fill="auto"/>
            <w:tcMar>
              <w:top w:w="50" w:type="dxa"/>
              <w:left w:w="50" w:type="dxa"/>
              <w:bottom w:w="50" w:type="dxa"/>
              <w:right w:w="50" w:type="dxa"/>
            </w:tcMar>
            <w:vAlign w:val="center"/>
          </w:tcPr>
          <w:p w14:paraId="7B63C976" w14:textId="38CDC6E6" w:rsidR="00915A3A" w:rsidRPr="00361570" w:rsidRDefault="00915A3A" w:rsidP="00361570">
            <w:pPr>
              <w:spacing w:after="0" w:line="240" w:lineRule="auto"/>
              <w:rPr>
                <w:rFonts w:ascii="Times New Roman" w:hAnsi="Times New Roman" w:cs="Times New Roman"/>
                <w:color w:val="auto"/>
                <w:sz w:val="18"/>
                <w:szCs w:val="18"/>
              </w:rPr>
            </w:pPr>
            <w:r w:rsidRPr="00361570">
              <w:rPr>
                <w:rFonts w:ascii="Times New Roman" w:hAnsi="Times New Roman" w:cs="Times New Roman"/>
                <w:bCs/>
                <w:color w:val="000000"/>
                <w:sz w:val="18"/>
                <w:szCs w:val="18"/>
              </w:rPr>
              <w:t>Injection syringe</w:t>
            </w:r>
          </w:p>
        </w:tc>
        <w:tc>
          <w:tcPr>
            <w:tcW w:w="4266" w:type="dxa"/>
            <w:shd w:val="clear" w:color="auto" w:fill="auto"/>
            <w:vAlign w:val="center"/>
          </w:tcPr>
          <w:p w14:paraId="0252AAFE" w14:textId="49543EF2" w:rsidR="00915A3A" w:rsidRPr="00361570" w:rsidRDefault="00915A3A" w:rsidP="00361570">
            <w:pPr>
              <w:spacing w:after="0" w:line="240" w:lineRule="auto"/>
              <w:rPr>
                <w:rFonts w:ascii="Times New Roman" w:hAnsi="Times New Roman" w:cs="Times New Roman"/>
                <w:color w:val="auto"/>
                <w:sz w:val="18"/>
                <w:szCs w:val="18"/>
              </w:rPr>
            </w:pPr>
            <w:r w:rsidRPr="00361570">
              <w:rPr>
                <w:rFonts w:ascii="Times New Roman" w:hAnsi="Times New Roman" w:cs="Times New Roman"/>
                <w:bCs/>
                <w:color w:val="000000"/>
                <w:sz w:val="18"/>
                <w:szCs w:val="18"/>
              </w:rPr>
              <w:t>--</w:t>
            </w:r>
          </w:p>
        </w:tc>
        <w:tc>
          <w:tcPr>
            <w:tcW w:w="1204" w:type="dxa"/>
            <w:shd w:val="clear" w:color="auto" w:fill="auto"/>
            <w:tcMar>
              <w:top w:w="50" w:type="dxa"/>
              <w:left w:w="50" w:type="dxa"/>
              <w:bottom w:w="50" w:type="dxa"/>
              <w:right w:w="50" w:type="dxa"/>
            </w:tcMar>
            <w:vAlign w:val="center"/>
          </w:tcPr>
          <w:p w14:paraId="3E34BBB6" w14:textId="3108C8D1" w:rsidR="00915A3A" w:rsidRPr="00361570" w:rsidRDefault="002366F0" w:rsidP="00361570">
            <w:pPr>
              <w:spacing w:after="0" w:line="240" w:lineRule="auto"/>
              <w:rPr>
                <w:rFonts w:ascii="Times New Roman" w:hAnsi="Times New Roman" w:cs="Times New Roman"/>
                <w:color w:val="auto"/>
                <w:sz w:val="18"/>
                <w:szCs w:val="18"/>
              </w:rPr>
            </w:pPr>
            <w:r>
              <w:rPr>
                <w:rFonts w:ascii="Times New Roman" w:hAnsi="Times New Roman" w:cs="Times New Roman"/>
                <w:bCs/>
                <w:color w:val="000000"/>
                <w:sz w:val="18"/>
                <w:szCs w:val="18"/>
              </w:rPr>
              <w:t>30</w:t>
            </w:r>
          </w:p>
        </w:tc>
        <w:tc>
          <w:tcPr>
            <w:tcW w:w="959" w:type="dxa"/>
            <w:shd w:val="clear" w:color="auto" w:fill="FAFAFA"/>
            <w:tcMar>
              <w:top w:w="50" w:type="dxa"/>
              <w:left w:w="50" w:type="dxa"/>
              <w:bottom w:w="50" w:type="dxa"/>
              <w:right w:w="50" w:type="dxa"/>
            </w:tcMar>
            <w:vAlign w:val="center"/>
          </w:tcPr>
          <w:p w14:paraId="08121B19" w14:textId="16F0F00E" w:rsidR="00915A3A" w:rsidRPr="00361570" w:rsidRDefault="00915A3A" w:rsidP="00361570">
            <w:pPr>
              <w:spacing w:after="0" w:line="240" w:lineRule="auto"/>
              <w:rPr>
                <w:rFonts w:ascii="Times New Roman" w:hAnsi="Times New Roman" w:cs="Times New Roman"/>
                <w:color w:val="auto"/>
                <w:sz w:val="18"/>
                <w:szCs w:val="18"/>
              </w:rPr>
            </w:pPr>
            <w:r w:rsidRPr="00361570">
              <w:rPr>
                <w:rFonts w:ascii="Times New Roman" w:hAnsi="Times New Roman" w:cs="Times New Roman"/>
                <w:bCs/>
                <w:color w:val="000000"/>
                <w:sz w:val="18"/>
                <w:szCs w:val="18"/>
              </w:rPr>
              <w:t>Nos</w:t>
            </w:r>
          </w:p>
        </w:tc>
      </w:tr>
      <w:tr w:rsidR="00915A3A" w:rsidRPr="00361570" w14:paraId="48B50B54" w14:textId="77777777" w:rsidTr="00361570">
        <w:trPr>
          <w:jc w:val="center"/>
        </w:trPr>
        <w:tc>
          <w:tcPr>
            <w:tcW w:w="609" w:type="dxa"/>
            <w:shd w:val="clear" w:color="auto" w:fill="FAFAFA"/>
            <w:tcMar>
              <w:top w:w="50" w:type="dxa"/>
              <w:left w:w="50" w:type="dxa"/>
              <w:bottom w:w="50" w:type="dxa"/>
              <w:right w:w="50" w:type="dxa"/>
            </w:tcMar>
            <w:vAlign w:val="center"/>
          </w:tcPr>
          <w:p w14:paraId="28849C50" w14:textId="3FFF9824" w:rsidR="00915A3A" w:rsidRPr="00361570" w:rsidRDefault="00915A3A" w:rsidP="00361570">
            <w:pPr>
              <w:spacing w:after="0" w:line="240" w:lineRule="auto"/>
              <w:ind w:left="90"/>
              <w:jc w:val="center"/>
              <w:rPr>
                <w:rFonts w:ascii="Times New Roman" w:hAnsi="Times New Roman" w:cs="Times New Roman"/>
                <w:color w:val="auto"/>
                <w:sz w:val="18"/>
                <w:szCs w:val="18"/>
              </w:rPr>
            </w:pPr>
            <w:r w:rsidRPr="00361570">
              <w:rPr>
                <w:rFonts w:ascii="Times New Roman" w:hAnsi="Times New Roman" w:cs="Times New Roman"/>
                <w:bCs/>
                <w:color w:val="000000"/>
                <w:sz w:val="18"/>
                <w:szCs w:val="18"/>
              </w:rPr>
              <w:t>8</w:t>
            </w:r>
          </w:p>
        </w:tc>
        <w:tc>
          <w:tcPr>
            <w:tcW w:w="3703" w:type="dxa"/>
            <w:gridSpan w:val="2"/>
            <w:shd w:val="clear" w:color="auto" w:fill="auto"/>
            <w:tcMar>
              <w:top w:w="50" w:type="dxa"/>
              <w:left w:w="50" w:type="dxa"/>
              <w:bottom w:w="50" w:type="dxa"/>
              <w:right w:w="50" w:type="dxa"/>
            </w:tcMar>
            <w:vAlign w:val="center"/>
          </w:tcPr>
          <w:p w14:paraId="026D7DCF" w14:textId="4B7C68D5" w:rsidR="00915A3A" w:rsidRPr="00361570" w:rsidRDefault="00915A3A" w:rsidP="00361570">
            <w:pPr>
              <w:spacing w:after="0" w:line="240" w:lineRule="auto"/>
              <w:rPr>
                <w:rFonts w:ascii="Times New Roman" w:hAnsi="Times New Roman" w:cs="Times New Roman"/>
                <w:color w:val="auto"/>
                <w:sz w:val="18"/>
                <w:szCs w:val="18"/>
              </w:rPr>
            </w:pPr>
            <w:r w:rsidRPr="00361570">
              <w:rPr>
                <w:rFonts w:ascii="Times New Roman" w:hAnsi="Times New Roman" w:cs="Times New Roman"/>
                <w:bCs/>
                <w:color w:val="000000"/>
                <w:sz w:val="18"/>
                <w:szCs w:val="18"/>
              </w:rPr>
              <w:t>Gel electrodes</w:t>
            </w:r>
          </w:p>
        </w:tc>
        <w:tc>
          <w:tcPr>
            <w:tcW w:w="4266" w:type="dxa"/>
            <w:shd w:val="clear" w:color="auto" w:fill="auto"/>
            <w:vAlign w:val="center"/>
          </w:tcPr>
          <w:p w14:paraId="32EDCB58" w14:textId="7ECE7F5A" w:rsidR="00915A3A" w:rsidRPr="00361570" w:rsidRDefault="00915A3A" w:rsidP="00361570">
            <w:pPr>
              <w:spacing w:after="0" w:line="240" w:lineRule="auto"/>
              <w:rPr>
                <w:rFonts w:ascii="Times New Roman" w:hAnsi="Times New Roman" w:cs="Times New Roman"/>
                <w:color w:val="auto"/>
                <w:sz w:val="18"/>
                <w:szCs w:val="18"/>
              </w:rPr>
            </w:pPr>
            <w:r w:rsidRPr="00361570">
              <w:rPr>
                <w:rFonts w:ascii="Times New Roman" w:hAnsi="Times New Roman" w:cs="Times New Roman"/>
                <w:bCs/>
                <w:color w:val="000000"/>
                <w:sz w:val="18"/>
                <w:szCs w:val="18"/>
              </w:rPr>
              <w:t>--</w:t>
            </w:r>
          </w:p>
        </w:tc>
        <w:tc>
          <w:tcPr>
            <w:tcW w:w="1204" w:type="dxa"/>
            <w:shd w:val="clear" w:color="auto" w:fill="auto"/>
            <w:tcMar>
              <w:top w:w="50" w:type="dxa"/>
              <w:left w:w="50" w:type="dxa"/>
              <w:bottom w:w="50" w:type="dxa"/>
              <w:right w:w="50" w:type="dxa"/>
            </w:tcMar>
            <w:vAlign w:val="center"/>
          </w:tcPr>
          <w:p w14:paraId="3D803262" w14:textId="0B1C31B9" w:rsidR="00915A3A" w:rsidRPr="00361570" w:rsidRDefault="00915A3A" w:rsidP="00361570">
            <w:pPr>
              <w:spacing w:after="0" w:line="240" w:lineRule="auto"/>
              <w:rPr>
                <w:rFonts w:ascii="Times New Roman" w:hAnsi="Times New Roman" w:cs="Times New Roman"/>
                <w:color w:val="auto"/>
                <w:sz w:val="18"/>
                <w:szCs w:val="18"/>
              </w:rPr>
            </w:pPr>
            <w:r w:rsidRPr="00361570">
              <w:rPr>
                <w:rFonts w:ascii="Times New Roman" w:hAnsi="Times New Roman" w:cs="Times New Roman"/>
                <w:bCs/>
                <w:color w:val="000000"/>
                <w:sz w:val="18"/>
                <w:szCs w:val="18"/>
              </w:rPr>
              <w:t>2000</w:t>
            </w:r>
          </w:p>
        </w:tc>
        <w:tc>
          <w:tcPr>
            <w:tcW w:w="959" w:type="dxa"/>
            <w:shd w:val="clear" w:color="auto" w:fill="FAFAFA"/>
            <w:tcMar>
              <w:top w:w="50" w:type="dxa"/>
              <w:left w:w="50" w:type="dxa"/>
              <w:bottom w:w="50" w:type="dxa"/>
              <w:right w:w="50" w:type="dxa"/>
            </w:tcMar>
            <w:vAlign w:val="center"/>
          </w:tcPr>
          <w:p w14:paraId="7A19BEAE" w14:textId="343604CE" w:rsidR="00915A3A" w:rsidRPr="00361570" w:rsidRDefault="00915A3A" w:rsidP="00361570">
            <w:pPr>
              <w:spacing w:after="0" w:line="240" w:lineRule="auto"/>
              <w:rPr>
                <w:rFonts w:ascii="Times New Roman" w:hAnsi="Times New Roman" w:cs="Times New Roman"/>
                <w:color w:val="auto"/>
                <w:sz w:val="18"/>
                <w:szCs w:val="18"/>
              </w:rPr>
            </w:pPr>
            <w:r w:rsidRPr="00361570">
              <w:rPr>
                <w:rFonts w:ascii="Times New Roman" w:hAnsi="Times New Roman" w:cs="Times New Roman"/>
                <w:bCs/>
                <w:color w:val="000000"/>
                <w:sz w:val="18"/>
                <w:szCs w:val="18"/>
              </w:rPr>
              <w:t>Nos</w:t>
            </w:r>
          </w:p>
        </w:tc>
      </w:tr>
      <w:tr w:rsidR="00915A3A" w:rsidRPr="00361570" w14:paraId="549F99E2" w14:textId="77777777" w:rsidTr="00361570">
        <w:trPr>
          <w:jc w:val="center"/>
        </w:trPr>
        <w:tc>
          <w:tcPr>
            <w:tcW w:w="609" w:type="dxa"/>
            <w:shd w:val="clear" w:color="auto" w:fill="FAFAFA"/>
            <w:tcMar>
              <w:top w:w="50" w:type="dxa"/>
              <w:left w:w="50" w:type="dxa"/>
              <w:bottom w:w="50" w:type="dxa"/>
              <w:right w:w="50" w:type="dxa"/>
            </w:tcMar>
            <w:vAlign w:val="center"/>
          </w:tcPr>
          <w:p w14:paraId="607F9251" w14:textId="52F8A6F1" w:rsidR="00915A3A" w:rsidRPr="00361570" w:rsidRDefault="00915A3A" w:rsidP="00361570">
            <w:pPr>
              <w:spacing w:after="0" w:line="240" w:lineRule="auto"/>
              <w:ind w:left="90"/>
              <w:jc w:val="center"/>
              <w:rPr>
                <w:rFonts w:ascii="Times New Roman" w:hAnsi="Times New Roman" w:cs="Times New Roman"/>
                <w:color w:val="auto"/>
                <w:sz w:val="18"/>
                <w:szCs w:val="18"/>
              </w:rPr>
            </w:pPr>
            <w:r w:rsidRPr="00361570">
              <w:rPr>
                <w:rFonts w:ascii="Times New Roman" w:hAnsi="Times New Roman" w:cs="Times New Roman"/>
                <w:bCs/>
                <w:color w:val="000000"/>
                <w:sz w:val="18"/>
                <w:szCs w:val="18"/>
              </w:rPr>
              <w:t>9</w:t>
            </w:r>
          </w:p>
        </w:tc>
        <w:tc>
          <w:tcPr>
            <w:tcW w:w="3703" w:type="dxa"/>
            <w:gridSpan w:val="2"/>
            <w:shd w:val="clear" w:color="auto" w:fill="auto"/>
            <w:tcMar>
              <w:top w:w="50" w:type="dxa"/>
              <w:left w:w="50" w:type="dxa"/>
              <w:bottom w:w="50" w:type="dxa"/>
              <w:right w:w="50" w:type="dxa"/>
            </w:tcMar>
            <w:vAlign w:val="center"/>
          </w:tcPr>
          <w:p w14:paraId="191D10DC" w14:textId="28294026" w:rsidR="00915A3A" w:rsidRPr="00361570" w:rsidRDefault="00915A3A" w:rsidP="00361570">
            <w:pPr>
              <w:spacing w:after="0" w:line="240" w:lineRule="auto"/>
              <w:rPr>
                <w:rFonts w:ascii="Times New Roman" w:hAnsi="Times New Roman" w:cs="Times New Roman"/>
                <w:color w:val="auto"/>
                <w:sz w:val="18"/>
                <w:szCs w:val="18"/>
              </w:rPr>
            </w:pPr>
            <w:r w:rsidRPr="00361570">
              <w:rPr>
                <w:rFonts w:ascii="Times New Roman" w:hAnsi="Times New Roman" w:cs="Times New Roman"/>
                <w:bCs/>
                <w:color w:val="000000"/>
                <w:sz w:val="18"/>
                <w:szCs w:val="18"/>
              </w:rPr>
              <w:t>Soldering station with stand</w:t>
            </w:r>
          </w:p>
        </w:tc>
        <w:tc>
          <w:tcPr>
            <w:tcW w:w="4266" w:type="dxa"/>
            <w:shd w:val="clear" w:color="auto" w:fill="auto"/>
            <w:vAlign w:val="center"/>
          </w:tcPr>
          <w:p w14:paraId="518EA80D" w14:textId="77777777" w:rsidR="00915A3A" w:rsidRPr="00361570" w:rsidRDefault="00915A3A" w:rsidP="00361570">
            <w:pPr>
              <w:spacing w:after="0" w:line="240" w:lineRule="auto"/>
              <w:rPr>
                <w:rFonts w:ascii="Times New Roman" w:hAnsi="Times New Roman" w:cs="Times New Roman"/>
                <w:bCs/>
                <w:color w:val="000000"/>
                <w:sz w:val="18"/>
                <w:szCs w:val="18"/>
              </w:rPr>
            </w:pPr>
            <w:r w:rsidRPr="00361570">
              <w:rPr>
                <w:rFonts w:ascii="Times New Roman" w:hAnsi="Times New Roman" w:cs="Times New Roman"/>
                <w:bCs/>
                <w:color w:val="000000"/>
                <w:sz w:val="18"/>
                <w:szCs w:val="18"/>
              </w:rPr>
              <w:t xml:space="preserve">  </w:t>
            </w:r>
            <w:r w:rsidRPr="00361570">
              <w:rPr>
                <w:rFonts w:ascii="Times New Roman" w:hAnsi="Times New Roman" w:cs="Times New Roman"/>
                <w:bCs/>
                <w:color w:val="000000"/>
                <w:sz w:val="18"/>
                <w:szCs w:val="18"/>
              </w:rPr>
              <w:fldChar w:fldCharType="begin"/>
            </w:r>
            <w:r w:rsidRPr="00361570">
              <w:rPr>
                <w:rFonts w:ascii="Times New Roman" w:hAnsi="Times New Roman" w:cs="Times New Roman"/>
                <w:bCs/>
                <w:color w:val="000000"/>
                <w:sz w:val="18"/>
                <w:szCs w:val="18"/>
              </w:rPr>
              <w:instrText xml:space="preserve"> HYPERLINK "https://www.martview.com/sunshine-s3-60w-3-customizable-channels-c210-intelligent-digital-display-soldering-station.html?srsltid=AfmBOoo4OGXUZHdPZizBRMAjtdDE1BzgZh_JVNm36Kt7h_rTagqRmWH1" \t "_blank" </w:instrText>
            </w:r>
            <w:r w:rsidRPr="00361570">
              <w:rPr>
                <w:rFonts w:ascii="Times New Roman" w:hAnsi="Times New Roman" w:cs="Times New Roman"/>
                <w:bCs/>
                <w:color w:val="000000"/>
                <w:sz w:val="18"/>
                <w:szCs w:val="18"/>
              </w:rPr>
              <w:fldChar w:fldCharType="separate"/>
            </w:r>
          </w:p>
          <w:p w14:paraId="68D1E80A" w14:textId="77777777" w:rsidR="00915A3A" w:rsidRPr="00361570" w:rsidRDefault="00915A3A" w:rsidP="00361570">
            <w:pPr>
              <w:spacing w:after="0" w:line="240" w:lineRule="auto"/>
              <w:rPr>
                <w:rFonts w:ascii="Times New Roman" w:hAnsi="Times New Roman" w:cs="Times New Roman"/>
                <w:bCs/>
                <w:color w:val="000000"/>
                <w:sz w:val="18"/>
                <w:szCs w:val="18"/>
              </w:rPr>
            </w:pPr>
            <w:r w:rsidRPr="00361570">
              <w:rPr>
                <w:rFonts w:ascii="Times New Roman" w:hAnsi="Times New Roman" w:cs="Times New Roman"/>
                <w:bCs/>
                <w:color w:val="000000"/>
                <w:sz w:val="18"/>
                <w:szCs w:val="18"/>
              </w:rPr>
              <w:t>Sunshine S3 60W 3-Customizable Channels C210</w:t>
            </w:r>
          </w:p>
          <w:p w14:paraId="4F31B9E6" w14:textId="57BFC85C" w:rsidR="00915A3A" w:rsidRPr="00361570" w:rsidRDefault="00915A3A" w:rsidP="00361570">
            <w:pPr>
              <w:spacing w:after="0" w:line="240" w:lineRule="auto"/>
              <w:rPr>
                <w:rFonts w:ascii="Times New Roman" w:hAnsi="Times New Roman" w:cs="Times New Roman"/>
                <w:color w:val="auto"/>
                <w:sz w:val="18"/>
                <w:szCs w:val="18"/>
              </w:rPr>
            </w:pPr>
            <w:r w:rsidRPr="00361570">
              <w:rPr>
                <w:rFonts w:ascii="Times New Roman" w:hAnsi="Times New Roman" w:cs="Times New Roman"/>
                <w:bCs/>
                <w:color w:val="000000"/>
                <w:sz w:val="18"/>
                <w:szCs w:val="18"/>
              </w:rPr>
              <w:fldChar w:fldCharType="end"/>
            </w:r>
          </w:p>
        </w:tc>
        <w:tc>
          <w:tcPr>
            <w:tcW w:w="1204" w:type="dxa"/>
            <w:shd w:val="clear" w:color="auto" w:fill="auto"/>
            <w:tcMar>
              <w:top w:w="50" w:type="dxa"/>
              <w:left w:w="50" w:type="dxa"/>
              <w:bottom w:w="50" w:type="dxa"/>
              <w:right w:w="50" w:type="dxa"/>
            </w:tcMar>
            <w:vAlign w:val="center"/>
          </w:tcPr>
          <w:p w14:paraId="0B1C7CD3" w14:textId="53AC4EE3" w:rsidR="00915A3A" w:rsidRPr="00361570" w:rsidRDefault="00915A3A" w:rsidP="00361570">
            <w:pPr>
              <w:spacing w:after="0" w:line="240" w:lineRule="auto"/>
              <w:rPr>
                <w:rFonts w:ascii="Times New Roman" w:hAnsi="Times New Roman" w:cs="Times New Roman"/>
                <w:color w:val="auto"/>
                <w:sz w:val="18"/>
                <w:szCs w:val="18"/>
              </w:rPr>
            </w:pPr>
            <w:r w:rsidRPr="00361570">
              <w:rPr>
                <w:rFonts w:ascii="Times New Roman" w:hAnsi="Times New Roman" w:cs="Times New Roman"/>
                <w:bCs/>
                <w:color w:val="000000"/>
                <w:sz w:val="18"/>
                <w:szCs w:val="18"/>
              </w:rPr>
              <w:t>01</w:t>
            </w:r>
          </w:p>
        </w:tc>
        <w:tc>
          <w:tcPr>
            <w:tcW w:w="959" w:type="dxa"/>
            <w:shd w:val="clear" w:color="auto" w:fill="FAFAFA"/>
            <w:tcMar>
              <w:top w:w="50" w:type="dxa"/>
              <w:left w:w="50" w:type="dxa"/>
              <w:bottom w:w="50" w:type="dxa"/>
              <w:right w:w="50" w:type="dxa"/>
            </w:tcMar>
            <w:vAlign w:val="center"/>
          </w:tcPr>
          <w:p w14:paraId="5EED6745" w14:textId="176323C3" w:rsidR="00915A3A" w:rsidRPr="00361570" w:rsidRDefault="00915A3A" w:rsidP="00361570">
            <w:pPr>
              <w:spacing w:after="0" w:line="240" w:lineRule="auto"/>
              <w:rPr>
                <w:rFonts w:ascii="Times New Roman" w:hAnsi="Times New Roman" w:cs="Times New Roman"/>
                <w:color w:val="auto"/>
                <w:sz w:val="18"/>
                <w:szCs w:val="18"/>
              </w:rPr>
            </w:pPr>
            <w:r w:rsidRPr="00361570">
              <w:rPr>
                <w:rFonts w:ascii="Times New Roman" w:hAnsi="Times New Roman" w:cs="Times New Roman"/>
                <w:bCs/>
                <w:color w:val="000000"/>
                <w:sz w:val="18"/>
                <w:szCs w:val="18"/>
              </w:rPr>
              <w:t>Nos</w:t>
            </w:r>
          </w:p>
        </w:tc>
      </w:tr>
      <w:tr w:rsidR="00915A3A" w:rsidRPr="00361570" w14:paraId="0CC55DA0" w14:textId="77777777" w:rsidTr="00361570">
        <w:trPr>
          <w:jc w:val="center"/>
        </w:trPr>
        <w:tc>
          <w:tcPr>
            <w:tcW w:w="609" w:type="dxa"/>
            <w:shd w:val="clear" w:color="auto" w:fill="FAFAFA"/>
            <w:tcMar>
              <w:top w:w="50" w:type="dxa"/>
              <w:left w:w="50" w:type="dxa"/>
              <w:bottom w:w="50" w:type="dxa"/>
              <w:right w:w="50" w:type="dxa"/>
            </w:tcMar>
            <w:vAlign w:val="center"/>
          </w:tcPr>
          <w:p w14:paraId="458E9426" w14:textId="73764D82" w:rsidR="00915A3A" w:rsidRPr="00361570" w:rsidRDefault="00915A3A" w:rsidP="00361570">
            <w:pPr>
              <w:spacing w:after="0" w:line="240" w:lineRule="auto"/>
              <w:ind w:left="90"/>
              <w:jc w:val="center"/>
              <w:rPr>
                <w:rFonts w:ascii="Times New Roman" w:hAnsi="Times New Roman" w:cs="Times New Roman"/>
                <w:color w:val="auto"/>
                <w:sz w:val="18"/>
                <w:szCs w:val="18"/>
              </w:rPr>
            </w:pPr>
            <w:r w:rsidRPr="00361570">
              <w:rPr>
                <w:rFonts w:ascii="Times New Roman" w:hAnsi="Times New Roman" w:cs="Times New Roman"/>
                <w:bCs/>
                <w:color w:val="000000"/>
                <w:sz w:val="18"/>
                <w:szCs w:val="18"/>
              </w:rPr>
              <w:t>10</w:t>
            </w:r>
          </w:p>
        </w:tc>
        <w:tc>
          <w:tcPr>
            <w:tcW w:w="3703" w:type="dxa"/>
            <w:gridSpan w:val="2"/>
            <w:shd w:val="clear" w:color="auto" w:fill="auto"/>
            <w:tcMar>
              <w:top w:w="50" w:type="dxa"/>
              <w:left w:w="50" w:type="dxa"/>
              <w:bottom w:w="50" w:type="dxa"/>
              <w:right w:w="50" w:type="dxa"/>
            </w:tcMar>
            <w:vAlign w:val="center"/>
          </w:tcPr>
          <w:p w14:paraId="09D64828" w14:textId="1C885722" w:rsidR="00915A3A" w:rsidRPr="00361570" w:rsidRDefault="00915A3A" w:rsidP="00361570">
            <w:pPr>
              <w:spacing w:after="0" w:line="240" w:lineRule="auto"/>
              <w:rPr>
                <w:rFonts w:ascii="Times New Roman" w:hAnsi="Times New Roman" w:cs="Times New Roman"/>
                <w:color w:val="auto"/>
                <w:sz w:val="18"/>
                <w:szCs w:val="18"/>
              </w:rPr>
            </w:pPr>
            <w:r w:rsidRPr="00361570">
              <w:rPr>
                <w:rFonts w:ascii="Times New Roman" w:hAnsi="Times New Roman" w:cs="Times New Roman"/>
                <w:bCs/>
                <w:color w:val="000000"/>
                <w:sz w:val="18"/>
                <w:szCs w:val="18"/>
              </w:rPr>
              <w:t>Soldering iron</w:t>
            </w:r>
          </w:p>
        </w:tc>
        <w:tc>
          <w:tcPr>
            <w:tcW w:w="4266" w:type="dxa"/>
            <w:shd w:val="clear" w:color="auto" w:fill="auto"/>
            <w:vAlign w:val="center"/>
          </w:tcPr>
          <w:p w14:paraId="6E786543" w14:textId="35838433" w:rsidR="00915A3A" w:rsidRPr="00361570" w:rsidRDefault="00915A3A" w:rsidP="00361570">
            <w:pPr>
              <w:spacing w:after="0" w:line="240" w:lineRule="auto"/>
              <w:rPr>
                <w:rFonts w:ascii="Times New Roman" w:hAnsi="Times New Roman" w:cs="Times New Roman"/>
                <w:color w:val="auto"/>
                <w:sz w:val="18"/>
                <w:szCs w:val="18"/>
              </w:rPr>
            </w:pPr>
            <w:r w:rsidRPr="00361570">
              <w:rPr>
                <w:rFonts w:ascii="Times New Roman" w:hAnsi="Times New Roman" w:cs="Times New Roman"/>
                <w:bCs/>
                <w:color w:val="000000"/>
                <w:sz w:val="18"/>
                <w:szCs w:val="18"/>
              </w:rPr>
              <w:t>30 watt</w:t>
            </w:r>
          </w:p>
        </w:tc>
        <w:tc>
          <w:tcPr>
            <w:tcW w:w="1204" w:type="dxa"/>
            <w:shd w:val="clear" w:color="auto" w:fill="auto"/>
            <w:tcMar>
              <w:top w:w="50" w:type="dxa"/>
              <w:left w:w="50" w:type="dxa"/>
              <w:bottom w:w="50" w:type="dxa"/>
              <w:right w:w="50" w:type="dxa"/>
            </w:tcMar>
            <w:vAlign w:val="center"/>
          </w:tcPr>
          <w:p w14:paraId="7C9ACB8B" w14:textId="145B3BA6" w:rsidR="00915A3A" w:rsidRPr="00361570" w:rsidRDefault="00915A3A" w:rsidP="00361570">
            <w:pPr>
              <w:spacing w:after="0" w:line="240" w:lineRule="auto"/>
              <w:rPr>
                <w:rFonts w:ascii="Times New Roman" w:hAnsi="Times New Roman" w:cs="Times New Roman"/>
                <w:color w:val="auto"/>
                <w:sz w:val="18"/>
                <w:szCs w:val="18"/>
              </w:rPr>
            </w:pPr>
            <w:r w:rsidRPr="00361570">
              <w:rPr>
                <w:rFonts w:ascii="Times New Roman" w:hAnsi="Times New Roman" w:cs="Times New Roman"/>
                <w:bCs/>
                <w:color w:val="000000"/>
                <w:sz w:val="18"/>
                <w:szCs w:val="18"/>
              </w:rPr>
              <w:t>05</w:t>
            </w:r>
          </w:p>
        </w:tc>
        <w:tc>
          <w:tcPr>
            <w:tcW w:w="959" w:type="dxa"/>
            <w:shd w:val="clear" w:color="auto" w:fill="FAFAFA"/>
            <w:tcMar>
              <w:top w:w="50" w:type="dxa"/>
              <w:left w:w="50" w:type="dxa"/>
              <w:bottom w:w="50" w:type="dxa"/>
              <w:right w:w="50" w:type="dxa"/>
            </w:tcMar>
            <w:vAlign w:val="center"/>
          </w:tcPr>
          <w:p w14:paraId="597F895B" w14:textId="515FA9E9" w:rsidR="00915A3A" w:rsidRPr="00361570" w:rsidRDefault="00915A3A" w:rsidP="00361570">
            <w:pPr>
              <w:spacing w:after="0" w:line="240" w:lineRule="auto"/>
              <w:rPr>
                <w:rFonts w:ascii="Times New Roman" w:hAnsi="Times New Roman" w:cs="Times New Roman"/>
                <w:color w:val="auto"/>
                <w:sz w:val="18"/>
                <w:szCs w:val="18"/>
              </w:rPr>
            </w:pPr>
            <w:r w:rsidRPr="00361570">
              <w:rPr>
                <w:rFonts w:ascii="Times New Roman" w:hAnsi="Times New Roman" w:cs="Times New Roman"/>
                <w:bCs/>
                <w:color w:val="000000"/>
                <w:sz w:val="18"/>
                <w:szCs w:val="18"/>
              </w:rPr>
              <w:t>Nos</w:t>
            </w:r>
          </w:p>
        </w:tc>
      </w:tr>
      <w:tr w:rsidR="00915A3A" w:rsidRPr="00361570" w14:paraId="57DD26C2" w14:textId="77777777" w:rsidTr="00361570">
        <w:trPr>
          <w:jc w:val="center"/>
        </w:trPr>
        <w:tc>
          <w:tcPr>
            <w:tcW w:w="609" w:type="dxa"/>
            <w:shd w:val="clear" w:color="auto" w:fill="FAFAFA"/>
            <w:tcMar>
              <w:top w:w="50" w:type="dxa"/>
              <w:left w:w="50" w:type="dxa"/>
              <w:bottom w:w="50" w:type="dxa"/>
              <w:right w:w="50" w:type="dxa"/>
            </w:tcMar>
            <w:vAlign w:val="center"/>
          </w:tcPr>
          <w:p w14:paraId="77C979C4" w14:textId="117371FF" w:rsidR="00915A3A" w:rsidRPr="00361570" w:rsidRDefault="00915A3A" w:rsidP="00361570">
            <w:pPr>
              <w:spacing w:after="0" w:line="240" w:lineRule="auto"/>
              <w:ind w:left="90"/>
              <w:jc w:val="center"/>
              <w:rPr>
                <w:rFonts w:ascii="Times New Roman" w:hAnsi="Times New Roman" w:cs="Times New Roman"/>
                <w:color w:val="auto"/>
                <w:sz w:val="18"/>
                <w:szCs w:val="18"/>
              </w:rPr>
            </w:pPr>
            <w:r w:rsidRPr="00361570">
              <w:rPr>
                <w:rFonts w:ascii="Times New Roman" w:hAnsi="Times New Roman" w:cs="Times New Roman"/>
                <w:bCs/>
                <w:color w:val="000000"/>
                <w:sz w:val="18"/>
                <w:szCs w:val="18"/>
              </w:rPr>
              <w:t>11</w:t>
            </w:r>
          </w:p>
        </w:tc>
        <w:tc>
          <w:tcPr>
            <w:tcW w:w="3703" w:type="dxa"/>
            <w:gridSpan w:val="2"/>
            <w:shd w:val="clear" w:color="auto" w:fill="auto"/>
            <w:tcMar>
              <w:top w:w="50" w:type="dxa"/>
              <w:left w:w="50" w:type="dxa"/>
              <w:bottom w:w="50" w:type="dxa"/>
              <w:right w:w="50" w:type="dxa"/>
            </w:tcMar>
            <w:vAlign w:val="center"/>
          </w:tcPr>
          <w:p w14:paraId="07513D42" w14:textId="14E8F278" w:rsidR="00915A3A" w:rsidRPr="00361570" w:rsidRDefault="00915A3A" w:rsidP="00361570">
            <w:pPr>
              <w:spacing w:after="0" w:line="240" w:lineRule="auto"/>
              <w:rPr>
                <w:rFonts w:ascii="Times New Roman" w:hAnsi="Times New Roman" w:cs="Times New Roman"/>
                <w:color w:val="auto"/>
                <w:sz w:val="18"/>
                <w:szCs w:val="18"/>
              </w:rPr>
            </w:pPr>
            <w:r w:rsidRPr="00361570">
              <w:rPr>
                <w:rFonts w:ascii="Times New Roman" w:hAnsi="Times New Roman" w:cs="Times New Roman"/>
                <w:bCs/>
                <w:color w:val="000000"/>
                <w:sz w:val="18"/>
                <w:szCs w:val="18"/>
              </w:rPr>
              <w:t xml:space="preserve">Soldering bits </w:t>
            </w:r>
          </w:p>
        </w:tc>
        <w:tc>
          <w:tcPr>
            <w:tcW w:w="4266" w:type="dxa"/>
            <w:shd w:val="clear" w:color="auto" w:fill="auto"/>
            <w:vAlign w:val="center"/>
          </w:tcPr>
          <w:p w14:paraId="47AAAD3A" w14:textId="77777777" w:rsidR="00915A3A" w:rsidRPr="00361570" w:rsidRDefault="00915A3A" w:rsidP="00361570">
            <w:pPr>
              <w:spacing w:after="0" w:line="240" w:lineRule="auto"/>
              <w:rPr>
                <w:rFonts w:ascii="Times New Roman" w:hAnsi="Times New Roman" w:cs="Times New Roman"/>
                <w:bCs/>
                <w:color w:val="000000"/>
                <w:sz w:val="18"/>
                <w:szCs w:val="18"/>
              </w:rPr>
            </w:pPr>
            <w:r w:rsidRPr="00361570">
              <w:rPr>
                <w:rFonts w:ascii="Times New Roman" w:hAnsi="Times New Roman" w:cs="Times New Roman"/>
                <w:bCs/>
                <w:color w:val="000000"/>
                <w:sz w:val="18"/>
                <w:szCs w:val="18"/>
              </w:rPr>
              <w:t xml:space="preserve">  </w:t>
            </w:r>
            <w:r w:rsidRPr="00361570">
              <w:rPr>
                <w:rFonts w:ascii="Times New Roman" w:hAnsi="Times New Roman" w:cs="Times New Roman"/>
                <w:bCs/>
                <w:color w:val="000000"/>
                <w:sz w:val="18"/>
                <w:szCs w:val="18"/>
              </w:rPr>
              <w:fldChar w:fldCharType="begin"/>
            </w:r>
            <w:r w:rsidRPr="00361570">
              <w:rPr>
                <w:rFonts w:ascii="Times New Roman" w:hAnsi="Times New Roman" w:cs="Times New Roman"/>
                <w:bCs/>
                <w:color w:val="000000"/>
                <w:sz w:val="18"/>
                <w:szCs w:val="18"/>
              </w:rPr>
              <w:instrText xml:space="preserve"> HYPERLINK "https://www.martview.com/sunshine-s3-60w-3-customizable-channels-c210-intelligent-digital-display-soldering-station.html?srsltid=AfmBOoo4OGXUZHdPZizBRMAjtdDE1BzgZh_JVNm36Kt7h_rTagqRmWH1" \t "_blank" </w:instrText>
            </w:r>
            <w:r w:rsidRPr="00361570">
              <w:rPr>
                <w:rFonts w:ascii="Times New Roman" w:hAnsi="Times New Roman" w:cs="Times New Roman"/>
                <w:bCs/>
                <w:color w:val="000000"/>
                <w:sz w:val="18"/>
                <w:szCs w:val="18"/>
              </w:rPr>
              <w:fldChar w:fldCharType="separate"/>
            </w:r>
          </w:p>
          <w:p w14:paraId="79C4566B" w14:textId="77777777" w:rsidR="00915A3A" w:rsidRPr="00361570" w:rsidRDefault="00915A3A" w:rsidP="00361570">
            <w:pPr>
              <w:spacing w:after="0" w:line="240" w:lineRule="auto"/>
              <w:rPr>
                <w:rFonts w:ascii="Times New Roman" w:hAnsi="Times New Roman" w:cs="Times New Roman"/>
                <w:bCs/>
                <w:color w:val="000000"/>
                <w:sz w:val="18"/>
                <w:szCs w:val="18"/>
              </w:rPr>
            </w:pPr>
            <w:r w:rsidRPr="00361570">
              <w:rPr>
                <w:rFonts w:ascii="Times New Roman" w:hAnsi="Times New Roman" w:cs="Times New Roman"/>
                <w:bCs/>
                <w:color w:val="000000"/>
                <w:sz w:val="18"/>
                <w:szCs w:val="18"/>
              </w:rPr>
              <w:t>Compatible with Sunshine S3 60W 3-Customizable Channels C210</w:t>
            </w:r>
          </w:p>
          <w:p w14:paraId="57094158" w14:textId="7C344A97" w:rsidR="00915A3A" w:rsidRPr="00361570" w:rsidRDefault="00915A3A" w:rsidP="00361570">
            <w:pPr>
              <w:spacing w:after="0" w:line="240" w:lineRule="auto"/>
              <w:rPr>
                <w:rFonts w:ascii="Times New Roman" w:hAnsi="Times New Roman" w:cs="Times New Roman"/>
                <w:color w:val="auto"/>
                <w:sz w:val="18"/>
                <w:szCs w:val="18"/>
              </w:rPr>
            </w:pPr>
            <w:r w:rsidRPr="00361570">
              <w:rPr>
                <w:rFonts w:ascii="Times New Roman" w:hAnsi="Times New Roman" w:cs="Times New Roman"/>
                <w:bCs/>
                <w:color w:val="000000"/>
                <w:sz w:val="18"/>
                <w:szCs w:val="18"/>
              </w:rPr>
              <w:fldChar w:fldCharType="end"/>
            </w:r>
          </w:p>
        </w:tc>
        <w:tc>
          <w:tcPr>
            <w:tcW w:w="1204" w:type="dxa"/>
            <w:shd w:val="clear" w:color="auto" w:fill="auto"/>
            <w:tcMar>
              <w:top w:w="50" w:type="dxa"/>
              <w:left w:w="50" w:type="dxa"/>
              <w:bottom w:w="50" w:type="dxa"/>
              <w:right w:w="50" w:type="dxa"/>
            </w:tcMar>
            <w:vAlign w:val="center"/>
          </w:tcPr>
          <w:p w14:paraId="52A7B390" w14:textId="0B0C1956" w:rsidR="00915A3A" w:rsidRPr="00361570" w:rsidRDefault="00915A3A" w:rsidP="00361570">
            <w:pPr>
              <w:spacing w:after="0" w:line="240" w:lineRule="auto"/>
              <w:rPr>
                <w:rFonts w:ascii="Times New Roman" w:hAnsi="Times New Roman" w:cs="Times New Roman"/>
                <w:color w:val="auto"/>
                <w:sz w:val="18"/>
                <w:szCs w:val="18"/>
              </w:rPr>
            </w:pPr>
            <w:r w:rsidRPr="00361570">
              <w:rPr>
                <w:rFonts w:ascii="Times New Roman" w:hAnsi="Times New Roman" w:cs="Times New Roman"/>
                <w:bCs/>
                <w:color w:val="000000"/>
                <w:sz w:val="18"/>
                <w:szCs w:val="18"/>
              </w:rPr>
              <w:t>10</w:t>
            </w:r>
          </w:p>
        </w:tc>
        <w:tc>
          <w:tcPr>
            <w:tcW w:w="959" w:type="dxa"/>
            <w:shd w:val="clear" w:color="auto" w:fill="FAFAFA"/>
            <w:tcMar>
              <w:top w:w="50" w:type="dxa"/>
              <w:left w:w="50" w:type="dxa"/>
              <w:bottom w:w="50" w:type="dxa"/>
              <w:right w:w="50" w:type="dxa"/>
            </w:tcMar>
            <w:vAlign w:val="center"/>
          </w:tcPr>
          <w:p w14:paraId="06A08A0F" w14:textId="5E0620B7" w:rsidR="00915A3A" w:rsidRPr="00361570" w:rsidRDefault="00915A3A" w:rsidP="00361570">
            <w:pPr>
              <w:spacing w:after="0" w:line="240" w:lineRule="auto"/>
              <w:rPr>
                <w:rFonts w:ascii="Times New Roman" w:hAnsi="Times New Roman" w:cs="Times New Roman"/>
                <w:color w:val="auto"/>
                <w:sz w:val="18"/>
                <w:szCs w:val="18"/>
              </w:rPr>
            </w:pPr>
            <w:r w:rsidRPr="00361570">
              <w:rPr>
                <w:rFonts w:ascii="Times New Roman" w:hAnsi="Times New Roman" w:cs="Times New Roman"/>
                <w:bCs/>
                <w:color w:val="000000"/>
                <w:sz w:val="18"/>
                <w:szCs w:val="18"/>
              </w:rPr>
              <w:t>Nos</w:t>
            </w:r>
          </w:p>
        </w:tc>
      </w:tr>
      <w:tr w:rsidR="00915A3A" w:rsidRPr="00361570" w14:paraId="678ADB1F" w14:textId="77777777" w:rsidTr="00361570">
        <w:trPr>
          <w:jc w:val="center"/>
        </w:trPr>
        <w:tc>
          <w:tcPr>
            <w:tcW w:w="609" w:type="dxa"/>
            <w:shd w:val="clear" w:color="auto" w:fill="FAFAFA"/>
            <w:tcMar>
              <w:top w:w="50" w:type="dxa"/>
              <w:left w:w="50" w:type="dxa"/>
              <w:bottom w:w="50" w:type="dxa"/>
              <w:right w:w="50" w:type="dxa"/>
            </w:tcMar>
            <w:vAlign w:val="center"/>
          </w:tcPr>
          <w:p w14:paraId="588C8946" w14:textId="7D1E8FA4" w:rsidR="00915A3A" w:rsidRPr="00361570" w:rsidRDefault="00915A3A" w:rsidP="00361570">
            <w:pPr>
              <w:spacing w:after="0" w:line="240" w:lineRule="auto"/>
              <w:ind w:left="90"/>
              <w:jc w:val="center"/>
              <w:rPr>
                <w:rFonts w:ascii="Times New Roman" w:hAnsi="Times New Roman" w:cs="Times New Roman"/>
                <w:color w:val="auto"/>
                <w:sz w:val="18"/>
                <w:szCs w:val="18"/>
              </w:rPr>
            </w:pPr>
            <w:r w:rsidRPr="00361570">
              <w:rPr>
                <w:rFonts w:ascii="Times New Roman" w:hAnsi="Times New Roman" w:cs="Times New Roman"/>
                <w:bCs/>
                <w:color w:val="000000"/>
                <w:sz w:val="18"/>
                <w:szCs w:val="18"/>
              </w:rPr>
              <w:t>12</w:t>
            </w:r>
          </w:p>
        </w:tc>
        <w:tc>
          <w:tcPr>
            <w:tcW w:w="3703" w:type="dxa"/>
            <w:gridSpan w:val="2"/>
            <w:shd w:val="clear" w:color="auto" w:fill="auto"/>
            <w:tcMar>
              <w:top w:w="50" w:type="dxa"/>
              <w:left w:w="50" w:type="dxa"/>
              <w:bottom w:w="50" w:type="dxa"/>
              <w:right w:w="50" w:type="dxa"/>
            </w:tcMar>
            <w:vAlign w:val="center"/>
          </w:tcPr>
          <w:p w14:paraId="227B2BDB" w14:textId="18799279" w:rsidR="00915A3A" w:rsidRPr="00361570" w:rsidRDefault="00915A3A" w:rsidP="00361570">
            <w:pPr>
              <w:spacing w:after="0" w:line="240" w:lineRule="auto"/>
              <w:rPr>
                <w:rFonts w:ascii="Times New Roman" w:hAnsi="Times New Roman" w:cs="Times New Roman"/>
                <w:color w:val="auto"/>
                <w:sz w:val="18"/>
                <w:szCs w:val="18"/>
              </w:rPr>
            </w:pPr>
            <w:r w:rsidRPr="00361570">
              <w:rPr>
                <w:rFonts w:ascii="Times New Roman" w:hAnsi="Times New Roman" w:cs="Times New Roman"/>
                <w:bCs/>
                <w:color w:val="000000"/>
                <w:sz w:val="18"/>
                <w:szCs w:val="18"/>
              </w:rPr>
              <w:t>Soldering paste</w:t>
            </w:r>
          </w:p>
        </w:tc>
        <w:tc>
          <w:tcPr>
            <w:tcW w:w="4266" w:type="dxa"/>
            <w:shd w:val="clear" w:color="auto" w:fill="auto"/>
            <w:vAlign w:val="center"/>
          </w:tcPr>
          <w:p w14:paraId="7D2F2E3C" w14:textId="0AF4E43B" w:rsidR="00915A3A" w:rsidRPr="00361570" w:rsidRDefault="00915A3A" w:rsidP="00361570">
            <w:pPr>
              <w:spacing w:after="0" w:line="240" w:lineRule="auto"/>
              <w:rPr>
                <w:rFonts w:ascii="Times New Roman" w:hAnsi="Times New Roman" w:cs="Times New Roman"/>
                <w:color w:val="auto"/>
                <w:sz w:val="18"/>
                <w:szCs w:val="18"/>
              </w:rPr>
            </w:pPr>
            <w:r w:rsidRPr="00361570">
              <w:rPr>
                <w:rFonts w:ascii="Times New Roman" w:hAnsi="Times New Roman" w:cs="Times New Roman"/>
                <w:bCs/>
                <w:color w:val="000000"/>
                <w:sz w:val="18"/>
                <w:szCs w:val="18"/>
              </w:rPr>
              <w:t>--</w:t>
            </w:r>
          </w:p>
        </w:tc>
        <w:tc>
          <w:tcPr>
            <w:tcW w:w="1204" w:type="dxa"/>
            <w:shd w:val="clear" w:color="auto" w:fill="auto"/>
            <w:tcMar>
              <w:top w:w="50" w:type="dxa"/>
              <w:left w:w="50" w:type="dxa"/>
              <w:bottom w:w="50" w:type="dxa"/>
              <w:right w:w="50" w:type="dxa"/>
            </w:tcMar>
            <w:vAlign w:val="center"/>
          </w:tcPr>
          <w:p w14:paraId="6A4E39D6" w14:textId="6A34BD66" w:rsidR="00915A3A" w:rsidRPr="00361570" w:rsidRDefault="00915A3A" w:rsidP="00361570">
            <w:pPr>
              <w:spacing w:after="0" w:line="240" w:lineRule="auto"/>
              <w:rPr>
                <w:rFonts w:ascii="Times New Roman" w:hAnsi="Times New Roman" w:cs="Times New Roman"/>
                <w:color w:val="auto"/>
                <w:sz w:val="18"/>
                <w:szCs w:val="18"/>
              </w:rPr>
            </w:pPr>
            <w:r w:rsidRPr="00361570">
              <w:rPr>
                <w:rFonts w:ascii="Times New Roman" w:hAnsi="Times New Roman" w:cs="Times New Roman"/>
                <w:bCs/>
                <w:color w:val="000000"/>
                <w:sz w:val="18"/>
                <w:szCs w:val="18"/>
              </w:rPr>
              <w:t>10 packs small</w:t>
            </w:r>
          </w:p>
        </w:tc>
        <w:tc>
          <w:tcPr>
            <w:tcW w:w="959" w:type="dxa"/>
            <w:shd w:val="clear" w:color="auto" w:fill="FAFAFA"/>
            <w:tcMar>
              <w:top w:w="50" w:type="dxa"/>
              <w:left w:w="50" w:type="dxa"/>
              <w:bottom w:w="50" w:type="dxa"/>
              <w:right w:w="50" w:type="dxa"/>
            </w:tcMar>
            <w:vAlign w:val="center"/>
          </w:tcPr>
          <w:p w14:paraId="560DB94E" w14:textId="2C21FADA" w:rsidR="00915A3A" w:rsidRPr="00361570" w:rsidRDefault="00915A3A" w:rsidP="00361570">
            <w:pPr>
              <w:spacing w:after="0" w:line="240" w:lineRule="auto"/>
              <w:rPr>
                <w:rFonts w:ascii="Times New Roman" w:hAnsi="Times New Roman" w:cs="Times New Roman"/>
                <w:color w:val="auto"/>
                <w:sz w:val="18"/>
                <w:szCs w:val="18"/>
              </w:rPr>
            </w:pPr>
            <w:r w:rsidRPr="00361570">
              <w:rPr>
                <w:rFonts w:ascii="Times New Roman" w:hAnsi="Times New Roman" w:cs="Times New Roman"/>
                <w:bCs/>
                <w:color w:val="000000"/>
                <w:sz w:val="18"/>
                <w:szCs w:val="18"/>
              </w:rPr>
              <w:t>Nos</w:t>
            </w:r>
          </w:p>
        </w:tc>
      </w:tr>
      <w:tr w:rsidR="00915A3A" w:rsidRPr="00361570" w14:paraId="3EE48EEC" w14:textId="77777777" w:rsidTr="00361570">
        <w:trPr>
          <w:jc w:val="center"/>
        </w:trPr>
        <w:tc>
          <w:tcPr>
            <w:tcW w:w="609" w:type="dxa"/>
            <w:shd w:val="clear" w:color="auto" w:fill="FAFAFA"/>
            <w:tcMar>
              <w:top w:w="50" w:type="dxa"/>
              <w:left w:w="50" w:type="dxa"/>
              <w:bottom w:w="50" w:type="dxa"/>
              <w:right w:w="50" w:type="dxa"/>
            </w:tcMar>
            <w:vAlign w:val="center"/>
          </w:tcPr>
          <w:p w14:paraId="22BCC803" w14:textId="6FE46EB7" w:rsidR="00915A3A" w:rsidRPr="00361570" w:rsidRDefault="00915A3A" w:rsidP="00361570">
            <w:pPr>
              <w:spacing w:after="0" w:line="240" w:lineRule="auto"/>
              <w:ind w:left="90"/>
              <w:jc w:val="center"/>
              <w:rPr>
                <w:rFonts w:ascii="Times New Roman" w:hAnsi="Times New Roman" w:cs="Times New Roman"/>
                <w:color w:val="auto"/>
                <w:sz w:val="18"/>
                <w:szCs w:val="18"/>
              </w:rPr>
            </w:pPr>
            <w:r w:rsidRPr="00361570">
              <w:rPr>
                <w:rFonts w:ascii="Times New Roman" w:hAnsi="Times New Roman" w:cs="Times New Roman"/>
                <w:bCs/>
                <w:color w:val="000000"/>
                <w:sz w:val="18"/>
                <w:szCs w:val="18"/>
              </w:rPr>
              <w:t>13</w:t>
            </w:r>
          </w:p>
        </w:tc>
        <w:tc>
          <w:tcPr>
            <w:tcW w:w="3703" w:type="dxa"/>
            <w:gridSpan w:val="2"/>
            <w:shd w:val="clear" w:color="auto" w:fill="auto"/>
            <w:tcMar>
              <w:top w:w="50" w:type="dxa"/>
              <w:left w:w="50" w:type="dxa"/>
              <w:bottom w:w="50" w:type="dxa"/>
              <w:right w:w="50" w:type="dxa"/>
            </w:tcMar>
            <w:vAlign w:val="center"/>
          </w:tcPr>
          <w:p w14:paraId="3F51E139" w14:textId="29786708" w:rsidR="00915A3A" w:rsidRPr="00361570" w:rsidRDefault="00915A3A" w:rsidP="00361570">
            <w:pPr>
              <w:spacing w:after="0" w:line="240" w:lineRule="auto"/>
              <w:rPr>
                <w:rFonts w:ascii="Times New Roman" w:hAnsi="Times New Roman" w:cs="Times New Roman"/>
                <w:color w:val="auto"/>
                <w:sz w:val="18"/>
                <w:szCs w:val="18"/>
              </w:rPr>
            </w:pPr>
            <w:r w:rsidRPr="00361570">
              <w:rPr>
                <w:rFonts w:ascii="Times New Roman" w:hAnsi="Times New Roman" w:cs="Times New Roman"/>
                <w:bCs/>
                <w:color w:val="000000"/>
                <w:sz w:val="18"/>
                <w:szCs w:val="18"/>
              </w:rPr>
              <w:t xml:space="preserve">Soldering </w:t>
            </w:r>
            <w:proofErr w:type="spellStart"/>
            <w:r w:rsidRPr="00361570">
              <w:rPr>
                <w:rFonts w:ascii="Times New Roman" w:hAnsi="Times New Roman" w:cs="Times New Roman"/>
                <w:bCs/>
                <w:color w:val="000000"/>
                <w:sz w:val="18"/>
                <w:szCs w:val="18"/>
              </w:rPr>
              <w:t>spunch</w:t>
            </w:r>
            <w:proofErr w:type="spellEnd"/>
          </w:p>
        </w:tc>
        <w:tc>
          <w:tcPr>
            <w:tcW w:w="4266" w:type="dxa"/>
            <w:shd w:val="clear" w:color="auto" w:fill="auto"/>
            <w:vAlign w:val="center"/>
          </w:tcPr>
          <w:p w14:paraId="27D60921" w14:textId="0B155DD3" w:rsidR="00915A3A" w:rsidRPr="00361570" w:rsidRDefault="00915A3A" w:rsidP="00361570">
            <w:pPr>
              <w:spacing w:after="0" w:line="240" w:lineRule="auto"/>
              <w:rPr>
                <w:rFonts w:ascii="Times New Roman" w:hAnsi="Times New Roman" w:cs="Times New Roman"/>
                <w:color w:val="auto"/>
                <w:sz w:val="18"/>
                <w:szCs w:val="18"/>
              </w:rPr>
            </w:pPr>
            <w:r w:rsidRPr="00361570">
              <w:rPr>
                <w:rFonts w:ascii="Times New Roman" w:hAnsi="Times New Roman" w:cs="Times New Roman"/>
                <w:bCs/>
                <w:color w:val="000000"/>
                <w:sz w:val="18"/>
                <w:szCs w:val="18"/>
              </w:rPr>
              <w:t>--</w:t>
            </w:r>
          </w:p>
        </w:tc>
        <w:tc>
          <w:tcPr>
            <w:tcW w:w="1204" w:type="dxa"/>
            <w:shd w:val="clear" w:color="auto" w:fill="FAFAFA"/>
            <w:tcMar>
              <w:top w:w="50" w:type="dxa"/>
              <w:left w:w="50" w:type="dxa"/>
              <w:bottom w:w="50" w:type="dxa"/>
              <w:right w:w="50" w:type="dxa"/>
            </w:tcMar>
            <w:vAlign w:val="center"/>
          </w:tcPr>
          <w:p w14:paraId="433A2225" w14:textId="0452E500" w:rsidR="00915A3A" w:rsidRPr="00361570" w:rsidRDefault="00915A3A" w:rsidP="00361570">
            <w:pPr>
              <w:spacing w:after="0" w:line="240" w:lineRule="auto"/>
              <w:rPr>
                <w:rFonts w:ascii="Times New Roman" w:hAnsi="Times New Roman" w:cs="Times New Roman"/>
                <w:color w:val="auto"/>
                <w:sz w:val="18"/>
                <w:szCs w:val="18"/>
              </w:rPr>
            </w:pPr>
            <w:r w:rsidRPr="00361570">
              <w:rPr>
                <w:rFonts w:ascii="Times New Roman" w:hAnsi="Times New Roman" w:cs="Times New Roman"/>
                <w:bCs/>
                <w:color w:val="000000"/>
                <w:sz w:val="18"/>
                <w:szCs w:val="18"/>
              </w:rPr>
              <w:t>50</w:t>
            </w:r>
          </w:p>
        </w:tc>
        <w:tc>
          <w:tcPr>
            <w:tcW w:w="959" w:type="dxa"/>
            <w:shd w:val="clear" w:color="auto" w:fill="FAFAFA"/>
            <w:tcMar>
              <w:top w:w="50" w:type="dxa"/>
              <w:left w:w="50" w:type="dxa"/>
              <w:bottom w:w="50" w:type="dxa"/>
              <w:right w:w="50" w:type="dxa"/>
            </w:tcMar>
            <w:vAlign w:val="center"/>
          </w:tcPr>
          <w:p w14:paraId="283CC880" w14:textId="2EA14607" w:rsidR="00915A3A" w:rsidRPr="00361570" w:rsidRDefault="00915A3A" w:rsidP="00361570">
            <w:pPr>
              <w:spacing w:after="0" w:line="240" w:lineRule="auto"/>
              <w:rPr>
                <w:rFonts w:ascii="Times New Roman" w:hAnsi="Times New Roman" w:cs="Times New Roman"/>
                <w:color w:val="auto"/>
                <w:sz w:val="18"/>
                <w:szCs w:val="18"/>
              </w:rPr>
            </w:pPr>
            <w:r w:rsidRPr="00361570">
              <w:rPr>
                <w:rFonts w:ascii="Times New Roman" w:hAnsi="Times New Roman" w:cs="Times New Roman"/>
                <w:bCs/>
                <w:color w:val="000000"/>
                <w:sz w:val="18"/>
                <w:szCs w:val="18"/>
              </w:rPr>
              <w:t>Nos</w:t>
            </w:r>
          </w:p>
        </w:tc>
      </w:tr>
      <w:tr w:rsidR="00915A3A" w:rsidRPr="00361570" w14:paraId="0E997BAB" w14:textId="77777777" w:rsidTr="00361570">
        <w:trPr>
          <w:jc w:val="center"/>
        </w:trPr>
        <w:tc>
          <w:tcPr>
            <w:tcW w:w="609" w:type="dxa"/>
            <w:shd w:val="clear" w:color="auto" w:fill="FAFAFA"/>
            <w:tcMar>
              <w:top w:w="50" w:type="dxa"/>
              <w:left w:w="50" w:type="dxa"/>
              <w:bottom w:w="50" w:type="dxa"/>
              <w:right w:w="50" w:type="dxa"/>
            </w:tcMar>
            <w:vAlign w:val="center"/>
          </w:tcPr>
          <w:p w14:paraId="0DD753A8" w14:textId="4DBD18CE" w:rsidR="00915A3A" w:rsidRPr="00361570" w:rsidRDefault="00915A3A" w:rsidP="00361570">
            <w:pPr>
              <w:spacing w:after="0" w:line="240" w:lineRule="auto"/>
              <w:ind w:left="90"/>
              <w:jc w:val="center"/>
              <w:rPr>
                <w:rFonts w:ascii="Times New Roman" w:hAnsi="Times New Roman" w:cs="Times New Roman"/>
                <w:color w:val="auto"/>
                <w:sz w:val="18"/>
                <w:szCs w:val="18"/>
              </w:rPr>
            </w:pPr>
            <w:r w:rsidRPr="00361570">
              <w:rPr>
                <w:rFonts w:ascii="Times New Roman" w:hAnsi="Times New Roman" w:cs="Times New Roman"/>
                <w:bCs/>
                <w:color w:val="000000"/>
                <w:sz w:val="18"/>
                <w:szCs w:val="18"/>
              </w:rPr>
              <w:t>14</w:t>
            </w:r>
          </w:p>
        </w:tc>
        <w:tc>
          <w:tcPr>
            <w:tcW w:w="3703" w:type="dxa"/>
            <w:gridSpan w:val="2"/>
            <w:shd w:val="clear" w:color="auto" w:fill="auto"/>
            <w:tcMar>
              <w:top w:w="50" w:type="dxa"/>
              <w:left w:w="50" w:type="dxa"/>
              <w:bottom w:w="50" w:type="dxa"/>
              <w:right w:w="50" w:type="dxa"/>
            </w:tcMar>
            <w:vAlign w:val="center"/>
          </w:tcPr>
          <w:p w14:paraId="18B1057D" w14:textId="6A6D76AB" w:rsidR="00915A3A" w:rsidRPr="00361570" w:rsidRDefault="00915A3A" w:rsidP="00361570">
            <w:pPr>
              <w:spacing w:after="0" w:line="240" w:lineRule="auto"/>
              <w:rPr>
                <w:rFonts w:ascii="Times New Roman" w:hAnsi="Times New Roman" w:cs="Times New Roman"/>
                <w:color w:val="auto"/>
                <w:sz w:val="18"/>
                <w:szCs w:val="18"/>
              </w:rPr>
            </w:pPr>
            <w:r w:rsidRPr="00361570">
              <w:rPr>
                <w:rFonts w:ascii="Times New Roman" w:hAnsi="Times New Roman" w:cs="Times New Roman"/>
                <w:bCs/>
                <w:color w:val="000000"/>
                <w:sz w:val="18"/>
                <w:szCs w:val="18"/>
              </w:rPr>
              <w:t>Soldering wick</w:t>
            </w:r>
          </w:p>
        </w:tc>
        <w:tc>
          <w:tcPr>
            <w:tcW w:w="4266" w:type="dxa"/>
            <w:shd w:val="clear" w:color="auto" w:fill="auto"/>
            <w:vAlign w:val="center"/>
          </w:tcPr>
          <w:p w14:paraId="14FC2345" w14:textId="046E642D" w:rsidR="00915A3A" w:rsidRPr="00361570" w:rsidRDefault="00915A3A" w:rsidP="00361570">
            <w:pPr>
              <w:spacing w:after="0" w:line="240" w:lineRule="auto"/>
              <w:rPr>
                <w:rFonts w:ascii="Times New Roman" w:hAnsi="Times New Roman" w:cs="Times New Roman"/>
                <w:color w:val="auto"/>
                <w:sz w:val="18"/>
                <w:szCs w:val="18"/>
              </w:rPr>
            </w:pPr>
            <w:r w:rsidRPr="00361570">
              <w:rPr>
                <w:rFonts w:ascii="Times New Roman" w:hAnsi="Times New Roman" w:cs="Times New Roman"/>
                <w:bCs/>
                <w:color w:val="000000"/>
                <w:sz w:val="18"/>
                <w:szCs w:val="18"/>
              </w:rPr>
              <w:t>R 300 mechanic</w:t>
            </w:r>
          </w:p>
        </w:tc>
        <w:tc>
          <w:tcPr>
            <w:tcW w:w="1204" w:type="dxa"/>
            <w:shd w:val="clear" w:color="auto" w:fill="auto"/>
            <w:tcMar>
              <w:top w:w="50" w:type="dxa"/>
              <w:left w:w="50" w:type="dxa"/>
              <w:bottom w:w="50" w:type="dxa"/>
              <w:right w:w="50" w:type="dxa"/>
            </w:tcMar>
            <w:vAlign w:val="center"/>
          </w:tcPr>
          <w:p w14:paraId="5A2C3B64" w14:textId="7B27D689" w:rsidR="00915A3A" w:rsidRPr="00361570" w:rsidRDefault="00915A3A" w:rsidP="00361570">
            <w:pPr>
              <w:spacing w:after="0" w:line="240" w:lineRule="auto"/>
              <w:rPr>
                <w:rFonts w:ascii="Times New Roman" w:hAnsi="Times New Roman" w:cs="Times New Roman"/>
                <w:color w:val="auto"/>
                <w:sz w:val="18"/>
                <w:szCs w:val="18"/>
              </w:rPr>
            </w:pPr>
            <w:r w:rsidRPr="00361570">
              <w:rPr>
                <w:rFonts w:ascii="Times New Roman" w:hAnsi="Times New Roman" w:cs="Times New Roman"/>
                <w:bCs/>
                <w:color w:val="000000"/>
                <w:sz w:val="18"/>
                <w:szCs w:val="18"/>
              </w:rPr>
              <w:t>02 roll</w:t>
            </w:r>
          </w:p>
        </w:tc>
        <w:tc>
          <w:tcPr>
            <w:tcW w:w="959" w:type="dxa"/>
            <w:shd w:val="clear" w:color="auto" w:fill="auto"/>
            <w:tcMar>
              <w:top w:w="50" w:type="dxa"/>
              <w:left w:w="50" w:type="dxa"/>
              <w:bottom w:w="50" w:type="dxa"/>
              <w:right w:w="50" w:type="dxa"/>
            </w:tcMar>
            <w:vAlign w:val="center"/>
          </w:tcPr>
          <w:p w14:paraId="6DEF40E5" w14:textId="7C08434C" w:rsidR="00915A3A" w:rsidRPr="00361570" w:rsidRDefault="00915A3A" w:rsidP="00361570">
            <w:pPr>
              <w:spacing w:after="0" w:line="240" w:lineRule="auto"/>
              <w:rPr>
                <w:rFonts w:ascii="Times New Roman" w:hAnsi="Times New Roman" w:cs="Times New Roman"/>
                <w:color w:val="auto"/>
                <w:sz w:val="18"/>
                <w:szCs w:val="18"/>
              </w:rPr>
            </w:pPr>
            <w:r w:rsidRPr="00361570">
              <w:rPr>
                <w:rFonts w:ascii="Times New Roman" w:hAnsi="Times New Roman" w:cs="Times New Roman"/>
                <w:bCs/>
                <w:color w:val="000000"/>
                <w:sz w:val="18"/>
                <w:szCs w:val="18"/>
              </w:rPr>
              <w:t>Nos</w:t>
            </w:r>
          </w:p>
        </w:tc>
      </w:tr>
      <w:tr w:rsidR="00915A3A" w:rsidRPr="00361570" w14:paraId="3DAB121F" w14:textId="77777777" w:rsidTr="00361570">
        <w:trPr>
          <w:jc w:val="center"/>
        </w:trPr>
        <w:tc>
          <w:tcPr>
            <w:tcW w:w="609" w:type="dxa"/>
            <w:shd w:val="clear" w:color="auto" w:fill="FAFAFA"/>
            <w:tcMar>
              <w:top w:w="50" w:type="dxa"/>
              <w:left w:w="50" w:type="dxa"/>
              <w:bottom w:w="50" w:type="dxa"/>
              <w:right w:w="50" w:type="dxa"/>
            </w:tcMar>
            <w:vAlign w:val="center"/>
          </w:tcPr>
          <w:p w14:paraId="5F2503E0" w14:textId="1A05D4F6" w:rsidR="00915A3A" w:rsidRPr="00361570" w:rsidRDefault="00915A3A" w:rsidP="00361570">
            <w:pPr>
              <w:spacing w:after="0" w:line="240" w:lineRule="auto"/>
              <w:ind w:left="90"/>
              <w:jc w:val="center"/>
              <w:rPr>
                <w:rFonts w:ascii="Times New Roman" w:hAnsi="Times New Roman" w:cs="Times New Roman"/>
                <w:color w:val="auto"/>
                <w:sz w:val="18"/>
                <w:szCs w:val="18"/>
              </w:rPr>
            </w:pPr>
            <w:r w:rsidRPr="00361570">
              <w:rPr>
                <w:rFonts w:ascii="Times New Roman" w:hAnsi="Times New Roman" w:cs="Times New Roman"/>
                <w:bCs/>
                <w:color w:val="000000"/>
                <w:sz w:val="18"/>
                <w:szCs w:val="18"/>
              </w:rPr>
              <w:t>15</w:t>
            </w:r>
          </w:p>
        </w:tc>
        <w:tc>
          <w:tcPr>
            <w:tcW w:w="3703" w:type="dxa"/>
            <w:gridSpan w:val="2"/>
            <w:shd w:val="clear" w:color="auto" w:fill="auto"/>
            <w:tcMar>
              <w:top w:w="50" w:type="dxa"/>
              <w:left w:w="50" w:type="dxa"/>
              <w:bottom w:w="50" w:type="dxa"/>
              <w:right w:w="50" w:type="dxa"/>
            </w:tcMar>
            <w:vAlign w:val="center"/>
          </w:tcPr>
          <w:p w14:paraId="2A12837D" w14:textId="6CC7A733" w:rsidR="00915A3A" w:rsidRPr="00361570" w:rsidRDefault="00915A3A" w:rsidP="00361570">
            <w:pPr>
              <w:spacing w:after="0" w:line="240" w:lineRule="auto"/>
              <w:rPr>
                <w:rFonts w:ascii="Times New Roman" w:hAnsi="Times New Roman" w:cs="Times New Roman"/>
                <w:color w:val="auto"/>
                <w:sz w:val="18"/>
                <w:szCs w:val="18"/>
              </w:rPr>
            </w:pPr>
            <w:r w:rsidRPr="00361570">
              <w:rPr>
                <w:rFonts w:ascii="Times New Roman" w:hAnsi="Times New Roman" w:cs="Times New Roman"/>
                <w:bCs/>
                <w:color w:val="000000"/>
                <w:sz w:val="18"/>
                <w:szCs w:val="18"/>
              </w:rPr>
              <w:t>Soldering wire 500</w:t>
            </w:r>
          </w:p>
        </w:tc>
        <w:tc>
          <w:tcPr>
            <w:tcW w:w="4266" w:type="dxa"/>
            <w:shd w:val="clear" w:color="auto" w:fill="auto"/>
            <w:vAlign w:val="center"/>
          </w:tcPr>
          <w:p w14:paraId="1EFAF2EF" w14:textId="42663475" w:rsidR="00915A3A" w:rsidRPr="00361570" w:rsidRDefault="00915A3A" w:rsidP="00361570">
            <w:pPr>
              <w:spacing w:after="0" w:line="240" w:lineRule="auto"/>
              <w:rPr>
                <w:rFonts w:ascii="Times New Roman" w:hAnsi="Times New Roman" w:cs="Times New Roman"/>
                <w:color w:val="auto"/>
                <w:sz w:val="18"/>
                <w:szCs w:val="18"/>
              </w:rPr>
            </w:pPr>
            <w:r w:rsidRPr="00361570">
              <w:rPr>
                <w:rFonts w:ascii="Times New Roman" w:hAnsi="Times New Roman" w:cs="Times New Roman"/>
                <w:bCs/>
                <w:color w:val="000000"/>
                <w:sz w:val="18"/>
                <w:szCs w:val="18"/>
              </w:rPr>
              <w:t>0.6mm</w:t>
            </w:r>
          </w:p>
        </w:tc>
        <w:tc>
          <w:tcPr>
            <w:tcW w:w="1204" w:type="dxa"/>
            <w:shd w:val="clear" w:color="auto" w:fill="auto"/>
            <w:tcMar>
              <w:top w:w="50" w:type="dxa"/>
              <w:left w:w="50" w:type="dxa"/>
              <w:bottom w:w="50" w:type="dxa"/>
              <w:right w:w="50" w:type="dxa"/>
            </w:tcMar>
            <w:vAlign w:val="center"/>
          </w:tcPr>
          <w:p w14:paraId="234B2775" w14:textId="425E460C" w:rsidR="00915A3A" w:rsidRPr="00361570" w:rsidRDefault="00915A3A" w:rsidP="00361570">
            <w:pPr>
              <w:spacing w:after="0" w:line="240" w:lineRule="auto"/>
              <w:rPr>
                <w:rFonts w:ascii="Times New Roman" w:hAnsi="Times New Roman" w:cs="Times New Roman"/>
                <w:color w:val="auto"/>
                <w:sz w:val="18"/>
                <w:szCs w:val="18"/>
              </w:rPr>
            </w:pPr>
            <w:r w:rsidRPr="00361570">
              <w:rPr>
                <w:rFonts w:ascii="Times New Roman" w:hAnsi="Times New Roman" w:cs="Times New Roman"/>
                <w:bCs/>
                <w:color w:val="000000"/>
                <w:sz w:val="18"/>
                <w:szCs w:val="18"/>
              </w:rPr>
              <w:t>1 roll</w:t>
            </w:r>
          </w:p>
        </w:tc>
        <w:tc>
          <w:tcPr>
            <w:tcW w:w="959" w:type="dxa"/>
            <w:shd w:val="clear" w:color="auto" w:fill="auto"/>
            <w:tcMar>
              <w:top w:w="50" w:type="dxa"/>
              <w:left w:w="50" w:type="dxa"/>
              <w:bottom w:w="50" w:type="dxa"/>
              <w:right w:w="50" w:type="dxa"/>
            </w:tcMar>
            <w:vAlign w:val="center"/>
          </w:tcPr>
          <w:p w14:paraId="15356D34" w14:textId="640AA2C2" w:rsidR="00915A3A" w:rsidRPr="00361570" w:rsidRDefault="00915A3A" w:rsidP="00361570">
            <w:pPr>
              <w:spacing w:after="0" w:line="240" w:lineRule="auto"/>
              <w:rPr>
                <w:rFonts w:ascii="Times New Roman" w:hAnsi="Times New Roman" w:cs="Times New Roman"/>
                <w:color w:val="auto"/>
                <w:sz w:val="18"/>
                <w:szCs w:val="18"/>
              </w:rPr>
            </w:pPr>
            <w:r w:rsidRPr="00361570">
              <w:rPr>
                <w:rFonts w:ascii="Times New Roman" w:hAnsi="Times New Roman" w:cs="Times New Roman"/>
                <w:bCs/>
                <w:color w:val="000000"/>
                <w:sz w:val="18"/>
                <w:szCs w:val="18"/>
              </w:rPr>
              <w:t>Nos</w:t>
            </w:r>
          </w:p>
        </w:tc>
      </w:tr>
      <w:tr w:rsidR="00915A3A" w:rsidRPr="00361570" w14:paraId="680A9641" w14:textId="77777777" w:rsidTr="00361570">
        <w:trPr>
          <w:jc w:val="center"/>
        </w:trPr>
        <w:tc>
          <w:tcPr>
            <w:tcW w:w="609" w:type="dxa"/>
            <w:shd w:val="clear" w:color="auto" w:fill="FAFAFA"/>
            <w:tcMar>
              <w:top w:w="50" w:type="dxa"/>
              <w:left w:w="50" w:type="dxa"/>
              <w:bottom w:w="50" w:type="dxa"/>
              <w:right w:w="50" w:type="dxa"/>
            </w:tcMar>
            <w:vAlign w:val="center"/>
          </w:tcPr>
          <w:p w14:paraId="6A83F41B" w14:textId="65F739C1" w:rsidR="00915A3A" w:rsidRPr="00361570" w:rsidRDefault="00915A3A" w:rsidP="00361570">
            <w:pPr>
              <w:spacing w:after="0" w:line="240" w:lineRule="auto"/>
              <w:ind w:left="90"/>
              <w:jc w:val="center"/>
              <w:rPr>
                <w:rFonts w:ascii="Times New Roman" w:hAnsi="Times New Roman" w:cs="Times New Roman"/>
                <w:color w:val="auto"/>
                <w:sz w:val="18"/>
                <w:szCs w:val="18"/>
              </w:rPr>
            </w:pPr>
            <w:r w:rsidRPr="00361570">
              <w:rPr>
                <w:rFonts w:ascii="Times New Roman" w:hAnsi="Times New Roman" w:cs="Times New Roman"/>
                <w:bCs/>
                <w:color w:val="000000"/>
                <w:sz w:val="18"/>
                <w:szCs w:val="18"/>
              </w:rPr>
              <w:t>16</w:t>
            </w:r>
          </w:p>
        </w:tc>
        <w:tc>
          <w:tcPr>
            <w:tcW w:w="3703" w:type="dxa"/>
            <w:gridSpan w:val="2"/>
            <w:shd w:val="clear" w:color="auto" w:fill="auto"/>
            <w:tcMar>
              <w:top w:w="50" w:type="dxa"/>
              <w:left w:w="50" w:type="dxa"/>
              <w:bottom w:w="50" w:type="dxa"/>
              <w:right w:w="50" w:type="dxa"/>
            </w:tcMar>
            <w:vAlign w:val="center"/>
          </w:tcPr>
          <w:p w14:paraId="6338A525" w14:textId="586F855E" w:rsidR="00915A3A" w:rsidRPr="00361570" w:rsidRDefault="00915A3A" w:rsidP="00361570">
            <w:pPr>
              <w:spacing w:after="0" w:line="240" w:lineRule="auto"/>
              <w:rPr>
                <w:rFonts w:ascii="Times New Roman" w:hAnsi="Times New Roman" w:cs="Times New Roman"/>
                <w:color w:val="auto"/>
                <w:sz w:val="18"/>
                <w:szCs w:val="18"/>
              </w:rPr>
            </w:pPr>
            <w:r w:rsidRPr="00361570">
              <w:rPr>
                <w:rFonts w:ascii="Times New Roman" w:hAnsi="Times New Roman" w:cs="Times New Roman"/>
                <w:bCs/>
                <w:color w:val="000000"/>
                <w:sz w:val="18"/>
                <w:szCs w:val="18"/>
              </w:rPr>
              <w:t>Bread boards</w:t>
            </w:r>
          </w:p>
        </w:tc>
        <w:tc>
          <w:tcPr>
            <w:tcW w:w="4266" w:type="dxa"/>
            <w:shd w:val="clear" w:color="auto" w:fill="auto"/>
            <w:vAlign w:val="center"/>
          </w:tcPr>
          <w:p w14:paraId="548C76F2" w14:textId="495C4256" w:rsidR="00915A3A" w:rsidRPr="00361570" w:rsidRDefault="00915A3A" w:rsidP="00361570">
            <w:pPr>
              <w:spacing w:after="0" w:line="240" w:lineRule="auto"/>
              <w:rPr>
                <w:rFonts w:ascii="Times New Roman" w:hAnsi="Times New Roman" w:cs="Times New Roman"/>
                <w:color w:val="auto"/>
                <w:sz w:val="18"/>
                <w:szCs w:val="18"/>
              </w:rPr>
            </w:pPr>
            <w:r w:rsidRPr="00361570">
              <w:rPr>
                <w:rFonts w:ascii="Times New Roman" w:hAnsi="Times New Roman" w:cs="Times New Roman"/>
                <w:bCs/>
                <w:color w:val="000000"/>
                <w:sz w:val="18"/>
                <w:szCs w:val="18"/>
              </w:rPr>
              <w:t>--</w:t>
            </w:r>
          </w:p>
        </w:tc>
        <w:tc>
          <w:tcPr>
            <w:tcW w:w="1204" w:type="dxa"/>
            <w:shd w:val="clear" w:color="auto" w:fill="auto"/>
            <w:tcMar>
              <w:top w:w="50" w:type="dxa"/>
              <w:left w:w="50" w:type="dxa"/>
              <w:bottom w:w="50" w:type="dxa"/>
              <w:right w:w="50" w:type="dxa"/>
            </w:tcMar>
            <w:vAlign w:val="center"/>
          </w:tcPr>
          <w:p w14:paraId="0F246784" w14:textId="546D6193" w:rsidR="00915A3A" w:rsidRPr="00361570" w:rsidRDefault="009B61EC" w:rsidP="00361570">
            <w:pPr>
              <w:spacing w:after="0" w:line="240" w:lineRule="auto"/>
              <w:rPr>
                <w:rFonts w:ascii="Times New Roman" w:hAnsi="Times New Roman" w:cs="Times New Roman"/>
                <w:color w:val="auto"/>
                <w:sz w:val="18"/>
                <w:szCs w:val="18"/>
              </w:rPr>
            </w:pPr>
            <w:r>
              <w:rPr>
                <w:rFonts w:ascii="Times New Roman" w:hAnsi="Times New Roman" w:cs="Times New Roman"/>
                <w:bCs/>
                <w:color w:val="000000"/>
                <w:sz w:val="18"/>
                <w:szCs w:val="18"/>
              </w:rPr>
              <w:t>50</w:t>
            </w:r>
          </w:p>
        </w:tc>
        <w:tc>
          <w:tcPr>
            <w:tcW w:w="959" w:type="dxa"/>
            <w:shd w:val="clear" w:color="auto" w:fill="auto"/>
            <w:tcMar>
              <w:top w:w="50" w:type="dxa"/>
              <w:left w:w="50" w:type="dxa"/>
              <w:bottom w:w="50" w:type="dxa"/>
              <w:right w:w="50" w:type="dxa"/>
            </w:tcMar>
            <w:vAlign w:val="center"/>
          </w:tcPr>
          <w:p w14:paraId="02A3FC16" w14:textId="0712D8E7" w:rsidR="00915A3A" w:rsidRPr="00361570" w:rsidRDefault="00915A3A" w:rsidP="00361570">
            <w:pPr>
              <w:spacing w:after="0" w:line="240" w:lineRule="auto"/>
              <w:rPr>
                <w:rFonts w:ascii="Times New Roman" w:hAnsi="Times New Roman" w:cs="Times New Roman"/>
                <w:color w:val="auto"/>
                <w:sz w:val="18"/>
                <w:szCs w:val="18"/>
              </w:rPr>
            </w:pPr>
            <w:r w:rsidRPr="00361570">
              <w:rPr>
                <w:rFonts w:ascii="Times New Roman" w:hAnsi="Times New Roman" w:cs="Times New Roman"/>
                <w:bCs/>
                <w:color w:val="000000"/>
                <w:sz w:val="18"/>
                <w:szCs w:val="18"/>
              </w:rPr>
              <w:t>Nos</w:t>
            </w:r>
          </w:p>
        </w:tc>
      </w:tr>
      <w:tr w:rsidR="00915A3A" w:rsidRPr="00361570" w14:paraId="2BC0853C" w14:textId="77777777" w:rsidTr="00361570">
        <w:trPr>
          <w:jc w:val="center"/>
        </w:trPr>
        <w:tc>
          <w:tcPr>
            <w:tcW w:w="609" w:type="dxa"/>
            <w:shd w:val="clear" w:color="auto" w:fill="FAFAFA"/>
            <w:tcMar>
              <w:top w:w="50" w:type="dxa"/>
              <w:left w:w="50" w:type="dxa"/>
              <w:bottom w:w="50" w:type="dxa"/>
              <w:right w:w="50" w:type="dxa"/>
            </w:tcMar>
            <w:vAlign w:val="center"/>
          </w:tcPr>
          <w:p w14:paraId="46541F2E" w14:textId="7369B940" w:rsidR="00915A3A" w:rsidRPr="00361570" w:rsidRDefault="00915A3A" w:rsidP="00361570">
            <w:pPr>
              <w:spacing w:after="0" w:line="240" w:lineRule="auto"/>
              <w:ind w:left="90"/>
              <w:jc w:val="center"/>
              <w:rPr>
                <w:rFonts w:ascii="Times New Roman" w:hAnsi="Times New Roman" w:cs="Times New Roman"/>
                <w:color w:val="auto"/>
                <w:sz w:val="18"/>
                <w:szCs w:val="18"/>
              </w:rPr>
            </w:pPr>
            <w:r w:rsidRPr="00361570">
              <w:rPr>
                <w:rFonts w:ascii="Times New Roman" w:hAnsi="Times New Roman" w:cs="Times New Roman"/>
                <w:bCs/>
                <w:color w:val="000000"/>
                <w:sz w:val="18"/>
                <w:szCs w:val="18"/>
              </w:rPr>
              <w:t>17</w:t>
            </w:r>
          </w:p>
        </w:tc>
        <w:tc>
          <w:tcPr>
            <w:tcW w:w="3703" w:type="dxa"/>
            <w:gridSpan w:val="2"/>
            <w:shd w:val="clear" w:color="auto" w:fill="auto"/>
            <w:tcMar>
              <w:top w:w="50" w:type="dxa"/>
              <w:left w:w="50" w:type="dxa"/>
              <w:bottom w:w="50" w:type="dxa"/>
              <w:right w:w="50" w:type="dxa"/>
            </w:tcMar>
            <w:vAlign w:val="center"/>
          </w:tcPr>
          <w:p w14:paraId="243CF377" w14:textId="39F4CE8D" w:rsidR="00915A3A" w:rsidRPr="00361570" w:rsidRDefault="00915A3A" w:rsidP="00361570">
            <w:pPr>
              <w:spacing w:after="0" w:line="240" w:lineRule="auto"/>
              <w:rPr>
                <w:rFonts w:ascii="Times New Roman" w:hAnsi="Times New Roman" w:cs="Times New Roman"/>
                <w:color w:val="auto"/>
                <w:sz w:val="18"/>
                <w:szCs w:val="18"/>
              </w:rPr>
            </w:pPr>
            <w:r w:rsidRPr="00361570">
              <w:rPr>
                <w:rFonts w:ascii="Times New Roman" w:hAnsi="Times New Roman" w:cs="Times New Roman"/>
                <w:bCs/>
                <w:color w:val="000000"/>
                <w:sz w:val="18"/>
                <w:szCs w:val="18"/>
              </w:rPr>
              <w:t>Connecting wire roll</w:t>
            </w:r>
          </w:p>
        </w:tc>
        <w:tc>
          <w:tcPr>
            <w:tcW w:w="4266" w:type="dxa"/>
            <w:shd w:val="clear" w:color="auto" w:fill="auto"/>
            <w:vAlign w:val="center"/>
          </w:tcPr>
          <w:p w14:paraId="67F7B2CA" w14:textId="7FA4CC43" w:rsidR="00915A3A" w:rsidRPr="00361570" w:rsidRDefault="00915A3A" w:rsidP="00361570">
            <w:pPr>
              <w:spacing w:after="0" w:line="240" w:lineRule="auto"/>
              <w:rPr>
                <w:rFonts w:ascii="Times New Roman" w:hAnsi="Times New Roman" w:cs="Times New Roman"/>
                <w:color w:val="auto"/>
                <w:sz w:val="18"/>
                <w:szCs w:val="18"/>
              </w:rPr>
            </w:pPr>
            <w:r w:rsidRPr="00361570">
              <w:rPr>
                <w:rFonts w:ascii="Times New Roman" w:hAnsi="Times New Roman" w:cs="Times New Roman"/>
                <w:bCs/>
                <w:color w:val="000000"/>
                <w:sz w:val="18"/>
                <w:szCs w:val="18"/>
              </w:rPr>
              <w:t>Copper</w:t>
            </w:r>
          </w:p>
        </w:tc>
        <w:tc>
          <w:tcPr>
            <w:tcW w:w="1204" w:type="dxa"/>
            <w:shd w:val="clear" w:color="auto" w:fill="auto"/>
            <w:tcMar>
              <w:top w:w="50" w:type="dxa"/>
              <w:left w:w="50" w:type="dxa"/>
              <w:bottom w:w="50" w:type="dxa"/>
              <w:right w:w="50" w:type="dxa"/>
            </w:tcMar>
            <w:vAlign w:val="center"/>
          </w:tcPr>
          <w:p w14:paraId="5154E835" w14:textId="0B8FBC46" w:rsidR="00915A3A" w:rsidRPr="00361570" w:rsidRDefault="00915A3A" w:rsidP="00361570">
            <w:pPr>
              <w:spacing w:after="0" w:line="240" w:lineRule="auto"/>
              <w:rPr>
                <w:rFonts w:ascii="Times New Roman" w:hAnsi="Times New Roman" w:cs="Times New Roman"/>
                <w:color w:val="auto"/>
                <w:sz w:val="18"/>
                <w:szCs w:val="18"/>
              </w:rPr>
            </w:pPr>
            <w:r w:rsidRPr="00361570">
              <w:rPr>
                <w:rFonts w:ascii="Times New Roman" w:hAnsi="Times New Roman" w:cs="Times New Roman"/>
                <w:bCs/>
                <w:color w:val="000000"/>
                <w:sz w:val="18"/>
                <w:szCs w:val="18"/>
              </w:rPr>
              <w:t>04 roll</w:t>
            </w:r>
          </w:p>
        </w:tc>
        <w:tc>
          <w:tcPr>
            <w:tcW w:w="959" w:type="dxa"/>
            <w:shd w:val="clear" w:color="auto" w:fill="auto"/>
            <w:tcMar>
              <w:top w:w="50" w:type="dxa"/>
              <w:left w:w="50" w:type="dxa"/>
              <w:bottom w:w="50" w:type="dxa"/>
              <w:right w:w="50" w:type="dxa"/>
            </w:tcMar>
            <w:vAlign w:val="center"/>
          </w:tcPr>
          <w:p w14:paraId="415D1A23" w14:textId="7917C306" w:rsidR="00915A3A" w:rsidRPr="00361570" w:rsidRDefault="00915A3A" w:rsidP="00361570">
            <w:pPr>
              <w:spacing w:after="0" w:line="240" w:lineRule="auto"/>
              <w:rPr>
                <w:rFonts w:ascii="Times New Roman" w:hAnsi="Times New Roman" w:cs="Times New Roman"/>
                <w:color w:val="auto"/>
                <w:sz w:val="18"/>
                <w:szCs w:val="18"/>
              </w:rPr>
            </w:pPr>
            <w:r w:rsidRPr="00361570">
              <w:rPr>
                <w:rFonts w:ascii="Times New Roman" w:hAnsi="Times New Roman" w:cs="Times New Roman"/>
                <w:bCs/>
                <w:color w:val="000000"/>
                <w:sz w:val="18"/>
                <w:szCs w:val="18"/>
              </w:rPr>
              <w:t>Nos</w:t>
            </w:r>
          </w:p>
        </w:tc>
      </w:tr>
      <w:tr w:rsidR="00915A3A" w:rsidRPr="00361570" w14:paraId="62BBE8C2" w14:textId="77777777" w:rsidTr="00361570">
        <w:trPr>
          <w:jc w:val="center"/>
        </w:trPr>
        <w:tc>
          <w:tcPr>
            <w:tcW w:w="609" w:type="dxa"/>
            <w:shd w:val="clear" w:color="auto" w:fill="FAFAFA"/>
            <w:tcMar>
              <w:top w:w="50" w:type="dxa"/>
              <w:left w:w="50" w:type="dxa"/>
              <w:bottom w:w="50" w:type="dxa"/>
              <w:right w:w="50" w:type="dxa"/>
            </w:tcMar>
            <w:vAlign w:val="center"/>
          </w:tcPr>
          <w:p w14:paraId="759EACB6" w14:textId="703D2CC2" w:rsidR="00915A3A" w:rsidRPr="00361570" w:rsidRDefault="00915A3A" w:rsidP="00361570">
            <w:pPr>
              <w:spacing w:after="0" w:line="240" w:lineRule="auto"/>
              <w:ind w:left="90"/>
              <w:jc w:val="center"/>
              <w:rPr>
                <w:rFonts w:ascii="Times New Roman" w:hAnsi="Times New Roman" w:cs="Times New Roman"/>
                <w:color w:val="auto"/>
                <w:sz w:val="18"/>
                <w:szCs w:val="18"/>
              </w:rPr>
            </w:pPr>
            <w:r w:rsidRPr="00361570">
              <w:rPr>
                <w:rFonts w:ascii="Times New Roman" w:hAnsi="Times New Roman" w:cs="Times New Roman"/>
                <w:bCs/>
                <w:color w:val="000000"/>
                <w:sz w:val="18"/>
                <w:szCs w:val="18"/>
              </w:rPr>
              <w:t>18</w:t>
            </w:r>
          </w:p>
        </w:tc>
        <w:tc>
          <w:tcPr>
            <w:tcW w:w="3703" w:type="dxa"/>
            <w:gridSpan w:val="2"/>
            <w:shd w:val="clear" w:color="auto" w:fill="auto"/>
            <w:tcMar>
              <w:top w:w="50" w:type="dxa"/>
              <w:left w:w="50" w:type="dxa"/>
              <w:bottom w:w="50" w:type="dxa"/>
              <w:right w:w="50" w:type="dxa"/>
            </w:tcMar>
            <w:vAlign w:val="center"/>
          </w:tcPr>
          <w:p w14:paraId="6354B954" w14:textId="75EB0995" w:rsidR="00915A3A" w:rsidRPr="00361570" w:rsidRDefault="00915A3A" w:rsidP="00361570">
            <w:pPr>
              <w:spacing w:after="0" w:line="240" w:lineRule="auto"/>
              <w:rPr>
                <w:rFonts w:ascii="Times New Roman" w:hAnsi="Times New Roman" w:cs="Times New Roman"/>
                <w:color w:val="auto"/>
                <w:sz w:val="18"/>
                <w:szCs w:val="18"/>
              </w:rPr>
            </w:pPr>
            <w:r w:rsidRPr="00361570">
              <w:rPr>
                <w:rFonts w:ascii="Times New Roman" w:hAnsi="Times New Roman" w:cs="Times New Roman"/>
                <w:bCs/>
                <w:color w:val="000000"/>
                <w:sz w:val="18"/>
                <w:szCs w:val="18"/>
              </w:rPr>
              <w:t>Op- Amp IC</w:t>
            </w:r>
          </w:p>
        </w:tc>
        <w:tc>
          <w:tcPr>
            <w:tcW w:w="4266" w:type="dxa"/>
            <w:shd w:val="clear" w:color="auto" w:fill="auto"/>
            <w:vAlign w:val="center"/>
          </w:tcPr>
          <w:p w14:paraId="3085E721" w14:textId="54DB83C0" w:rsidR="00915A3A" w:rsidRPr="00361570" w:rsidRDefault="00915A3A" w:rsidP="00361570">
            <w:pPr>
              <w:spacing w:after="0" w:line="240" w:lineRule="auto"/>
              <w:rPr>
                <w:rFonts w:ascii="Times New Roman" w:hAnsi="Times New Roman" w:cs="Times New Roman"/>
                <w:color w:val="auto"/>
                <w:sz w:val="18"/>
                <w:szCs w:val="18"/>
              </w:rPr>
            </w:pPr>
            <w:r w:rsidRPr="00361570">
              <w:rPr>
                <w:rFonts w:ascii="Times New Roman" w:hAnsi="Times New Roman" w:cs="Times New Roman"/>
                <w:bCs/>
                <w:color w:val="000000"/>
                <w:sz w:val="18"/>
                <w:szCs w:val="18"/>
              </w:rPr>
              <w:t>TL 074</w:t>
            </w:r>
          </w:p>
        </w:tc>
        <w:tc>
          <w:tcPr>
            <w:tcW w:w="1204" w:type="dxa"/>
            <w:shd w:val="clear" w:color="auto" w:fill="auto"/>
            <w:tcMar>
              <w:top w:w="50" w:type="dxa"/>
              <w:left w:w="50" w:type="dxa"/>
              <w:bottom w:w="50" w:type="dxa"/>
              <w:right w:w="50" w:type="dxa"/>
            </w:tcMar>
            <w:vAlign w:val="center"/>
          </w:tcPr>
          <w:p w14:paraId="4456A50E" w14:textId="243671AB" w:rsidR="00915A3A" w:rsidRPr="00361570" w:rsidRDefault="00915A3A" w:rsidP="00361570">
            <w:pPr>
              <w:spacing w:after="0" w:line="240" w:lineRule="auto"/>
              <w:rPr>
                <w:rFonts w:ascii="Times New Roman" w:hAnsi="Times New Roman" w:cs="Times New Roman"/>
                <w:color w:val="auto"/>
                <w:sz w:val="18"/>
                <w:szCs w:val="18"/>
              </w:rPr>
            </w:pPr>
            <w:r w:rsidRPr="00361570">
              <w:rPr>
                <w:rFonts w:ascii="Times New Roman" w:hAnsi="Times New Roman" w:cs="Times New Roman"/>
                <w:bCs/>
                <w:color w:val="000000"/>
                <w:sz w:val="18"/>
                <w:szCs w:val="18"/>
              </w:rPr>
              <w:t>50</w:t>
            </w:r>
          </w:p>
        </w:tc>
        <w:tc>
          <w:tcPr>
            <w:tcW w:w="959" w:type="dxa"/>
            <w:shd w:val="clear" w:color="auto" w:fill="auto"/>
            <w:tcMar>
              <w:top w:w="50" w:type="dxa"/>
              <w:left w:w="50" w:type="dxa"/>
              <w:bottom w:w="50" w:type="dxa"/>
              <w:right w:w="50" w:type="dxa"/>
            </w:tcMar>
            <w:vAlign w:val="center"/>
          </w:tcPr>
          <w:p w14:paraId="4B06E63F" w14:textId="1FA1A45C" w:rsidR="00915A3A" w:rsidRPr="00361570" w:rsidRDefault="00915A3A" w:rsidP="00361570">
            <w:pPr>
              <w:spacing w:after="0" w:line="240" w:lineRule="auto"/>
              <w:rPr>
                <w:rFonts w:ascii="Times New Roman" w:hAnsi="Times New Roman" w:cs="Times New Roman"/>
                <w:color w:val="auto"/>
                <w:sz w:val="18"/>
                <w:szCs w:val="18"/>
              </w:rPr>
            </w:pPr>
            <w:r w:rsidRPr="00361570">
              <w:rPr>
                <w:rFonts w:ascii="Times New Roman" w:hAnsi="Times New Roman" w:cs="Times New Roman"/>
                <w:bCs/>
                <w:color w:val="000000"/>
                <w:sz w:val="18"/>
                <w:szCs w:val="18"/>
              </w:rPr>
              <w:t>Nos</w:t>
            </w:r>
          </w:p>
        </w:tc>
      </w:tr>
      <w:tr w:rsidR="00915A3A" w:rsidRPr="00361570" w14:paraId="31EE0BBD" w14:textId="77777777" w:rsidTr="00361570">
        <w:trPr>
          <w:jc w:val="center"/>
        </w:trPr>
        <w:tc>
          <w:tcPr>
            <w:tcW w:w="609" w:type="dxa"/>
            <w:shd w:val="clear" w:color="auto" w:fill="FAFAFA"/>
            <w:tcMar>
              <w:top w:w="50" w:type="dxa"/>
              <w:left w:w="50" w:type="dxa"/>
              <w:bottom w:w="50" w:type="dxa"/>
              <w:right w:w="50" w:type="dxa"/>
            </w:tcMar>
            <w:vAlign w:val="center"/>
          </w:tcPr>
          <w:p w14:paraId="7F0D597D" w14:textId="045A48E0" w:rsidR="00915A3A" w:rsidRPr="00361570" w:rsidRDefault="00915A3A" w:rsidP="00361570">
            <w:pPr>
              <w:spacing w:after="0" w:line="240" w:lineRule="auto"/>
              <w:ind w:left="90"/>
              <w:jc w:val="center"/>
              <w:rPr>
                <w:rFonts w:ascii="Times New Roman" w:hAnsi="Times New Roman" w:cs="Times New Roman"/>
                <w:color w:val="auto"/>
                <w:sz w:val="18"/>
                <w:szCs w:val="18"/>
              </w:rPr>
            </w:pPr>
            <w:r w:rsidRPr="00361570">
              <w:rPr>
                <w:rFonts w:ascii="Times New Roman" w:hAnsi="Times New Roman" w:cs="Times New Roman"/>
                <w:bCs/>
                <w:color w:val="000000"/>
                <w:sz w:val="18"/>
                <w:szCs w:val="18"/>
              </w:rPr>
              <w:t>19</w:t>
            </w:r>
          </w:p>
        </w:tc>
        <w:tc>
          <w:tcPr>
            <w:tcW w:w="3703" w:type="dxa"/>
            <w:gridSpan w:val="2"/>
            <w:shd w:val="clear" w:color="auto" w:fill="auto"/>
            <w:tcMar>
              <w:top w:w="50" w:type="dxa"/>
              <w:left w:w="50" w:type="dxa"/>
              <w:bottom w:w="50" w:type="dxa"/>
              <w:right w:w="50" w:type="dxa"/>
            </w:tcMar>
            <w:vAlign w:val="center"/>
          </w:tcPr>
          <w:p w14:paraId="3E2F127C" w14:textId="16AA70FA" w:rsidR="00915A3A" w:rsidRPr="00361570" w:rsidRDefault="00915A3A" w:rsidP="00361570">
            <w:pPr>
              <w:spacing w:after="0" w:line="240" w:lineRule="auto"/>
              <w:rPr>
                <w:rFonts w:ascii="Times New Roman" w:hAnsi="Times New Roman" w:cs="Times New Roman"/>
                <w:color w:val="auto"/>
                <w:sz w:val="18"/>
                <w:szCs w:val="18"/>
              </w:rPr>
            </w:pPr>
            <w:r w:rsidRPr="00361570">
              <w:rPr>
                <w:rFonts w:ascii="Times New Roman" w:hAnsi="Times New Roman" w:cs="Times New Roman"/>
                <w:bCs/>
                <w:color w:val="000000"/>
                <w:sz w:val="18"/>
                <w:szCs w:val="18"/>
              </w:rPr>
              <w:t>Op- Amp IC</w:t>
            </w:r>
          </w:p>
        </w:tc>
        <w:tc>
          <w:tcPr>
            <w:tcW w:w="4266" w:type="dxa"/>
            <w:shd w:val="clear" w:color="auto" w:fill="auto"/>
            <w:vAlign w:val="center"/>
          </w:tcPr>
          <w:p w14:paraId="5DBE4AE0" w14:textId="23BCD1C2" w:rsidR="00915A3A" w:rsidRPr="00361570" w:rsidRDefault="00915A3A" w:rsidP="00361570">
            <w:pPr>
              <w:spacing w:after="0" w:line="240" w:lineRule="auto"/>
              <w:rPr>
                <w:rFonts w:ascii="Times New Roman" w:hAnsi="Times New Roman" w:cs="Times New Roman"/>
                <w:color w:val="auto"/>
                <w:sz w:val="18"/>
                <w:szCs w:val="18"/>
              </w:rPr>
            </w:pPr>
            <w:r w:rsidRPr="00361570">
              <w:rPr>
                <w:rFonts w:ascii="Times New Roman" w:hAnsi="Times New Roman" w:cs="Times New Roman"/>
                <w:bCs/>
                <w:color w:val="000000"/>
                <w:sz w:val="18"/>
                <w:szCs w:val="18"/>
              </w:rPr>
              <w:t>INA 128</w:t>
            </w:r>
          </w:p>
        </w:tc>
        <w:tc>
          <w:tcPr>
            <w:tcW w:w="1204" w:type="dxa"/>
            <w:shd w:val="clear" w:color="auto" w:fill="auto"/>
            <w:tcMar>
              <w:top w:w="50" w:type="dxa"/>
              <w:left w:w="50" w:type="dxa"/>
              <w:bottom w:w="50" w:type="dxa"/>
              <w:right w:w="50" w:type="dxa"/>
            </w:tcMar>
            <w:vAlign w:val="center"/>
          </w:tcPr>
          <w:p w14:paraId="2EE5057A" w14:textId="57B3755A" w:rsidR="00915A3A" w:rsidRPr="00361570" w:rsidRDefault="00915A3A" w:rsidP="00361570">
            <w:pPr>
              <w:spacing w:after="0" w:line="240" w:lineRule="auto"/>
              <w:rPr>
                <w:rFonts w:ascii="Times New Roman" w:hAnsi="Times New Roman" w:cs="Times New Roman"/>
                <w:color w:val="auto"/>
                <w:sz w:val="18"/>
                <w:szCs w:val="18"/>
              </w:rPr>
            </w:pPr>
            <w:r w:rsidRPr="00361570">
              <w:rPr>
                <w:rFonts w:ascii="Times New Roman" w:hAnsi="Times New Roman" w:cs="Times New Roman"/>
                <w:bCs/>
                <w:color w:val="000000"/>
                <w:sz w:val="18"/>
                <w:szCs w:val="18"/>
              </w:rPr>
              <w:t>30</w:t>
            </w:r>
          </w:p>
        </w:tc>
        <w:tc>
          <w:tcPr>
            <w:tcW w:w="959" w:type="dxa"/>
            <w:shd w:val="clear" w:color="auto" w:fill="auto"/>
            <w:tcMar>
              <w:top w:w="50" w:type="dxa"/>
              <w:left w:w="50" w:type="dxa"/>
              <w:bottom w:w="50" w:type="dxa"/>
              <w:right w:w="50" w:type="dxa"/>
            </w:tcMar>
            <w:vAlign w:val="center"/>
          </w:tcPr>
          <w:p w14:paraId="230FD869" w14:textId="172B158C" w:rsidR="00915A3A" w:rsidRPr="00361570" w:rsidRDefault="00915A3A" w:rsidP="00361570">
            <w:pPr>
              <w:spacing w:after="0" w:line="240" w:lineRule="auto"/>
              <w:rPr>
                <w:rFonts w:ascii="Times New Roman" w:hAnsi="Times New Roman" w:cs="Times New Roman"/>
                <w:color w:val="auto"/>
                <w:sz w:val="18"/>
                <w:szCs w:val="18"/>
              </w:rPr>
            </w:pPr>
            <w:r w:rsidRPr="00361570">
              <w:rPr>
                <w:rFonts w:ascii="Times New Roman" w:hAnsi="Times New Roman" w:cs="Times New Roman"/>
                <w:bCs/>
                <w:color w:val="000000"/>
                <w:sz w:val="18"/>
                <w:szCs w:val="18"/>
              </w:rPr>
              <w:t>Nos</w:t>
            </w:r>
          </w:p>
        </w:tc>
      </w:tr>
      <w:tr w:rsidR="00915A3A" w:rsidRPr="00361570" w14:paraId="450AC35E" w14:textId="77777777" w:rsidTr="00361570">
        <w:trPr>
          <w:jc w:val="center"/>
        </w:trPr>
        <w:tc>
          <w:tcPr>
            <w:tcW w:w="609" w:type="dxa"/>
            <w:shd w:val="clear" w:color="auto" w:fill="FAFAFA"/>
            <w:tcMar>
              <w:top w:w="50" w:type="dxa"/>
              <w:left w:w="50" w:type="dxa"/>
              <w:bottom w:w="50" w:type="dxa"/>
              <w:right w:w="50" w:type="dxa"/>
            </w:tcMar>
            <w:vAlign w:val="center"/>
          </w:tcPr>
          <w:p w14:paraId="2774BCC4" w14:textId="1DC7B607" w:rsidR="00915A3A" w:rsidRPr="00361570" w:rsidRDefault="00915A3A" w:rsidP="00361570">
            <w:pPr>
              <w:spacing w:after="0" w:line="240" w:lineRule="auto"/>
              <w:ind w:left="90"/>
              <w:jc w:val="center"/>
              <w:rPr>
                <w:rFonts w:ascii="Times New Roman" w:hAnsi="Times New Roman" w:cs="Times New Roman"/>
                <w:color w:val="auto"/>
                <w:sz w:val="18"/>
                <w:szCs w:val="18"/>
              </w:rPr>
            </w:pPr>
            <w:r w:rsidRPr="00361570">
              <w:rPr>
                <w:rFonts w:ascii="Times New Roman" w:hAnsi="Times New Roman" w:cs="Times New Roman"/>
                <w:bCs/>
                <w:color w:val="000000"/>
                <w:sz w:val="18"/>
                <w:szCs w:val="18"/>
              </w:rPr>
              <w:t>20</w:t>
            </w:r>
          </w:p>
        </w:tc>
        <w:tc>
          <w:tcPr>
            <w:tcW w:w="3703" w:type="dxa"/>
            <w:gridSpan w:val="2"/>
            <w:shd w:val="clear" w:color="auto" w:fill="auto"/>
            <w:tcMar>
              <w:top w:w="50" w:type="dxa"/>
              <w:left w:w="50" w:type="dxa"/>
              <w:bottom w:w="50" w:type="dxa"/>
              <w:right w:w="50" w:type="dxa"/>
            </w:tcMar>
            <w:vAlign w:val="center"/>
          </w:tcPr>
          <w:p w14:paraId="447A85CB" w14:textId="119EE703" w:rsidR="00915A3A" w:rsidRPr="00361570" w:rsidRDefault="00915A3A" w:rsidP="00361570">
            <w:pPr>
              <w:spacing w:after="0" w:line="240" w:lineRule="auto"/>
              <w:rPr>
                <w:rFonts w:ascii="Times New Roman" w:hAnsi="Times New Roman" w:cs="Times New Roman"/>
                <w:color w:val="auto"/>
                <w:sz w:val="18"/>
                <w:szCs w:val="18"/>
              </w:rPr>
            </w:pPr>
            <w:r w:rsidRPr="00361570">
              <w:rPr>
                <w:rFonts w:ascii="Times New Roman" w:hAnsi="Times New Roman" w:cs="Times New Roman"/>
                <w:bCs/>
                <w:color w:val="000000"/>
                <w:sz w:val="18"/>
                <w:szCs w:val="18"/>
              </w:rPr>
              <w:t>Capacitor</w:t>
            </w:r>
          </w:p>
        </w:tc>
        <w:tc>
          <w:tcPr>
            <w:tcW w:w="4266" w:type="dxa"/>
            <w:shd w:val="clear" w:color="auto" w:fill="auto"/>
            <w:vAlign w:val="center"/>
          </w:tcPr>
          <w:p w14:paraId="2B6B8760" w14:textId="181127F9" w:rsidR="00915A3A" w:rsidRPr="00361570" w:rsidRDefault="00915A3A" w:rsidP="00361570">
            <w:pPr>
              <w:spacing w:after="0" w:line="240" w:lineRule="auto"/>
              <w:rPr>
                <w:rFonts w:ascii="Times New Roman" w:hAnsi="Times New Roman" w:cs="Times New Roman"/>
                <w:color w:val="auto"/>
                <w:sz w:val="18"/>
                <w:szCs w:val="18"/>
              </w:rPr>
            </w:pPr>
            <w:r w:rsidRPr="00361570">
              <w:rPr>
                <w:rFonts w:ascii="Times New Roman" w:hAnsi="Times New Roman" w:cs="Times New Roman"/>
                <w:bCs/>
                <w:color w:val="000000"/>
                <w:sz w:val="18"/>
                <w:szCs w:val="18"/>
              </w:rPr>
              <w:t xml:space="preserve">0.1 </w:t>
            </w:r>
            <w:proofErr w:type="spellStart"/>
            <w:r w:rsidRPr="00361570">
              <w:rPr>
                <w:rFonts w:ascii="Times New Roman" w:hAnsi="Times New Roman" w:cs="Times New Roman"/>
                <w:bCs/>
                <w:color w:val="000000"/>
                <w:sz w:val="18"/>
                <w:szCs w:val="18"/>
              </w:rPr>
              <w:t>uf</w:t>
            </w:r>
            <w:proofErr w:type="spellEnd"/>
            <w:r w:rsidRPr="00361570">
              <w:rPr>
                <w:rFonts w:ascii="Times New Roman" w:hAnsi="Times New Roman" w:cs="Times New Roman"/>
                <w:bCs/>
                <w:color w:val="000000"/>
                <w:sz w:val="18"/>
                <w:szCs w:val="18"/>
              </w:rPr>
              <w:t xml:space="preserve"> ceramic</w:t>
            </w:r>
          </w:p>
        </w:tc>
        <w:tc>
          <w:tcPr>
            <w:tcW w:w="1204" w:type="dxa"/>
            <w:shd w:val="clear" w:color="auto" w:fill="auto"/>
            <w:tcMar>
              <w:top w:w="50" w:type="dxa"/>
              <w:left w:w="50" w:type="dxa"/>
              <w:bottom w:w="50" w:type="dxa"/>
              <w:right w:w="50" w:type="dxa"/>
            </w:tcMar>
            <w:vAlign w:val="center"/>
          </w:tcPr>
          <w:p w14:paraId="5735446B" w14:textId="1AA9DB6F" w:rsidR="00915A3A" w:rsidRPr="00361570" w:rsidRDefault="00915A3A" w:rsidP="00361570">
            <w:pPr>
              <w:spacing w:after="0" w:line="240" w:lineRule="auto"/>
              <w:rPr>
                <w:rFonts w:ascii="Times New Roman" w:hAnsi="Times New Roman" w:cs="Times New Roman"/>
                <w:color w:val="auto"/>
                <w:sz w:val="18"/>
                <w:szCs w:val="18"/>
              </w:rPr>
            </w:pPr>
            <w:r w:rsidRPr="00361570">
              <w:rPr>
                <w:rFonts w:ascii="Times New Roman" w:hAnsi="Times New Roman" w:cs="Times New Roman"/>
                <w:bCs/>
                <w:color w:val="000000"/>
                <w:sz w:val="18"/>
                <w:szCs w:val="18"/>
              </w:rPr>
              <w:t>100</w:t>
            </w:r>
          </w:p>
        </w:tc>
        <w:tc>
          <w:tcPr>
            <w:tcW w:w="959" w:type="dxa"/>
            <w:shd w:val="clear" w:color="auto" w:fill="auto"/>
            <w:tcMar>
              <w:top w:w="50" w:type="dxa"/>
              <w:left w:w="50" w:type="dxa"/>
              <w:bottom w:w="50" w:type="dxa"/>
              <w:right w:w="50" w:type="dxa"/>
            </w:tcMar>
            <w:vAlign w:val="center"/>
          </w:tcPr>
          <w:p w14:paraId="318E8ED8" w14:textId="6AE65135" w:rsidR="00915A3A" w:rsidRPr="00361570" w:rsidRDefault="00915A3A" w:rsidP="00361570">
            <w:pPr>
              <w:spacing w:after="0" w:line="240" w:lineRule="auto"/>
              <w:rPr>
                <w:rFonts w:ascii="Times New Roman" w:hAnsi="Times New Roman" w:cs="Times New Roman"/>
                <w:color w:val="auto"/>
                <w:sz w:val="18"/>
                <w:szCs w:val="18"/>
              </w:rPr>
            </w:pPr>
            <w:r w:rsidRPr="00361570">
              <w:rPr>
                <w:rFonts w:ascii="Times New Roman" w:hAnsi="Times New Roman" w:cs="Times New Roman"/>
                <w:bCs/>
                <w:color w:val="000000"/>
                <w:sz w:val="18"/>
                <w:szCs w:val="18"/>
              </w:rPr>
              <w:t>Nos</w:t>
            </w:r>
          </w:p>
        </w:tc>
      </w:tr>
      <w:tr w:rsidR="00915A3A" w:rsidRPr="00361570" w14:paraId="476A0D79" w14:textId="77777777" w:rsidTr="00361570">
        <w:trPr>
          <w:jc w:val="center"/>
        </w:trPr>
        <w:tc>
          <w:tcPr>
            <w:tcW w:w="609" w:type="dxa"/>
            <w:shd w:val="clear" w:color="auto" w:fill="FAFAFA"/>
            <w:tcMar>
              <w:top w:w="50" w:type="dxa"/>
              <w:left w:w="50" w:type="dxa"/>
              <w:bottom w:w="50" w:type="dxa"/>
              <w:right w:w="50" w:type="dxa"/>
            </w:tcMar>
            <w:vAlign w:val="center"/>
          </w:tcPr>
          <w:p w14:paraId="4747866C" w14:textId="653732AD" w:rsidR="00915A3A" w:rsidRPr="00361570" w:rsidRDefault="00915A3A" w:rsidP="00361570">
            <w:pPr>
              <w:spacing w:after="0" w:line="240" w:lineRule="auto"/>
              <w:ind w:left="90"/>
              <w:jc w:val="center"/>
              <w:rPr>
                <w:rFonts w:ascii="Times New Roman" w:hAnsi="Times New Roman" w:cs="Times New Roman"/>
                <w:color w:val="auto"/>
                <w:sz w:val="18"/>
                <w:szCs w:val="18"/>
              </w:rPr>
            </w:pPr>
            <w:r w:rsidRPr="00361570">
              <w:rPr>
                <w:rFonts w:ascii="Times New Roman" w:hAnsi="Times New Roman" w:cs="Times New Roman"/>
                <w:bCs/>
                <w:color w:val="000000"/>
                <w:sz w:val="18"/>
                <w:szCs w:val="18"/>
              </w:rPr>
              <w:t>21</w:t>
            </w:r>
          </w:p>
        </w:tc>
        <w:tc>
          <w:tcPr>
            <w:tcW w:w="3703" w:type="dxa"/>
            <w:gridSpan w:val="2"/>
            <w:shd w:val="clear" w:color="auto" w:fill="auto"/>
            <w:tcMar>
              <w:top w:w="50" w:type="dxa"/>
              <w:left w:w="50" w:type="dxa"/>
              <w:bottom w:w="50" w:type="dxa"/>
              <w:right w:w="50" w:type="dxa"/>
            </w:tcMar>
            <w:vAlign w:val="center"/>
          </w:tcPr>
          <w:p w14:paraId="1DFCC4F0" w14:textId="11A01208" w:rsidR="00915A3A" w:rsidRPr="00361570" w:rsidRDefault="00915A3A" w:rsidP="00361570">
            <w:pPr>
              <w:spacing w:after="0" w:line="240" w:lineRule="auto"/>
              <w:rPr>
                <w:rFonts w:ascii="Times New Roman" w:hAnsi="Times New Roman" w:cs="Times New Roman"/>
                <w:color w:val="auto"/>
                <w:sz w:val="18"/>
                <w:szCs w:val="18"/>
              </w:rPr>
            </w:pPr>
            <w:r w:rsidRPr="00361570">
              <w:rPr>
                <w:rFonts w:ascii="Times New Roman" w:hAnsi="Times New Roman" w:cs="Times New Roman"/>
                <w:bCs/>
                <w:color w:val="000000"/>
                <w:sz w:val="18"/>
                <w:szCs w:val="18"/>
              </w:rPr>
              <w:t>Capacitor</w:t>
            </w:r>
          </w:p>
        </w:tc>
        <w:tc>
          <w:tcPr>
            <w:tcW w:w="4266" w:type="dxa"/>
            <w:shd w:val="clear" w:color="auto" w:fill="auto"/>
            <w:vAlign w:val="center"/>
          </w:tcPr>
          <w:p w14:paraId="051BEDA7" w14:textId="44E0880F" w:rsidR="00915A3A" w:rsidRPr="00361570" w:rsidRDefault="00915A3A" w:rsidP="00361570">
            <w:pPr>
              <w:spacing w:after="0" w:line="240" w:lineRule="auto"/>
              <w:rPr>
                <w:rFonts w:ascii="Times New Roman" w:hAnsi="Times New Roman" w:cs="Times New Roman"/>
                <w:color w:val="auto"/>
                <w:sz w:val="18"/>
                <w:szCs w:val="18"/>
              </w:rPr>
            </w:pPr>
            <w:r w:rsidRPr="00361570">
              <w:rPr>
                <w:rFonts w:ascii="Times New Roman" w:hAnsi="Times New Roman" w:cs="Times New Roman"/>
                <w:bCs/>
                <w:color w:val="000000"/>
                <w:sz w:val="18"/>
                <w:szCs w:val="18"/>
              </w:rPr>
              <w:t xml:space="preserve">0.2 </w:t>
            </w:r>
            <w:proofErr w:type="spellStart"/>
            <w:r w:rsidRPr="00361570">
              <w:rPr>
                <w:rFonts w:ascii="Times New Roman" w:hAnsi="Times New Roman" w:cs="Times New Roman"/>
                <w:bCs/>
                <w:color w:val="000000"/>
                <w:sz w:val="18"/>
                <w:szCs w:val="18"/>
              </w:rPr>
              <w:t>uf</w:t>
            </w:r>
            <w:proofErr w:type="spellEnd"/>
            <w:r w:rsidRPr="00361570">
              <w:rPr>
                <w:rFonts w:ascii="Times New Roman" w:hAnsi="Times New Roman" w:cs="Times New Roman"/>
                <w:bCs/>
                <w:color w:val="000000"/>
                <w:sz w:val="18"/>
                <w:szCs w:val="18"/>
              </w:rPr>
              <w:t xml:space="preserve"> ceramic</w:t>
            </w:r>
          </w:p>
        </w:tc>
        <w:tc>
          <w:tcPr>
            <w:tcW w:w="1204" w:type="dxa"/>
            <w:shd w:val="clear" w:color="auto" w:fill="auto"/>
            <w:tcMar>
              <w:top w:w="50" w:type="dxa"/>
              <w:left w:w="50" w:type="dxa"/>
              <w:bottom w:w="50" w:type="dxa"/>
              <w:right w:w="50" w:type="dxa"/>
            </w:tcMar>
            <w:vAlign w:val="center"/>
          </w:tcPr>
          <w:p w14:paraId="1B78D791" w14:textId="0153EDB8" w:rsidR="00915A3A" w:rsidRPr="00361570" w:rsidRDefault="00915A3A" w:rsidP="00361570">
            <w:pPr>
              <w:spacing w:after="0" w:line="240" w:lineRule="auto"/>
              <w:rPr>
                <w:rFonts w:ascii="Times New Roman" w:hAnsi="Times New Roman" w:cs="Times New Roman"/>
                <w:color w:val="auto"/>
                <w:sz w:val="18"/>
                <w:szCs w:val="18"/>
              </w:rPr>
            </w:pPr>
            <w:r w:rsidRPr="00361570">
              <w:rPr>
                <w:rFonts w:ascii="Times New Roman" w:hAnsi="Times New Roman" w:cs="Times New Roman"/>
                <w:bCs/>
                <w:color w:val="000000"/>
                <w:sz w:val="18"/>
                <w:szCs w:val="18"/>
              </w:rPr>
              <w:t>100</w:t>
            </w:r>
          </w:p>
        </w:tc>
        <w:tc>
          <w:tcPr>
            <w:tcW w:w="959" w:type="dxa"/>
            <w:shd w:val="clear" w:color="auto" w:fill="auto"/>
            <w:tcMar>
              <w:top w:w="50" w:type="dxa"/>
              <w:left w:w="50" w:type="dxa"/>
              <w:bottom w:w="50" w:type="dxa"/>
              <w:right w:w="50" w:type="dxa"/>
            </w:tcMar>
            <w:vAlign w:val="center"/>
          </w:tcPr>
          <w:p w14:paraId="05F29C7D" w14:textId="20C644AF" w:rsidR="00915A3A" w:rsidRPr="00361570" w:rsidRDefault="00915A3A" w:rsidP="00361570">
            <w:pPr>
              <w:spacing w:after="0" w:line="240" w:lineRule="auto"/>
              <w:rPr>
                <w:rFonts w:ascii="Times New Roman" w:hAnsi="Times New Roman" w:cs="Times New Roman"/>
                <w:color w:val="auto"/>
                <w:sz w:val="18"/>
                <w:szCs w:val="18"/>
              </w:rPr>
            </w:pPr>
            <w:r w:rsidRPr="00361570">
              <w:rPr>
                <w:rFonts w:ascii="Times New Roman" w:hAnsi="Times New Roman" w:cs="Times New Roman"/>
                <w:bCs/>
                <w:color w:val="000000"/>
                <w:sz w:val="18"/>
                <w:szCs w:val="18"/>
              </w:rPr>
              <w:t>Nos</w:t>
            </w:r>
          </w:p>
        </w:tc>
      </w:tr>
      <w:tr w:rsidR="00915A3A" w:rsidRPr="00361570" w14:paraId="0900F668" w14:textId="77777777" w:rsidTr="00361570">
        <w:trPr>
          <w:jc w:val="center"/>
        </w:trPr>
        <w:tc>
          <w:tcPr>
            <w:tcW w:w="609" w:type="dxa"/>
            <w:shd w:val="clear" w:color="auto" w:fill="FAFAFA"/>
            <w:tcMar>
              <w:top w:w="50" w:type="dxa"/>
              <w:left w:w="50" w:type="dxa"/>
              <w:bottom w:w="50" w:type="dxa"/>
              <w:right w:w="50" w:type="dxa"/>
            </w:tcMar>
            <w:vAlign w:val="center"/>
          </w:tcPr>
          <w:p w14:paraId="676F03F9" w14:textId="74D08867" w:rsidR="00915A3A" w:rsidRPr="00361570" w:rsidRDefault="00915A3A" w:rsidP="00361570">
            <w:pPr>
              <w:spacing w:after="0" w:line="240" w:lineRule="auto"/>
              <w:ind w:left="90"/>
              <w:jc w:val="center"/>
              <w:rPr>
                <w:rFonts w:ascii="Times New Roman" w:hAnsi="Times New Roman" w:cs="Times New Roman"/>
                <w:color w:val="auto"/>
                <w:sz w:val="18"/>
                <w:szCs w:val="18"/>
              </w:rPr>
            </w:pPr>
            <w:r w:rsidRPr="00361570">
              <w:rPr>
                <w:rFonts w:ascii="Times New Roman" w:hAnsi="Times New Roman" w:cs="Times New Roman"/>
                <w:bCs/>
                <w:color w:val="000000"/>
                <w:sz w:val="18"/>
                <w:szCs w:val="18"/>
              </w:rPr>
              <w:t>22</w:t>
            </w:r>
          </w:p>
        </w:tc>
        <w:tc>
          <w:tcPr>
            <w:tcW w:w="3703" w:type="dxa"/>
            <w:gridSpan w:val="2"/>
            <w:shd w:val="clear" w:color="auto" w:fill="auto"/>
            <w:tcMar>
              <w:top w:w="50" w:type="dxa"/>
              <w:left w:w="50" w:type="dxa"/>
              <w:bottom w:w="50" w:type="dxa"/>
              <w:right w:w="50" w:type="dxa"/>
            </w:tcMar>
            <w:vAlign w:val="center"/>
          </w:tcPr>
          <w:p w14:paraId="28F86018" w14:textId="7F0DD944" w:rsidR="00915A3A" w:rsidRPr="00361570" w:rsidRDefault="00915A3A" w:rsidP="00361570">
            <w:pPr>
              <w:spacing w:after="0" w:line="240" w:lineRule="auto"/>
              <w:rPr>
                <w:rFonts w:ascii="Times New Roman" w:hAnsi="Times New Roman" w:cs="Times New Roman"/>
                <w:color w:val="auto"/>
                <w:sz w:val="18"/>
                <w:szCs w:val="18"/>
              </w:rPr>
            </w:pPr>
            <w:r w:rsidRPr="00361570">
              <w:rPr>
                <w:rFonts w:ascii="Times New Roman" w:hAnsi="Times New Roman" w:cs="Times New Roman"/>
                <w:bCs/>
                <w:color w:val="000000"/>
                <w:sz w:val="18"/>
                <w:szCs w:val="18"/>
              </w:rPr>
              <w:t xml:space="preserve">Resistor </w:t>
            </w:r>
          </w:p>
        </w:tc>
        <w:tc>
          <w:tcPr>
            <w:tcW w:w="4266" w:type="dxa"/>
            <w:shd w:val="clear" w:color="auto" w:fill="auto"/>
            <w:vAlign w:val="center"/>
          </w:tcPr>
          <w:p w14:paraId="5B8B3D20" w14:textId="5154FDAA" w:rsidR="00915A3A" w:rsidRPr="00361570" w:rsidRDefault="00915A3A" w:rsidP="00361570">
            <w:pPr>
              <w:spacing w:after="0" w:line="240" w:lineRule="auto"/>
              <w:rPr>
                <w:rFonts w:ascii="Times New Roman" w:hAnsi="Times New Roman" w:cs="Times New Roman"/>
                <w:color w:val="auto"/>
                <w:sz w:val="18"/>
                <w:szCs w:val="18"/>
              </w:rPr>
            </w:pPr>
            <w:r w:rsidRPr="00361570">
              <w:rPr>
                <w:rFonts w:ascii="Times New Roman" w:hAnsi="Times New Roman" w:cs="Times New Roman"/>
                <w:bCs/>
                <w:color w:val="000000"/>
                <w:sz w:val="18"/>
                <w:szCs w:val="18"/>
              </w:rPr>
              <w:t>500 Ohm</w:t>
            </w:r>
          </w:p>
        </w:tc>
        <w:tc>
          <w:tcPr>
            <w:tcW w:w="1204" w:type="dxa"/>
            <w:shd w:val="clear" w:color="auto" w:fill="auto"/>
            <w:tcMar>
              <w:top w:w="50" w:type="dxa"/>
              <w:left w:w="50" w:type="dxa"/>
              <w:bottom w:w="50" w:type="dxa"/>
              <w:right w:w="50" w:type="dxa"/>
            </w:tcMar>
            <w:vAlign w:val="center"/>
          </w:tcPr>
          <w:p w14:paraId="07B4EE9D" w14:textId="0BD36EC2" w:rsidR="00915A3A" w:rsidRPr="00361570" w:rsidRDefault="00915A3A" w:rsidP="00361570">
            <w:pPr>
              <w:spacing w:after="0" w:line="240" w:lineRule="auto"/>
              <w:rPr>
                <w:rFonts w:ascii="Times New Roman" w:hAnsi="Times New Roman" w:cs="Times New Roman"/>
                <w:color w:val="auto"/>
                <w:sz w:val="18"/>
                <w:szCs w:val="18"/>
              </w:rPr>
            </w:pPr>
            <w:r w:rsidRPr="00361570">
              <w:rPr>
                <w:rFonts w:ascii="Times New Roman" w:hAnsi="Times New Roman" w:cs="Times New Roman"/>
                <w:bCs/>
                <w:color w:val="000000"/>
                <w:sz w:val="18"/>
                <w:szCs w:val="18"/>
              </w:rPr>
              <w:t>1000</w:t>
            </w:r>
          </w:p>
        </w:tc>
        <w:tc>
          <w:tcPr>
            <w:tcW w:w="959" w:type="dxa"/>
            <w:shd w:val="clear" w:color="auto" w:fill="auto"/>
            <w:tcMar>
              <w:top w:w="50" w:type="dxa"/>
              <w:left w:w="50" w:type="dxa"/>
              <w:bottom w:w="50" w:type="dxa"/>
              <w:right w:w="50" w:type="dxa"/>
            </w:tcMar>
            <w:vAlign w:val="center"/>
          </w:tcPr>
          <w:p w14:paraId="4332A56C" w14:textId="7145ACBC" w:rsidR="00915A3A" w:rsidRPr="00361570" w:rsidRDefault="00915A3A" w:rsidP="00361570">
            <w:pPr>
              <w:spacing w:after="0" w:line="240" w:lineRule="auto"/>
              <w:rPr>
                <w:rFonts w:ascii="Times New Roman" w:hAnsi="Times New Roman" w:cs="Times New Roman"/>
                <w:color w:val="auto"/>
                <w:sz w:val="18"/>
                <w:szCs w:val="18"/>
              </w:rPr>
            </w:pPr>
            <w:r w:rsidRPr="00361570">
              <w:rPr>
                <w:rFonts w:ascii="Times New Roman" w:hAnsi="Times New Roman" w:cs="Times New Roman"/>
                <w:bCs/>
                <w:color w:val="000000"/>
                <w:sz w:val="18"/>
                <w:szCs w:val="18"/>
              </w:rPr>
              <w:t>Nos</w:t>
            </w:r>
          </w:p>
        </w:tc>
      </w:tr>
      <w:tr w:rsidR="00915A3A" w:rsidRPr="00361570" w14:paraId="799AB0BC" w14:textId="77777777" w:rsidTr="00361570">
        <w:trPr>
          <w:jc w:val="center"/>
        </w:trPr>
        <w:tc>
          <w:tcPr>
            <w:tcW w:w="609" w:type="dxa"/>
            <w:shd w:val="clear" w:color="auto" w:fill="FAFAFA"/>
            <w:tcMar>
              <w:top w:w="50" w:type="dxa"/>
              <w:left w:w="50" w:type="dxa"/>
              <w:bottom w:w="50" w:type="dxa"/>
              <w:right w:w="50" w:type="dxa"/>
            </w:tcMar>
            <w:vAlign w:val="center"/>
          </w:tcPr>
          <w:p w14:paraId="14CC07F6" w14:textId="44943541" w:rsidR="00915A3A" w:rsidRPr="00361570" w:rsidRDefault="00915A3A" w:rsidP="00361570">
            <w:pPr>
              <w:spacing w:after="0" w:line="240" w:lineRule="auto"/>
              <w:ind w:left="90"/>
              <w:jc w:val="center"/>
              <w:rPr>
                <w:rFonts w:ascii="Times New Roman" w:hAnsi="Times New Roman" w:cs="Times New Roman"/>
                <w:color w:val="auto"/>
                <w:sz w:val="18"/>
                <w:szCs w:val="18"/>
              </w:rPr>
            </w:pPr>
            <w:r w:rsidRPr="00361570">
              <w:rPr>
                <w:rFonts w:ascii="Times New Roman" w:hAnsi="Times New Roman" w:cs="Times New Roman"/>
                <w:bCs/>
                <w:color w:val="000000"/>
                <w:sz w:val="18"/>
                <w:szCs w:val="18"/>
              </w:rPr>
              <w:t>23</w:t>
            </w:r>
          </w:p>
        </w:tc>
        <w:tc>
          <w:tcPr>
            <w:tcW w:w="3703" w:type="dxa"/>
            <w:gridSpan w:val="2"/>
            <w:shd w:val="clear" w:color="auto" w:fill="auto"/>
            <w:tcMar>
              <w:top w:w="50" w:type="dxa"/>
              <w:left w:w="50" w:type="dxa"/>
              <w:bottom w:w="50" w:type="dxa"/>
              <w:right w:w="50" w:type="dxa"/>
            </w:tcMar>
            <w:vAlign w:val="center"/>
          </w:tcPr>
          <w:p w14:paraId="725A164C" w14:textId="04CBD7EF" w:rsidR="00915A3A" w:rsidRPr="00361570" w:rsidRDefault="00915A3A" w:rsidP="00361570">
            <w:pPr>
              <w:spacing w:after="0" w:line="240" w:lineRule="auto"/>
              <w:rPr>
                <w:rFonts w:ascii="Times New Roman" w:hAnsi="Times New Roman" w:cs="Times New Roman"/>
                <w:color w:val="auto"/>
                <w:sz w:val="18"/>
                <w:szCs w:val="18"/>
              </w:rPr>
            </w:pPr>
            <w:r w:rsidRPr="00361570">
              <w:rPr>
                <w:rFonts w:ascii="Times New Roman" w:hAnsi="Times New Roman" w:cs="Times New Roman"/>
                <w:bCs/>
                <w:color w:val="000000"/>
                <w:sz w:val="18"/>
                <w:szCs w:val="18"/>
              </w:rPr>
              <w:t xml:space="preserve">Resistor </w:t>
            </w:r>
          </w:p>
        </w:tc>
        <w:tc>
          <w:tcPr>
            <w:tcW w:w="4266" w:type="dxa"/>
            <w:shd w:val="clear" w:color="auto" w:fill="auto"/>
            <w:vAlign w:val="center"/>
          </w:tcPr>
          <w:p w14:paraId="051648B7" w14:textId="1B278CB8" w:rsidR="00915A3A" w:rsidRPr="00361570" w:rsidRDefault="00915A3A" w:rsidP="00361570">
            <w:pPr>
              <w:spacing w:after="0" w:line="240" w:lineRule="auto"/>
              <w:rPr>
                <w:rFonts w:ascii="Times New Roman" w:hAnsi="Times New Roman" w:cs="Times New Roman"/>
                <w:color w:val="auto"/>
                <w:sz w:val="18"/>
                <w:szCs w:val="18"/>
              </w:rPr>
            </w:pPr>
            <w:r w:rsidRPr="00361570">
              <w:rPr>
                <w:rFonts w:ascii="Times New Roman" w:hAnsi="Times New Roman" w:cs="Times New Roman"/>
                <w:bCs/>
                <w:color w:val="000000"/>
                <w:sz w:val="18"/>
                <w:szCs w:val="18"/>
              </w:rPr>
              <w:t>1k Ohm</w:t>
            </w:r>
          </w:p>
        </w:tc>
        <w:tc>
          <w:tcPr>
            <w:tcW w:w="1204" w:type="dxa"/>
            <w:shd w:val="clear" w:color="auto" w:fill="auto"/>
            <w:tcMar>
              <w:top w:w="50" w:type="dxa"/>
              <w:left w:w="50" w:type="dxa"/>
              <w:bottom w:w="50" w:type="dxa"/>
              <w:right w:w="50" w:type="dxa"/>
            </w:tcMar>
            <w:vAlign w:val="center"/>
          </w:tcPr>
          <w:p w14:paraId="42F0458F" w14:textId="494CC3D2" w:rsidR="00915A3A" w:rsidRPr="00361570" w:rsidRDefault="00915A3A" w:rsidP="00361570">
            <w:pPr>
              <w:spacing w:after="0" w:line="240" w:lineRule="auto"/>
              <w:rPr>
                <w:rFonts w:ascii="Times New Roman" w:hAnsi="Times New Roman" w:cs="Times New Roman"/>
                <w:color w:val="auto"/>
                <w:sz w:val="18"/>
                <w:szCs w:val="18"/>
              </w:rPr>
            </w:pPr>
            <w:r w:rsidRPr="00361570">
              <w:rPr>
                <w:rFonts w:ascii="Times New Roman" w:hAnsi="Times New Roman" w:cs="Times New Roman"/>
                <w:bCs/>
                <w:color w:val="000000"/>
                <w:sz w:val="18"/>
                <w:szCs w:val="18"/>
              </w:rPr>
              <w:t>1000</w:t>
            </w:r>
          </w:p>
        </w:tc>
        <w:tc>
          <w:tcPr>
            <w:tcW w:w="959" w:type="dxa"/>
            <w:shd w:val="clear" w:color="auto" w:fill="auto"/>
            <w:tcMar>
              <w:top w:w="50" w:type="dxa"/>
              <w:left w:w="50" w:type="dxa"/>
              <w:bottom w:w="50" w:type="dxa"/>
              <w:right w:w="50" w:type="dxa"/>
            </w:tcMar>
            <w:vAlign w:val="center"/>
          </w:tcPr>
          <w:p w14:paraId="16A957D1" w14:textId="1900AD39" w:rsidR="00915A3A" w:rsidRPr="00361570" w:rsidRDefault="00915A3A" w:rsidP="00361570">
            <w:pPr>
              <w:spacing w:after="0" w:line="240" w:lineRule="auto"/>
              <w:rPr>
                <w:rFonts w:ascii="Times New Roman" w:hAnsi="Times New Roman" w:cs="Times New Roman"/>
                <w:color w:val="auto"/>
                <w:sz w:val="18"/>
                <w:szCs w:val="18"/>
              </w:rPr>
            </w:pPr>
            <w:r w:rsidRPr="00361570">
              <w:rPr>
                <w:rFonts w:ascii="Times New Roman" w:hAnsi="Times New Roman" w:cs="Times New Roman"/>
                <w:bCs/>
                <w:color w:val="000000"/>
                <w:sz w:val="18"/>
                <w:szCs w:val="18"/>
              </w:rPr>
              <w:t>Nos</w:t>
            </w:r>
          </w:p>
        </w:tc>
      </w:tr>
      <w:tr w:rsidR="00915A3A" w:rsidRPr="00361570" w14:paraId="25357149" w14:textId="77777777" w:rsidTr="00361570">
        <w:trPr>
          <w:jc w:val="center"/>
        </w:trPr>
        <w:tc>
          <w:tcPr>
            <w:tcW w:w="609" w:type="dxa"/>
            <w:shd w:val="clear" w:color="auto" w:fill="FAFAFA"/>
            <w:tcMar>
              <w:top w:w="50" w:type="dxa"/>
              <w:left w:w="50" w:type="dxa"/>
              <w:bottom w:w="50" w:type="dxa"/>
              <w:right w:w="50" w:type="dxa"/>
            </w:tcMar>
            <w:vAlign w:val="center"/>
          </w:tcPr>
          <w:p w14:paraId="55EDABC8" w14:textId="574E3EB7" w:rsidR="00915A3A" w:rsidRPr="00361570" w:rsidRDefault="00915A3A" w:rsidP="00361570">
            <w:pPr>
              <w:spacing w:after="0" w:line="240" w:lineRule="auto"/>
              <w:ind w:left="90"/>
              <w:jc w:val="center"/>
              <w:rPr>
                <w:rFonts w:ascii="Times New Roman" w:hAnsi="Times New Roman" w:cs="Times New Roman"/>
                <w:color w:val="auto"/>
                <w:sz w:val="18"/>
                <w:szCs w:val="18"/>
              </w:rPr>
            </w:pPr>
            <w:r w:rsidRPr="00361570">
              <w:rPr>
                <w:rFonts w:ascii="Times New Roman" w:hAnsi="Times New Roman" w:cs="Times New Roman"/>
                <w:bCs/>
                <w:color w:val="000000"/>
                <w:sz w:val="18"/>
                <w:szCs w:val="18"/>
              </w:rPr>
              <w:t>24</w:t>
            </w:r>
          </w:p>
        </w:tc>
        <w:tc>
          <w:tcPr>
            <w:tcW w:w="3703" w:type="dxa"/>
            <w:gridSpan w:val="2"/>
            <w:shd w:val="clear" w:color="auto" w:fill="auto"/>
            <w:tcMar>
              <w:top w:w="50" w:type="dxa"/>
              <w:left w:w="50" w:type="dxa"/>
              <w:bottom w:w="50" w:type="dxa"/>
              <w:right w:w="50" w:type="dxa"/>
            </w:tcMar>
            <w:vAlign w:val="center"/>
          </w:tcPr>
          <w:p w14:paraId="19E40B0C" w14:textId="6FC8E472" w:rsidR="00915A3A" w:rsidRPr="00361570" w:rsidRDefault="00915A3A" w:rsidP="00361570">
            <w:pPr>
              <w:spacing w:after="0" w:line="240" w:lineRule="auto"/>
              <w:rPr>
                <w:rFonts w:ascii="Times New Roman" w:hAnsi="Times New Roman" w:cs="Times New Roman"/>
                <w:color w:val="auto"/>
                <w:sz w:val="18"/>
                <w:szCs w:val="18"/>
              </w:rPr>
            </w:pPr>
            <w:r w:rsidRPr="00361570">
              <w:rPr>
                <w:rFonts w:ascii="Times New Roman" w:hAnsi="Times New Roman" w:cs="Times New Roman"/>
                <w:bCs/>
                <w:color w:val="000000"/>
                <w:sz w:val="18"/>
                <w:szCs w:val="18"/>
              </w:rPr>
              <w:t xml:space="preserve">Resistor </w:t>
            </w:r>
          </w:p>
        </w:tc>
        <w:tc>
          <w:tcPr>
            <w:tcW w:w="4266" w:type="dxa"/>
            <w:shd w:val="clear" w:color="auto" w:fill="auto"/>
            <w:vAlign w:val="center"/>
          </w:tcPr>
          <w:p w14:paraId="5C889AB5" w14:textId="08F0CDD2" w:rsidR="00915A3A" w:rsidRPr="00361570" w:rsidRDefault="00915A3A" w:rsidP="00361570">
            <w:pPr>
              <w:spacing w:after="0" w:line="240" w:lineRule="auto"/>
              <w:rPr>
                <w:rFonts w:ascii="Times New Roman" w:hAnsi="Times New Roman" w:cs="Times New Roman"/>
                <w:color w:val="auto"/>
                <w:sz w:val="18"/>
                <w:szCs w:val="18"/>
              </w:rPr>
            </w:pPr>
            <w:r w:rsidRPr="00361570">
              <w:rPr>
                <w:rFonts w:ascii="Times New Roman" w:hAnsi="Times New Roman" w:cs="Times New Roman"/>
                <w:bCs/>
                <w:color w:val="000000"/>
                <w:sz w:val="18"/>
                <w:szCs w:val="18"/>
              </w:rPr>
              <w:t>1.5 k Ohm</w:t>
            </w:r>
          </w:p>
        </w:tc>
        <w:tc>
          <w:tcPr>
            <w:tcW w:w="1204" w:type="dxa"/>
            <w:shd w:val="clear" w:color="auto" w:fill="auto"/>
            <w:tcMar>
              <w:top w:w="50" w:type="dxa"/>
              <w:left w:w="50" w:type="dxa"/>
              <w:bottom w:w="50" w:type="dxa"/>
              <w:right w:w="50" w:type="dxa"/>
            </w:tcMar>
            <w:vAlign w:val="center"/>
          </w:tcPr>
          <w:p w14:paraId="7FA3F94D" w14:textId="21012F3D" w:rsidR="00915A3A" w:rsidRPr="00361570" w:rsidRDefault="00915A3A" w:rsidP="00361570">
            <w:pPr>
              <w:spacing w:after="0" w:line="240" w:lineRule="auto"/>
              <w:rPr>
                <w:rFonts w:ascii="Times New Roman" w:hAnsi="Times New Roman" w:cs="Times New Roman"/>
                <w:color w:val="auto"/>
                <w:sz w:val="18"/>
                <w:szCs w:val="18"/>
              </w:rPr>
            </w:pPr>
            <w:r w:rsidRPr="00361570">
              <w:rPr>
                <w:rFonts w:ascii="Times New Roman" w:hAnsi="Times New Roman" w:cs="Times New Roman"/>
                <w:bCs/>
                <w:color w:val="000000"/>
                <w:sz w:val="18"/>
                <w:szCs w:val="18"/>
              </w:rPr>
              <w:t>1000</w:t>
            </w:r>
          </w:p>
        </w:tc>
        <w:tc>
          <w:tcPr>
            <w:tcW w:w="959" w:type="dxa"/>
            <w:shd w:val="clear" w:color="auto" w:fill="auto"/>
            <w:tcMar>
              <w:top w:w="50" w:type="dxa"/>
              <w:left w:w="50" w:type="dxa"/>
              <w:bottom w:w="50" w:type="dxa"/>
              <w:right w:w="50" w:type="dxa"/>
            </w:tcMar>
            <w:vAlign w:val="center"/>
          </w:tcPr>
          <w:p w14:paraId="50A00039" w14:textId="4A02202D" w:rsidR="00915A3A" w:rsidRPr="00361570" w:rsidRDefault="00915A3A" w:rsidP="00361570">
            <w:pPr>
              <w:spacing w:after="0" w:line="240" w:lineRule="auto"/>
              <w:rPr>
                <w:rFonts w:ascii="Times New Roman" w:hAnsi="Times New Roman" w:cs="Times New Roman"/>
                <w:color w:val="auto"/>
                <w:sz w:val="18"/>
                <w:szCs w:val="18"/>
              </w:rPr>
            </w:pPr>
            <w:r w:rsidRPr="00361570">
              <w:rPr>
                <w:rFonts w:ascii="Times New Roman" w:hAnsi="Times New Roman" w:cs="Times New Roman"/>
                <w:bCs/>
                <w:color w:val="000000"/>
                <w:sz w:val="18"/>
                <w:szCs w:val="18"/>
              </w:rPr>
              <w:t>Nos</w:t>
            </w:r>
          </w:p>
        </w:tc>
      </w:tr>
      <w:tr w:rsidR="00915A3A" w:rsidRPr="00361570" w14:paraId="2629B093" w14:textId="77777777" w:rsidTr="00361570">
        <w:trPr>
          <w:jc w:val="center"/>
        </w:trPr>
        <w:tc>
          <w:tcPr>
            <w:tcW w:w="609" w:type="dxa"/>
            <w:shd w:val="clear" w:color="auto" w:fill="FAFAFA"/>
            <w:tcMar>
              <w:top w:w="50" w:type="dxa"/>
              <w:left w:w="50" w:type="dxa"/>
              <w:bottom w:w="50" w:type="dxa"/>
              <w:right w:w="50" w:type="dxa"/>
            </w:tcMar>
            <w:vAlign w:val="center"/>
          </w:tcPr>
          <w:p w14:paraId="57A7511E" w14:textId="1914B40E" w:rsidR="00915A3A" w:rsidRPr="00361570" w:rsidRDefault="00915A3A" w:rsidP="00361570">
            <w:pPr>
              <w:spacing w:after="0" w:line="240" w:lineRule="auto"/>
              <w:ind w:left="90"/>
              <w:jc w:val="center"/>
              <w:rPr>
                <w:rFonts w:ascii="Times New Roman" w:hAnsi="Times New Roman" w:cs="Times New Roman"/>
                <w:color w:val="auto"/>
                <w:sz w:val="18"/>
                <w:szCs w:val="18"/>
              </w:rPr>
            </w:pPr>
            <w:r w:rsidRPr="00361570">
              <w:rPr>
                <w:rFonts w:ascii="Times New Roman" w:hAnsi="Times New Roman" w:cs="Times New Roman"/>
                <w:bCs/>
                <w:color w:val="000000"/>
                <w:sz w:val="18"/>
                <w:szCs w:val="18"/>
              </w:rPr>
              <w:t>25</w:t>
            </w:r>
          </w:p>
        </w:tc>
        <w:tc>
          <w:tcPr>
            <w:tcW w:w="3703" w:type="dxa"/>
            <w:gridSpan w:val="2"/>
            <w:shd w:val="clear" w:color="auto" w:fill="auto"/>
            <w:tcMar>
              <w:top w:w="50" w:type="dxa"/>
              <w:left w:w="50" w:type="dxa"/>
              <w:bottom w:w="50" w:type="dxa"/>
              <w:right w:w="50" w:type="dxa"/>
            </w:tcMar>
            <w:vAlign w:val="center"/>
          </w:tcPr>
          <w:p w14:paraId="48DFC4D7" w14:textId="4A4C2A7E" w:rsidR="00915A3A" w:rsidRPr="00361570" w:rsidRDefault="00915A3A" w:rsidP="00361570">
            <w:pPr>
              <w:spacing w:after="0" w:line="240" w:lineRule="auto"/>
              <w:rPr>
                <w:rFonts w:ascii="Times New Roman" w:hAnsi="Times New Roman" w:cs="Times New Roman"/>
                <w:color w:val="auto"/>
                <w:sz w:val="18"/>
                <w:szCs w:val="18"/>
              </w:rPr>
            </w:pPr>
            <w:r w:rsidRPr="00361570">
              <w:rPr>
                <w:rFonts w:ascii="Times New Roman" w:hAnsi="Times New Roman" w:cs="Times New Roman"/>
                <w:bCs/>
                <w:color w:val="000000"/>
                <w:sz w:val="18"/>
                <w:szCs w:val="18"/>
              </w:rPr>
              <w:t xml:space="preserve">Resistor </w:t>
            </w:r>
          </w:p>
        </w:tc>
        <w:tc>
          <w:tcPr>
            <w:tcW w:w="4266" w:type="dxa"/>
            <w:shd w:val="clear" w:color="auto" w:fill="auto"/>
            <w:vAlign w:val="center"/>
          </w:tcPr>
          <w:p w14:paraId="4B8F36E2" w14:textId="67070075" w:rsidR="00915A3A" w:rsidRPr="00361570" w:rsidRDefault="00915A3A" w:rsidP="00361570">
            <w:pPr>
              <w:spacing w:after="0" w:line="240" w:lineRule="auto"/>
              <w:rPr>
                <w:rFonts w:ascii="Times New Roman" w:hAnsi="Times New Roman" w:cs="Times New Roman"/>
                <w:color w:val="auto"/>
                <w:sz w:val="18"/>
                <w:szCs w:val="18"/>
              </w:rPr>
            </w:pPr>
            <w:r w:rsidRPr="00361570">
              <w:rPr>
                <w:rFonts w:ascii="Times New Roman" w:hAnsi="Times New Roman" w:cs="Times New Roman"/>
                <w:bCs/>
                <w:color w:val="000000"/>
                <w:sz w:val="18"/>
                <w:szCs w:val="18"/>
              </w:rPr>
              <w:t>2k Ohm</w:t>
            </w:r>
          </w:p>
        </w:tc>
        <w:tc>
          <w:tcPr>
            <w:tcW w:w="1204" w:type="dxa"/>
            <w:shd w:val="clear" w:color="auto" w:fill="auto"/>
            <w:tcMar>
              <w:top w:w="50" w:type="dxa"/>
              <w:left w:w="50" w:type="dxa"/>
              <w:bottom w:w="50" w:type="dxa"/>
              <w:right w:w="50" w:type="dxa"/>
            </w:tcMar>
            <w:vAlign w:val="center"/>
          </w:tcPr>
          <w:p w14:paraId="50396094" w14:textId="457DEE28" w:rsidR="00915A3A" w:rsidRPr="00361570" w:rsidRDefault="00915A3A" w:rsidP="00361570">
            <w:pPr>
              <w:spacing w:after="0" w:line="240" w:lineRule="auto"/>
              <w:rPr>
                <w:rFonts w:ascii="Times New Roman" w:hAnsi="Times New Roman" w:cs="Times New Roman"/>
                <w:color w:val="auto"/>
                <w:sz w:val="18"/>
                <w:szCs w:val="18"/>
              </w:rPr>
            </w:pPr>
            <w:r w:rsidRPr="00361570">
              <w:rPr>
                <w:rFonts w:ascii="Times New Roman" w:hAnsi="Times New Roman" w:cs="Times New Roman"/>
                <w:bCs/>
                <w:color w:val="000000"/>
                <w:sz w:val="18"/>
                <w:szCs w:val="18"/>
              </w:rPr>
              <w:t>1000</w:t>
            </w:r>
          </w:p>
        </w:tc>
        <w:tc>
          <w:tcPr>
            <w:tcW w:w="959" w:type="dxa"/>
            <w:shd w:val="clear" w:color="auto" w:fill="auto"/>
            <w:tcMar>
              <w:top w:w="50" w:type="dxa"/>
              <w:left w:w="50" w:type="dxa"/>
              <w:bottom w:w="50" w:type="dxa"/>
              <w:right w:w="50" w:type="dxa"/>
            </w:tcMar>
            <w:vAlign w:val="center"/>
          </w:tcPr>
          <w:p w14:paraId="443AFDDC" w14:textId="4E99283A" w:rsidR="00915A3A" w:rsidRPr="00361570" w:rsidRDefault="00915A3A" w:rsidP="00361570">
            <w:pPr>
              <w:spacing w:after="0" w:line="240" w:lineRule="auto"/>
              <w:rPr>
                <w:rFonts w:ascii="Times New Roman" w:hAnsi="Times New Roman" w:cs="Times New Roman"/>
                <w:color w:val="auto"/>
                <w:sz w:val="18"/>
                <w:szCs w:val="18"/>
              </w:rPr>
            </w:pPr>
            <w:r w:rsidRPr="00361570">
              <w:rPr>
                <w:rFonts w:ascii="Times New Roman" w:hAnsi="Times New Roman" w:cs="Times New Roman"/>
                <w:bCs/>
                <w:color w:val="000000"/>
                <w:sz w:val="18"/>
                <w:szCs w:val="18"/>
              </w:rPr>
              <w:t>Nos</w:t>
            </w:r>
          </w:p>
        </w:tc>
      </w:tr>
      <w:tr w:rsidR="00915A3A" w:rsidRPr="00361570" w14:paraId="5ED02867" w14:textId="77777777" w:rsidTr="00361570">
        <w:trPr>
          <w:jc w:val="center"/>
        </w:trPr>
        <w:tc>
          <w:tcPr>
            <w:tcW w:w="609" w:type="dxa"/>
            <w:shd w:val="clear" w:color="auto" w:fill="FAFAFA"/>
            <w:tcMar>
              <w:top w:w="50" w:type="dxa"/>
              <w:left w:w="50" w:type="dxa"/>
              <w:bottom w:w="50" w:type="dxa"/>
              <w:right w:w="50" w:type="dxa"/>
            </w:tcMar>
            <w:vAlign w:val="center"/>
          </w:tcPr>
          <w:p w14:paraId="572DC7D3" w14:textId="12A97CCC" w:rsidR="00915A3A" w:rsidRPr="00361570" w:rsidRDefault="00915A3A" w:rsidP="00361570">
            <w:pPr>
              <w:spacing w:after="0" w:line="240" w:lineRule="auto"/>
              <w:ind w:left="90"/>
              <w:jc w:val="center"/>
              <w:rPr>
                <w:rFonts w:ascii="Times New Roman" w:hAnsi="Times New Roman" w:cs="Times New Roman"/>
                <w:color w:val="auto"/>
                <w:sz w:val="18"/>
                <w:szCs w:val="18"/>
              </w:rPr>
            </w:pPr>
            <w:r w:rsidRPr="00361570">
              <w:rPr>
                <w:rFonts w:ascii="Times New Roman" w:hAnsi="Times New Roman" w:cs="Times New Roman"/>
                <w:bCs/>
                <w:color w:val="000000"/>
                <w:sz w:val="18"/>
                <w:szCs w:val="18"/>
              </w:rPr>
              <w:t>26</w:t>
            </w:r>
          </w:p>
        </w:tc>
        <w:tc>
          <w:tcPr>
            <w:tcW w:w="3703" w:type="dxa"/>
            <w:gridSpan w:val="2"/>
            <w:shd w:val="clear" w:color="auto" w:fill="auto"/>
            <w:tcMar>
              <w:top w:w="50" w:type="dxa"/>
              <w:left w:w="50" w:type="dxa"/>
              <w:bottom w:w="50" w:type="dxa"/>
              <w:right w:w="50" w:type="dxa"/>
            </w:tcMar>
            <w:vAlign w:val="center"/>
          </w:tcPr>
          <w:p w14:paraId="1257BC27" w14:textId="0B254DFE" w:rsidR="00915A3A" w:rsidRPr="00361570" w:rsidRDefault="00915A3A" w:rsidP="00361570">
            <w:pPr>
              <w:spacing w:after="0" w:line="240" w:lineRule="auto"/>
              <w:rPr>
                <w:rFonts w:ascii="Times New Roman" w:hAnsi="Times New Roman" w:cs="Times New Roman"/>
                <w:color w:val="auto"/>
                <w:sz w:val="18"/>
                <w:szCs w:val="18"/>
              </w:rPr>
            </w:pPr>
            <w:r w:rsidRPr="00361570">
              <w:rPr>
                <w:rFonts w:ascii="Times New Roman" w:hAnsi="Times New Roman" w:cs="Times New Roman"/>
                <w:bCs/>
                <w:color w:val="000000"/>
                <w:sz w:val="18"/>
                <w:szCs w:val="18"/>
              </w:rPr>
              <w:t xml:space="preserve">Resistor </w:t>
            </w:r>
          </w:p>
        </w:tc>
        <w:tc>
          <w:tcPr>
            <w:tcW w:w="4266" w:type="dxa"/>
            <w:shd w:val="clear" w:color="auto" w:fill="auto"/>
            <w:vAlign w:val="center"/>
          </w:tcPr>
          <w:p w14:paraId="4AD9D71E" w14:textId="312DBF5F" w:rsidR="00915A3A" w:rsidRPr="00361570" w:rsidRDefault="00915A3A" w:rsidP="00361570">
            <w:pPr>
              <w:spacing w:after="0" w:line="240" w:lineRule="auto"/>
              <w:rPr>
                <w:rFonts w:ascii="Times New Roman" w:hAnsi="Times New Roman" w:cs="Times New Roman"/>
                <w:color w:val="auto"/>
                <w:sz w:val="18"/>
                <w:szCs w:val="18"/>
              </w:rPr>
            </w:pPr>
            <w:r w:rsidRPr="00361570">
              <w:rPr>
                <w:rFonts w:ascii="Times New Roman" w:hAnsi="Times New Roman" w:cs="Times New Roman"/>
                <w:bCs/>
                <w:color w:val="000000"/>
                <w:sz w:val="18"/>
                <w:szCs w:val="18"/>
              </w:rPr>
              <w:t>2.2 k Ohm</w:t>
            </w:r>
          </w:p>
        </w:tc>
        <w:tc>
          <w:tcPr>
            <w:tcW w:w="1204" w:type="dxa"/>
            <w:shd w:val="clear" w:color="auto" w:fill="auto"/>
            <w:tcMar>
              <w:top w:w="50" w:type="dxa"/>
              <w:left w:w="50" w:type="dxa"/>
              <w:bottom w:w="50" w:type="dxa"/>
              <w:right w:w="50" w:type="dxa"/>
            </w:tcMar>
            <w:vAlign w:val="center"/>
          </w:tcPr>
          <w:p w14:paraId="221E8785" w14:textId="0B265AD0" w:rsidR="00915A3A" w:rsidRPr="00361570" w:rsidRDefault="00915A3A" w:rsidP="00361570">
            <w:pPr>
              <w:spacing w:after="0" w:line="240" w:lineRule="auto"/>
              <w:rPr>
                <w:rFonts w:ascii="Times New Roman" w:hAnsi="Times New Roman" w:cs="Times New Roman"/>
                <w:color w:val="auto"/>
                <w:sz w:val="18"/>
                <w:szCs w:val="18"/>
              </w:rPr>
            </w:pPr>
            <w:r w:rsidRPr="00361570">
              <w:rPr>
                <w:rFonts w:ascii="Times New Roman" w:hAnsi="Times New Roman" w:cs="Times New Roman"/>
                <w:bCs/>
                <w:color w:val="000000"/>
                <w:sz w:val="18"/>
                <w:szCs w:val="18"/>
              </w:rPr>
              <w:t>1000</w:t>
            </w:r>
          </w:p>
        </w:tc>
        <w:tc>
          <w:tcPr>
            <w:tcW w:w="959" w:type="dxa"/>
            <w:shd w:val="clear" w:color="auto" w:fill="auto"/>
            <w:tcMar>
              <w:top w:w="50" w:type="dxa"/>
              <w:left w:w="50" w:type="dxa"/>
              <w:bottom w:w="50" w:type="dxa"/>
              <w:right w:w="50" w:type="dxa"/>
            </w:tcMar>
            <w:vAlign w:val="center"/>
          </w:tcPr>
          <w:p w14:paraId="0841C932" w14:textId="64A916A7" w:rsidR="00915A3A" w:rsidRPr="00361570" w:rsidRDefault="00915A3A" w:rsidP="00361570">
            <w:pPr>
              <w:spacing w:after="0" w:line="240" w:lineRule="auto"/>
              <w:rPr>
                <w:rFonts w:ascii="Times New Roman" w:hAnsi="Times New Roman" w:cs="Times New Roman"/>
                <w:color w:val="auto"/>
                <w:sz w:val="18"/>
                <w:szCs w:val="18"/>
              </w:rPr>
            </w:pPr>
            <w:r w:rsidRPr="00361570">
              <w:rPr>
                <w:rFonts w:ascii="Times New Roman" w:hAnsi="Times New Roman" w:cs="Times New Roman"/>
                <w:bCs/>
                <w:color w:val="000000"/>
                <w:sz w:val="18"/>
                <w:szCs w:val="18"/>
              </w:rPr>
              <w:t>Nos</w:t>
            </w:r>
          </w:p>
        </w:tc>
      </w:tr>
      <w:tr w:rsidR="00915A3A" w:rsidRPr="00361570" w14:paraId="217D91A1" w14:textId="77777777" w:rsidTr="00361570">
        <w:trPr>
          <w:jc w:val="center"/>
        </w:trPr>
        <w:tc>
          <w:tcPr>
            <w:tcW w:w="609" w:type="dxa"/>
            <w:shd w:val="clear" w:color="auto" w:fill="FAFAFA"/>
            <w:tcMar>
              <w:top w:w="50" w:type="dxa"/>
              <w:left w:w="50" w:type="dxa"/>
              <w:bottom w:w="50" w:type="dxa"/>
              <w:right w:w="50" w:type="dxa"/>
            </w:tcMar>
            <w:vAlign w:val="center"/>
          </w:tcPr>
          <w:p w14:paraId="280AC334" w14:textId="43137EE5" w:rsidR="00915A3A" w:rsidRPr="00361570" w:rsidRDefault="00915A3A" w:rsidP="00361570">
            <w:pPr>
              <w:spacing w:after="0" w:line="240" w:lineRule="auto"/>
              <w:ind w:left="90"/>
              <w:jc w:val="center"/>
              <w:rPr>
                <w:rFonts w:ascii="Times New Roman" w:hAnsi="Times New Roman" w:cs="Times New Roman"/>
                <w:color w:val="auto"/>
                <w:sz w:val="18"/>
                <w:szCs w:val="18"/>
              </w:rPr>
            </w:pPr>
            <w:r w:rsidRPr="00361570">
              <w:rPr>
                <w:rFonts w:ascii="Times New Roman" w:hAnsi="Times New Roman" w:cs="Times New Roman"/>
                <w:bCs/>
                <w:color w:val="000000"/>
                <w:sz w:val="18"/>
                <w:szCs w:val="18"/>
              </w:rPr>
              <w:t>27</w:t>
            </w:r>
          </w:p>
        </w:tc>
        <w:tc>
          <w:tcPr>
            <w:tcW w:w="3703" w:type="dxa"/>
            <w:gridSpan w:val="2"/>
            <w:shd w:val="clear" w:color="auto" w:fill="auto"/>
            <w:tcMar>
              <w:top w:w="50" w:type="dxa"/>
              <w:left w:w="50" w:type="dxa"/>
              <w:bottom w:w="50" w:type="dxa"/>
              <w:right w:w="50" w:type="dxa"/>
            </w:tcMar>
            <w:vAlign w:val="center"/>
          </w:tcPr>
          <w:p w14:paraId="3FEF5943" w14:textId="5DF7F9CC" w:rsidR="00915A3A" w:rsidRPr="00361570" w:rsidRDefault="00915A3A" w:rsidP="00361570">
            <w:pPr>
              <w:spacing w:after="0" w:line="240" w:lineRule="auto"/>
              <w:rPr>
                <w:rFonts w:ascii="Times New Roman" w:hAnsi="Times New Roman" w:cs="Times New Roman"/>
                <w:color w:val="auto"/>
                <w:sz w:val="18"/>
                <w:szCs w:val="18"/>
              </w:rPr>
            </w:pPr>
            <w:r w:rsidRPr="00361570">
              <w:rPr>
                <w:rFonts w:ascii="Times New Roman" w:hAnsi="Times New Roman" w:cs="Times New Roman"/>
                <w:bCs/>
                <w:color w:val="000000"/>
                <w:sz w:val="18"/>
                <w:szCs w:val="18"/>
              </w:rPr>
              <w:t xml:space="preserve">Resistor </w:t>
            </w:r>
          </w:p>
        </w:tc>
        <w:tc>
          <w:tcPr>
            <w:tcW w:w="4266" w:type="dxa"/>
            <w:shd w:val="clear" w:color="auto" w:fill="auto"/>
            <w:vAlign w:val="center"/>
          </w:tcPr>
          <w:p w14:paraId="5C404218" w14:textId="0D36E273" w:rsidR="00915A3A" w:rsidRPr="00361570" w:rsidRDefault="00915A3A" w:rsidP="00361570">
            <w:pPr>
              <w:spacing w:after="0" w:line="240" w:lineRule="auto"/>
              <w:rPr>
                <w:rFonts w:ascii="Times New Roman" w:hAnsi="Times New Roman" w:cs="Times New Roman"/>
                <w:color w:val="auto"/>
                <w:sz w:val="18"/>
                <w:szCs w:val="18"/>
              </w:rPr>
            </w:pPr>
            <w:r w:rsidRPr="00361570">
              <w:rPr>
                <w:rFonts w:ascii="Times New Roman" w:hAnsi="Times New Roman" w:cs="Times New Roman"/>
                <w:bCs/>
                <w:color w:val="000000"/>
                <w:sz w:val="18"/>
                <w:szCs w:val="18"/>
              </w:rPr>
              <w:t>3.3 k Ohm</w:t>
            </w:r>
          </w:p>
        </w:tc>
        <w:tc>
          <w:tcPr>
            <w:tcW w:w="1204" w:type="dxa"/>
            <w:shd w:val="clear" w:color="auto" w:fill="auto"/>
            <w:tcMar>
              <w:top w:w="50" w:type="dxa"/>
              <w:left w:w="50" w:type="dxa"/>
              <w:bottom w:w="50" w:type="dxa"/>
              <w:right w:w="50" w:type="dxa"/>
            </w:tcMar>
            <w:vAlign w:val="center"/>
          </w:tcPr>
          <w:p w14:paraId="28347BFF" w14:textId="59768EB7" w:rsidR="00915A3A" w:rsidRPr="00361570" w:rsidRDefault="00915A3A" w:rsidP="00361570">
            <w:pPr>
              <w:spacing w:after="0" w:line="240" w:lineRule="auto"/>
              <w:rPr>
                <w:rFonts w:ascii="Times New Roman" w:hAnsi="Times New Roman" w:cs="Times New Roman"/>
                <w:color w:val="auto"/>
                <w:sz w:val="18"/>
                <w:szCs w:val="18"/>
              </w:rPr>
            </w:pPr>
            <w:r w:rsidRPr="00361570">
              <w:rPr>
                <w:rFonts w:ascii="Times New Roman" w:hAnsi="Times New Roman" w:cs="Times New Roman"/>
                <w:bCs/>
                <w:color w:val="000000"/>
                <w:sz w:val="18"/>
                <w:szCs w:val="18"/>
              </w:rPr>
              <w:t>1000</w:t>
            </w:r>
          </w:p>
        </w:tc>
        <w:tc>
          <w:tcPr>
            <w:tcW w:w="959" w:type="dxa"/>
            <w:shd w:val="clear" w:color="auto" w:fill="auto"/>
            <w:tcMar>
              <w:top w:w="50" w:type="dxa"/>
              <w:left w:w="50" w:type="dxa"/>
              <w:bottom w:w="50" w:type="dxa"/>
              <w:right w:w="50" w:type="dxa"/>
            </w:tcMar>
            <w:vAlign w:val="center"/>
          </w:tcPr>
          <w:p w14:paraId="0085A0FC" w14:textId="45D6FFDA" w:rsidR="00915A3A" w:rsidRPr="00361570" w:rsidRDefault="00915A3A" w:rsidP="00361570">
            <w:pPr>
              <w:spacing w:after="0" w:line="240" w:lineRule="auto"/>
              <w:rPr>
                <w:rFonts w:ascii="Times New Roman" w:hAnsi="Times New Roman" w:cs="Times New Roman"/>
                <w:color w:val="auto"/>
                <w:sz w:val="18"/>
                <w:szCs w:val="18"/>
              </w:rPr>
            </w:pPr>
            <w:r w:rsidRPr="00361570">
              <w:rPr>
                <w:rFonts w:ascii="Times New Roman" w:hAnsi="Times New Roman" w:cs="Times New Roman"/>
                <w:bCs/>
                <w:color w:val="000000"/>
                <w:sz w:val="18"/>
                <w:szCs w:val="18"/>
              </w:rPr>
              <w:t>Nos</w:t>
            </w:r>
          </w:p>
        </w:tc>
      </w:tr>
      <w:tr w:rsidR="00915A3A" w:rsidRPr="00361570" w14:paraId="10A508C0" w14:textId="77777777" w:rsidTr="00361570">
        <w:trPr>
          <w:jc w:val="center"/>
        </w:trPr>
        <w:tc>
          <w:tcPr>
            <w:tcW w:w="609" w:type="dxa"/>
            <w:shd w:val="clear" w:color="auto" w:fill="FAFAFA"/>
            <w:tcMar>
              <w:top w:w="50" w:type="dxa"/>
              <w:left w:w="50" w:type="dxa"/>
              <w:bottom w:w="50" w:type="dxa"/>
              <w:right w:w="50" w:type="dxa"/>
            </w:tcMar>
            <w:vAlign w:val="center"/>
          </w:tcPr>
          <w:p w14:paraId="07CEEB9A" w14:textId="0D9A195E" w:rsidR="00915A3A" w:rsidRPr="00361570" w:rsidRDefault="00915A3A" w:rsidP="00361570">
            <w:pPr>
              <w:spacing w:after="0" w:line="240" w:lineRule="auto"/>
              <w:ind w:left="90"/>
              <w:jc w:val="center"/>
              <w:rPr>
                <w:rFonts w:ascii="Times New Roman" w:hAnsi="Times New Roman" w:cs="Times New Roman"/>
                <w:color w:val="auto"/>
                <w:sz w:val="18"/>
                <w:szCs w:val="18"/>
              </w:rPr>
            </w:pPr>
            <w:r w:rsidRPr="00361570">
              <w:rPr>
                <w:rFonts w:ascii="Times New Roman" w:hAnsi="Times New Roman" w:cs="Times New Roman"/>
                <w:bCs/>
                <w:color w:val="000000"/>
                <w:sz w:val="18"/>
                <w:szCs w:val="18"/>
              </w:rPr>
              <w:t>28</w:t>
            </w:r>
          </w:p>
        </w:tc>
        <w:tc>
          <w:tcPr>
            <w:tcW w:w="3703" w:type="dxa"/>
            <w:gridSpan w:val="2"/>
            <w:shd w:val="clear" w:color="auto" w:fill="auto"/>
            <w:tcMar>
              <w:top w:w="50" w:type="dxa"/>
              <w:left w:w="50" w:type="dxa"/>
              <w:bottom w:w="50" w:type="dxa"/>
              <w:right w:w="50" w:type="dxa"/>
            </w:tcMar>
            <w:vAlign w:val="center"/>
          </w:tcPr>
          <w:p w14:paraId="28311CE8" w14:textId="6BCBD87A" w:rsidR="00915A3A" w:rsidRPr="00361570" w:rsidRDefault="00915A3A" w:rsidP="00361570">
            <w:pPr>
              <w:spacing w:after="0" w:line="240" w:lineRule="auto"/>
              <w:rPr>
                <w:rFonts w:ascii="Times New Roman" w:hAnsi="Times New Roman" w:cs="Times New Roman"/>
                <w:color w:val="auto"/>
                <w:sz w:val="18"/>
                <w:szCs w:val="18"/>
              </w:rPr>
            </w:pPr>
            <w:r w:rsidRPr="00361570">
              <w:rPr>
                <w:rFonts w:ascii="Times New Roman" w:hAnsi="Times New Roman" w:cs="Times New Roman"/>
                <w:bCs/>
                <w:color w:val="000000"/>
                <w:sz w:val="18"/>
                <w:szCs w:val="18"/>
              </w:rPr>
              <w:t xml:space="preserve">Resistor </w:t>
            </w:r>
          </w:p>
        </w:tc>
        <w:tc>
          <w:tcPr>
            <w:tcW w:w="4266" w:type="dxa"/>
            <w:shd w:val="clear" w:color="auto" w:fill="auto"/>
            <w:vAlign w:val="center"/>
          </w:tcPr>
          <w:p w14:paraId="7F2EBF54" w14:textId="063CBC68" w:rsidR="00915A3A" w:rsidRPr="00361570" w:rsidRDefault="00915A3A" w:rsidP="00361570">
            <w:pPr>
              <w:spacing w:after="0" w:line="240" w:lineRule="auto"/>
              <w:rPr>
                <w:rFonts w:ascii="Times New Roman" w:hAnsi="Times New Roman" w:cs="Times New Roman"/>
                <w:color w:val="auto"/>
                <w:sz w:val="18"/>
                <w:szCs w:val="18"/>
              </w:rPr>
            </w:pPr>
            <w:r w:rsidRPr="00361570">
              <w:rPr>
                <w:rFonts w:ascii="Times New Roman" w:hAnsi="Times New Roman" w:cs="Times New Roman"/>
                <w:bCs/>
                <w:color w:val="000000"/>
                <w:sz w:val="18"/>
                <w:szCs w:val="18"/>
              </w:rPr>
              <w:t>4.7 k Ohm</w:t>
            </w:r>
          </w:p>
        </w:tc>
        <w:tc>
          <w:tcPr>
            <w:tcW w:w="1204" w:type="dxa"/>
            <w:shd w:val="clear" w:color="auto" w:fill="auto"/>
            <w:tcMar>
              <w:top w:w="50" w:type="dxa"/>
              <w:left w:w="50" w:type="dxa"/>
              <w:bottom w:w="50" w:type="dxa"/>
              <w:right w:w="50" w:type="dxa"/>
            </w:tcMar>
            <w:vAlign w:val="center"/>
          </w:tcPr>
          <w:p w14:paraId="3F6EEB8F" w14:textId="344DE251" w:rsidR="00915A3A" w:rsidRPr="00361570" w:rsidRDefault="00915A3A" w:rsidP="00361570">
            <w:pPr>
              <w:spacing w:after="0" w:line="240" w:lineRule="auto"/>
              <w:rPr>
                <w:rFonts w:ascii="Times New Roman" w:hAnsi="Times New Roman" w:cs="Times New Roman"/>
                <w:color w:val="auto"/>
                <w:sz w:val="18"/>
                <w:szCs w:val="18"/>
              </w:rPr>
            </w:pPr>
            <w:r w:rsidRPr="00361570">
              <w:rPr>
                <w:rFonts w:ascii="Times New Roman" w:hAnsi="Times New Roman" w:cs="Times New Roman"/>
                <w:bCs/>
                <w:color w:val="000000"/>
                <w:sz w:val="18"/>
                <w:szCs w:val="18"/>
              </w:rPr>
              <w:t>1000</w:t>
            </w:r>
          </w:p>
        </w:tc>
        <w:tc>
          <w:tcPr>
            <w:tcW w:w="959" w:type="dxa"/>
            <w:shd w:val="clear" w:color="auto" w:fill="auto"/>
            <w:tcMar>
              <w:top w:w="50" w:type="dxa"/>
              <w:left w:w="50" w:type="dxa"/>
              <w:bottom w:w="50" w:type="dxa"/>
              <w:right w:w="50" w:type="dxa"/>
            </w:tcMar>
            <w:vAlign w:val="center"/>
          </w:tcPr>
          <w:p w14:paraId="1D4F921C" w14:textId="64221959" w:rsidR="00915A3A" w:rsidRPr="00361570" w:rsidRDefault="00915A3A" w:rsidP="00361570">
            <w:pPr>
              <w:spacing w:after="0" w:line="240" w:lineRule="auto"/>
              <w:rPr>
                <w:rFonts w:ascii="Times New Roman" w:hAnsi="Times New Roman" w:cs="Times New Roman"/>
                <w:color w:val="auto"/>
                <w:sz w:val="18"/>
                <w:szCs w:val="18"/>
              </w:rPr>
            </w:pPr>
            <w:r w:rsidRPr="00361570">
              <w:rPr>
                <w:rFonts w:ascii="Times New Roman" w:hAnsi="Times New Roman" w:cs="Times New Roman"/>
                <w:bCs/>
                <w:color w:val="000000"/>
                <w:sz w:val="18"/>
                <w:szCs w:val="18"/>
              </w:rPr>
              <w:t>Nos</w:t>
            </w:r>
          </w:p>
        </w:tc>
      </w:tr>
      <w:tr w:rsidR="00915A3A" w:rsidRPr="00361570" w14:paraId="4465A215" w14:textId="77777777" w:rsidTr="00361570">
        <w:trPr>
          <w:jc w:val="center"/>
        </w:trPr>
        <w:tc>
          <w:tcPr>
            <w:tcW w:w="609" w:type="dxa"/>
            <w:shd w:val="clear" w:color="auto" w:fill="FAFAFA"/>
            <w:tcMar>
              <w:top w:w="50" w:type="dxa"/>
              <w:left w:w="50" w:type="dxa"/>
              <w:bottom w:w="50" w:type="dxa"/>
              <w:right w:w="50" w:type="dxa"/>
            </w:tcMar>
            <w:vAlign w:val="center"/>
          </w:tcPr>
          <w:p w14:paraId="0C37F380" w14:textId="63148D76" w:rsidR="00915A3A" w:rsidRPr="00361570" w:rsidRDefault="00915A3A" w:rsidP="00361570">
            <w:pPr>
              <w:spacing w:after="0" w:line="240" w:lineRule="auto"/>
              <w:ind w:left="90"/>
              <w:jc w:val="center"/>
              <w:rPr>
                <w:rFonts w:ascii="Times New Roman" w:hAnsi="Times New Roman" w:cs="Times New Roman"/>
                <w:color w:val="auto"/>
                <w:sz w:val="18"/>
                <w:szCs w:val="18"/>
              </w:rPr>
            </w:pPr>
            <w:r w:rsidRPr="00361570">
              <w:rPr>
                <w:rFonts w:ascii="Times New Roman" w:hAnsi="Times New Roman" w:cs="Times New Roman"/>
                <w:bCs/>
                <w:color w:val="000000"/>
                <w:sz w:val="18"/>
                <w:szCs w:val="18"/>
              </w:rPr>
              <w:t>29</w:t>
            </w:r>
          </w:p>
        </w:tc>
        <w:tc>
          <w:tcPr>
            <w:tcW w:w="3703" w:type="dxa"/>
            <w:gridSpan w:val="2"/>
            <w:shd w:val="clear" w:color="auto" w:fill="auto"/>
            <w:tcMar>
              <w:top w:w="50" w:type="dxa"/>
              <w:left w:w="50" w:type="dxa"/>
              <w:bottom w:w="50" w:type="dxa"/>
              <w:right w:w="50" w:type="dxa"/>
            </w:tcMar>
            <w:vAlign w:val="center"/>
          </w:tcPr>
          <w:p w14:paraId="59852BAC" w14:textId="2683E41A" w:rsidR="00915A3A" w:rsidRPr="00361570" w:rsidRDefault="00915A3A" w:rsidP="00361570">
            <w:pPr>
              <w:spacing w:after="0" w:line="240" w:lineRule="auto"/>
              <w:rPr>
                <w:rFonts w:ascii="Times New Roman" w:hAnsi="Times New Roman" w:cs="Times New Roman"/>
                <w:color w:val="auto"/>
                <w:sz w:val="18"/>
                <w:szCs w:val="18"/>
              </w:rPr>
            </w:pPr>
            <w:r w:rsidRPr="00361570">
              <w:rPr>
                <w:rFonts w:ascii="Times New Roman" w:hAnsi="Times New Roman" w:cs="Times New Roman"/>
                <w:bCs/>
                <w:color w:val="000000"/>
                <w:sz w:val="18"/>
                <w:szCs w:val="18"/>
              </w:rPr>
              <w:t xml:space="preserve">Resistor </w:t>
            </w:r>
          </w:p>
        </w:tc>
        <w:tc>
          <w:tcPr>
            <w:tcW w:w="4266" w:type="dxa"/>
            <w:shd w:val="clear" w:color="auto" w:fill="auto"/>
            <w:vAlign w:val="center"/>
          </w:tcPr>
          <w:p w14:paraId="64E94BD6" w14:textId="2CD27311" w:rsidR="00915A3A" w:rsidRPr="00361570" w:rsidRDefault="00915A3A" w:rsidP="00361570">
            <w:pPr>
              <w:spacing w:after="0" w:line="240" w:lineRule="auto"/>
              <w:rPr>
                <w:rFonts w:ascii="Times New Roman" w:hAnsi="Times New Roman" w:cs="Times New Roman"/>
                <w:color w:val="auto"/>
                <w:sz w:val="18"/>
                <w:szCs w:val="18"/>
              </w:rPr>
            </w:pPr>
            <w:r w:rsidRPr="00361570">
              <w:rPr>
                <w:rFonts w:ascii="Times New Roman" w:hAnsi="Times New Roman" w:cs="Times New Roman"/>
                <w:bCs/>
                <w:color w:val="000000"/>
                <w:sz w:val="18"/>
                <w:szCs w:val="18"/>
              </w:rPr>
              <w:t>6.8 k Ohm</w:t>
            </w:r>
          </w:p>
        </w:tc>
        <w:tc>
          <w:tcPr>
            <w:tcW w:w="1204" w:type="dxa"/>
            <w:shd w:val="clear" w:color="auto" w:fill="auto"/>
            <w:tcMar>
              <w:top w:w="50" w:type="dxa"/>
              <w:left w:w="50" w:type="dxa"/>
              <w:bottom w:w="50" w:type="dxa"/>
              <w:right w:w="50" w:type="dxa"/>
            </w:tcMar>
            <w:vAlign w:val="center"/>
          </w:tcPr>
          <w:p w14:paraId="650F2F3A" w14:textId="2AEFFD1E" w:rsidR="00915A3A" w:rsidRPr="00361570" w:rsidRDefault="00915A3A" w:rsidP="00361570">
            <w:pPr>
              <w:spacing w:after="0" w:line="240" w:lineRule="auto"/>
              <w:rPr>
                <w:rFonts w:ascii="Times New Roman" w:hAnsi="Times New Roman" w:cs="Times New Roman"/>
                <w:color w:val="auto"/>
                <w:sz w:val="18"/>
                <w:szCs w:val="18"/>
              </w:rPr>
            </w:pPr>
            <w:r w:rsidRPr="00361570">
              <w:rPr>
                <w:rFonts w:ascii="Times New Roman" w:hAnsi="Times New Roman" w:cs="Times New Roman"/>
                <w:bCs/>
                <w:color w:val="000000"/>
                <w:sz w:val="18"/>
                <w:szCs w:val="18"/>
              </w:rPr>
              <w:t>1000</w:t>
            </w:r>
          </w:p>
        </w:tc>
        <w:tc>
          <w:tcPr>
            <w:tcW w:w="959" w:type="dxa"/>
            <w:shd w:val="clear" w:color="auto" w:fill="auto"/>
            <w:tcMar>
              <w:top w:w="50" w:type="dxa"/>
              <w:left w:w="50" w:type="dxa"/>
              <w:bottom w:w="50" w:type="dxa"/>
              <w:right w:w="50" w:type="dxa"/>
            </w:tcMar>
            <w:vAlign w:val="center"/>
          </w:tcPr>
          <w:p w14:paraId="12939FC9" w14:textId="0B334C4B" w:rsidR="00915A3A" w:rsidRPr="00361570" w:rsidRDefault="00915A3A" w:rsidP="00361570">
            <w:pPr>
              <w:spacing w:after="0" w:line="240" w:lineRule="auto"/>
              <w:rPr>
                <w:rFonts w:ascii="Times New Roman" w:hAnsi="Times New Roman" w:cs="Times New Roman"/>
                <w:color w:val="auto"/>
                <w:sz w:val="18"/>
                <w:szCs w:val="18"/>
              </w:rPr>
            </w:pPr>
            <w:r w:rsidRPr="00361570">
              <w:rPr>
                <w:rFonts w:ascii="Times New Roman" w:hAnsi="Times New Roman" w:cs="Times New Roman"/>
                <w:bCs/>
                <w:color w:val="000000"/>
                <w:sz w:val="18"/>
                <w:szCs w:val="18"/>
              </w:rPr>
              <w:t>Nos</w:t>
            </w:r>
          </w:p>
        </w:tc>
      </w:tr>
      <w:tr w:rsidR="00915A3A" w:rsidRPr="00361570" w14:paraId="1439159F" w14:textId="77777777" w:rsidTr="00361570">
        <w:trPr>
          <w:jc w:val="center"/>
        </w:trPr>
        <w:tc>
          <w:tcPr>
            <w:tcW w:w="609" w:type="dxa"/>
            <w:shd w:val="clear" w:color="auto" w:fill="FAFAFA"/>
            <w:tcMar>
              <w:top w:w="50" w:type="dxa"/>
              <w:left w:w="50" w:type="dxa"/>
              <w:bottom w:w="50" w:type="dxa"/>
              <w:right w:w="50" w:type="dxa"/>
            </w:tcMar>
            <w:vAlign w:val="center"/>
          </w:tcPr>
          <w:p w14:paraId="68D19B2B" w14:textId="209520CE" w:rsidR="00915A3A" w:rsidRPr="00361570" w:rsidRDefault="00915A3A" w:rsidP="00361570">
            <w:pPr>
              <w:spacing w:after="0" w:line="240" w:lineRule="auto"/>
              <w:ind w:left="90"/>
              <w:jc w:val="center"/>
              <w:rPr>
                <w:rFonts w:ascii="Times New Roman" w:hAnsi="Times New Roman" w:cs="Times New Roman"/>
                <w:color w:val="auto"/>
                <w:sz w:val="18"/>
                <w:szCs w:val="18"/>
              </w:rPr>
            </w:pPr>
            <w:r w:rsidRPr="00361570">
              <w:rPr>
                <w:rFonts w:ascii="Times New Roman" w:hAnsi="Times New Roman" w:cs="Times New Roman"/>
                <w:bCs/>
                <w:color w:val="000000"/>
                <w:sz w:val="18"/>
                <w:szCs w:val="18"/>
              </w:rPr>
              <w:t>30</w:t>
            </w:r>
          </w:p>
        </w:tc>
        <w:tc>
          <w:tcPr>
            <w:tcW w:w="3703" w:type="dxa"/>
            <w:gridSpan w:val="2"/>
            <w:shd w:val="clear" w:color="auto" w:fill="auto"/>
            <w:tcMar>
              <w:top w:w="50" w:type="dxa"/>
              <w:left w:w="50" w:type="dxa"/>
              <w:bottom w:w="50" w:type="dxa"/>
              <w:right w:w="50" w:type="dxa"/>
            </w:tcMar>
            <w:vAlign w:val="center"/>
          </w:tcPr>
          <w:p w14:paraId="4C3ABD4D" w14:textId="14183935" w:rsidR="00915A3A" w:rsidRPr="00361570" w:rsidRDefault="00915A3A" w:rsidP="00361570">
            <w:pPr>
              <w:spacing w:after="0" w:line="240" w:lineRule="auto"/>
              <w:rPr>
                <w:rFonts w:ascii="Times New Roman" w:hAnsi="Times New Roman" w:cs="Times New Roman"/>
                <w:color w:val="auto"/>
                <w:sz w:val="18"/>
                <w:szCs w:val="18"/>
              </w:rPr>
            </w:pPr>
            <w:r w:rsidRPr="00361570">
              <w:rPr>
                <w:rFonts w:ascii="Times New Roman" w:hAnsi="Times New Roman" w:cs="Times New Roman"/>
                <w:bCs/>
                <w:color w:val="000000"/>
                <w:sz w:val="18"/>
                <w:szCs w:val="18"/>
              </w:rPr>
              <w:t>Resistor</w:t>
            </w:r>
          </w:p>
        </w:tc>
        <w:tc>
          <w:tcPr>
            <w:tcW w:w="4266" w:type="dxa"/>
            <w:shd w:val="clear" w:color="auto" w:fill="auto"/>
            <w:vAlign w:val="center"/>
          </w:tcPr>
          <w:p w14:paraId="047D1668" w14:textId="00576CD7" w:rsidR="00915A3A" w:rsidRPr="00361570" w:rsidRDefault="00915A3A" w:rsidP="00361570">
            <w:pPr>
              <w:spacing w:after="0" w:line="240" w:lineRule="auto"/>
              <w:rPr>
                <w:rFonts w:ascii="Times New Roman" w:hAnsi="Times New Roman" w:cs="Times New Roman"/>
                <w:color w:val="auto"/>
                <w:sz w:val="18"/>
                <w:szCs w:val="18"/>
              </w:rPr>
            </w:pPr>
            <w:r w:rsidRPr="00361570">
              <w:rPr>
                <w:rFonts w:ascii="Times New Roman" w:hAnsi="Times New Roman" w:cs="Times New Roman"/>
                <w:bCs/>
                <w:color w:val="000000"/>
                <w:sz w:val="18"/>
                <w:szCs w:val="18"/>
              </w:rPr>
              <w:t>10 k Ohm</w:t>
            </w:r>
          </w:p>
        </w:tc>
        <w:tc>
          <w:tcPr>
            <w:tcW w:w="1204" w:type="dxa"/>
            <w:shd w:val="clear" w:color="auto" w:fill="auto"/>
            <w:tcMar>
              <w:top w:w="50" w:type="dxa"/>
              <w:left w:w="50" w:type="dxa"/>
              <w:bottom w:w="50" w:type="dxa"/>
              <w:right w:w="50" w:type="dxa"/>
            </w:tcMar>
            <w:vAlign w:val="center"/>
          </w:tcPr>
          <w:p w14:paraId="4DD148AE" w14:textId="53CE2A82" w:rsidR="00915A3A" w:rsidRPr="00361570" w:rsidRDefault="00915A3A" w:rsidP="00361570">
            <w:pPr>
              <w:spacing w:after="0" w:line="240" w:lineRule="auto"/>
              <w:rPr>
                <w:rFonts w:ascii="Times New Roman" w:hAnsi="Times New Roman" w:cs="Times New Roman"/>
                <w:color w:val="auto"/>
                <w:sz w:val="18"/>
                <w:szCs w:val="18"/>
              </w:rPr>
            </w:pPr>
            <w:r w:rsidRPr="00361570">
              <w:rPr>
                <w:rFonts w:ascii="Times New Roman" w:hAnsi="Times New Roman" w:cs="Times New Roman"/>
                <w:bCs/>
                <w:color w:val="000000"/>
                <w:sz w:val="18"/>
                <w:szCs w:val="18"/>
              </w:rPr>
              <w:t>1000</w:t>
            </w:r>
          </w:p>
        </w:tc>
        <w:tc>
          <w:tcPr>
            <w:tcW w:w="959" w:type="dxa"/>
            <w:shd w:val="clear" w:color="auto" w:fill="auto"/>
            <w:tcMar>
              <w:top w:w="50" w:type="dxa"/>
              <w:left w:w="50" w:type="dxa"/>
              <w:bottom w:w="50" w:type="dxa"/>
              <w:right w:w="50" w:type="dxa"/>
            </w:tcMar>
            <w:vAlign w:val="center"/>
          </w:tcPr>
          <w:p w14:paraId="70DE1E30" w14:textId="4A028E5F" w:rsidR="00915A3A" w:rsidRPr="00361570" w:rsidRDefault="00915A3A" w:rsidP="00361570">
            <w:pPr>
              <w:spacing w:after="0" w:line="240" w:lineRule="auto"/>
              <w:rPr>
                <w:rFonts w:ascii="Times New Roman" w:hAnsi="Times New Roman" w:cs="Times New Roman"/>
                <w:color w:val="auto"/>
                <w:sz w:val="18"/>
                <w:szCs w:val="18"/>
              </w:rPr>
            </w:pPr>
            <w:r w:rsidRPr="00361570">
              <w:rPr>
                <w:rFonts w:ascii="Times New Roman" w:hAnsi="Times New Roman" w:cs="Times New Roman"/>
                <w:bCs/>
                <w:color w:val="000000"/>
                <w:sz w:val="18"/>
                <w:szCs w:val="18"/>
              </w:rPr>
              <w:t>Nos</w:t>
            </w:r>
          </w:p>
        </w:tc>
      </w:tr>
      <w:tr w:rsidR="00915A3A" w:rsidRPr="00361570" w14:paraId="0B5395E3" w14:textId="77777777" w:rsidTr="00361570">
        <w:trPr>
          <w:jc w:val="center"/>
        </w:trPr>
        <w:tc>
          <w:tcPr>
            <w:tcW w:w="609" w:type="dxa"/>
            <w:shd w:val="clear" w:color="auto" w:fill="FAFAFA"/>
            <w:tcMar>
              <w:top w:w="50" w:type="dxa"/>
              <w:left w:w="50" w:type="dxa"/>
              <w:bottom w:w="50" w:type="dxa"/>
              <w:right w:w="50" w:type="dxa"/>
            </w:tcMar>
            <w:vAlign w:val="center"/>
          </w:tcPr>
          <w:p w14:paraId="7426EB78" w14:textId="34F72BA1" w:rsidR="00915A3A" w:rsidRPr="00361570" w:rsidRDefault="00915A3A" w:rsidP="00361570">
            <w:pPr>
              <w:spacing w:after="0" w:line="240" w:lineRule="auto"/>
              <w:ind w:left="90"/>
              <w:jc w:val="center"/>
              <w:rPr>
                <w:rFonts w:ascii="Times New Roman" w:hAnsi="Times New Roman" w:cs="Times New Roman"/>
                <w:color w:val="auto"/>
                <w:sz w:val="18"/>
                <w:szCs w:val="18"/>
              </w:rPr>
            </w:pPr>
            <w:r w:rsidRPr="00361570">
              <w:rPr>
                <w:rFonts w:ascii="Times New Roman" w:hAnsi="Times New Roman" w:cs="Times New Roman"/>
                <w:bCs/>
                <w:color w:val="000000"/>
                <w:sz w:val="18"/>
                <w:szCs w:val="18"/>
              </w:rPr>
              <w:t>31</w:t>
            </w:r>
          </w:p>
        </w:tc>
        <w:tc>
          <w:tcPr>
            <w:tcW w:w="3703" w:type="dxa"/>
            <w:gridSpan w:val="2"/>
            <w:shd w:val="clear" w:color="auto" w:fill="auto"/>
            <w:tcMar>
              <w:top w:w="50" w:type="dxa"/>
              <w:left w:w="50" w:type="dxa"/>
              <w:bottom w:w="50" w:type="dxa"/>
              <w:right w:w="50" w:type="dxa"/>
            </w:tcMar>
            <w:vAlign w:val="center"/>
          </w:tcPr>
          <w:p w14:paraId="14244F1C" w14:textId="095189D3" w:rsidR="00915A3A" w:rsidRPr="00361570" w:rsidRDefault="00915A3A" w:rsidP="00361570">
            <w:pPr>
              <w:spacing w:after="0" w:line="240" w:lineRule="auto"/>
              <w:rPr>
                <w:rFonts w:ascii="Times New Roman" w:hAnsi="Times New Roman" w:cs="Times New Roman"/>
                <w:color w:val="auto"/>
                <w:sz w:val="18"/>
                <w:szCs w:val="18"/>
              </w:rPr>
            </w:pPr>
            <w:r w:rsidRPr="00361570">
              <w:rPr>
                <w:rFonts w:ascii="Times New Roman" w:hAnsi="Times New Roman" w:cs="Times New Roman"/>
                <w:bCs/>
                <w:color w:val="000000"/>
                <w:sz w:val="18"/>
                <w:szCs w:val="18"/>
              </w:rPr>
              <w:t>Resistor</w:t>
            </w:r>
          </w:p>
        </w:tc>
        <w:tc>
          <w:tcPr>
            <w:tcW w:w="4266" w:type="dxa"/>
            <w:shd w:val="clear" w:color="auto" w:fill="auto"/>
            <w:vAlign w:val="center"/>
          </w:tcPr>
          <w:p w14:paraId="4FFBAA08" w14:textId="18210659" w:rsidR="00915A3A" w:rsidRPr="00361570" w:rsidRDefault="00915A3A" w:rsidP="00361570">
            <w:pPr>
              <w:spacing w:after="0" w:line="240" w:lineRule="auto"/>
              <w:rPr>
                <w:rFonts w:ascii="Times New Roman" w:hAnsi="Times New Roman" w:cs="Times New Roman"/>
                <w:color w:val="auto"/>
                <w:sz w:val="18"/>
                <w:szCs w:val="18"/>
              </w:rPr>
            </w:pPr>
            <w:r w:rsidRPr="00361570">
              <w:rPr>
                <w:rFonts w:ascii="Times New Roman" w:hAnsi="Times New Roman" w:cs="Times New Roman"/>
                <w:bCs/>
                <w:color w:val="000000"/>
                <w:sz w:val="18"/>
                <w:szCs w:val="18"/>
              </w:rPr>
              <w:t>15k Ohm</w:t>
            </w:r>
          </w:p>
        </w:tc>
        <w:tc>
          <w:tcPr>
            <w:tcW w:w="1204" w:type="dxa"/>
            <w:shd w:val="clear" w:color="auto" w:fill="auto"/>
            <w:tcMar>
              <w:top w:w="50" w:type="dxa"/>
              <w:left w:w="50" w:type="dxa"/>
              <w:bottom w:w="50" w:type="dxa"/>
              <w:right w:w="50" w:type="dxa"/>
            </w:tcMar>
            <w:vAlign w:val="center"/>
          </w:tcPr>
          <w:p w14:paraId="04B6CBFA" w14:textId="2741A96D" w:rsidR="00915A3A" w:rsidRPr="00361570" w:rsidRDefault="00915A3A" w:rsidP="00361570">
            <w:pPr>
              <w:spacing w:after="0" w:line="240" w:lineRule="auto"/>
              <w:rPr>
                <w:rFonts w:ascii="Times New Roman" w:hAnsi="Times New Roman" w:cs="Times New Roman"/>
                <w:color w:val="auto"/>
                <w:sz w:val="18"/>
                <w:szCs w:val="18"/>
              </w:rPr>
            </w:pPr>
            <w:r w:rsidRPr="00361570">
              <w:rPr>
                <w:rFonts w:ascii="Times New Roman" w:hAnsi="Times New Roman" w:cs="Times New Roman"/>
                <w:bCs/>
                <w:color w:val="000000"/>
                <w:sz w:val="18"/>
                <w:szCs w:val="18"/>
              </w:rPr>
              <w:t>1000</w:t>
            </w:r>
          </w:p>
        </w:tc>
        <w:tc>
          <w:tcPr>
            <w:tcW w:w="959" w:type="dxa"/>
            <w:shd w:val="clear" w:color="auto" w:fill="auto"/>
            <w:tcMar>
              <w:top w:w="50" w:type="dxa"/>
              <w:left w:w="50" w:type="dxa"/>
              <w:bottom w:w="50" w:type="dxa"/>
              <w:right w:w="50" w:type="dxa"/>
            </w:tcMar>
            <w:vAlign w:val="center"/>
          </w:tcPr>
          <w:p w14:paraId="73BBEBD7" w14:textId="5F1CA408" w:rsidR="00915A3A" w:rsidRPr="00361570" w:rsidRDefault="00915A3A" w:rsidP="00361570">
            <w:pPr>
              <w:spacing w:after="0" w:line="240" w:lineRule="auto"/>
              <w:rPr>
                <w:rFonts w:ascii="Times New Roman" w:hAnsi="Times New Roman" w:cs="Times New Roman"/>
                <w:color w:val="auto"/>
                <w:sz w:val="18"/>
                <w:szCs w:val="18"/>
              </w:rPr>
            </w:pPr>
            <w:r w:rsidRPr="00361570">
              <w:rPr>
                <w:rFonts w:ascii="Times New Roman" w:hAnsi="Times New Roman" w:cs="Times New Roman"/>
                <w:bCs/>
                <w:color w:val="000000"/>
                <w:sz w:val="18"/>
                <w:szCs w:val="18"/>
              </w:rPr>
              <w:t>Nos</w:t>
            </w:r>
          </w:p>
        </w:tc>
      </w:tr>
      <w:tr w:rsidR="00915A3A" w:rsidRPr="00361570" w14:paraId="6B0D7BB0" w14:textId="77777777" w:rsidTr="00361570">
        <w:trPr>
          <w:jc w:val="center"/>
        </w:trPr>
        <w:tc>
          <w:tcPr>
            <w:tcW w:w="609" w:type="dxa"/>
            <w:shd w:val="clear" w:color="auto" w:fill="FAFAFA"/>
            <w:tcMar>
              <w:top w:w="50" w:type="dxa"/>
              <w:left w:w="50" w:type="dxa"/>
              <w:bottom w:w="50" w:type="dxa"/>
              <w:right w:w="50" w:type="dxa"/>
            </w:tcMar>
            <w:vAlign w:val="center"/>
          </w:tcPr>
          <w:p w14:paraId="42ADC795" w14:textId="45FD3BA1" w:rsidR="00915A3A" w:rsidRPr="00361570" w:rsidRDefault="00915A3A" w:rsidP="00361570">
            <w:pPr>
              <w:spacing w:after="0" w:line="240" w:lineRule="auto"/>
              <w:ind w:left="90"/>
              <w:jc w:val="center"/>
              <w:rPr>
                <w:rFonts w:ascii="Times New Roman" w:hAnsi="Times New Roman" w:cs="Times New Roman"/>
                <w:color w:val="auto"/>
                <w:sz w:val="18"/>
                <w:szCs w:val="18"/>
              </w:rPr>
            </w:pPr>
            <w:r w:rsidRPr="00361570">
              <w:rPr>
                <w:rFonts w:ascii="Times New Roman" w:hAnsi="Times New Roman" w:cs="Times New Roman"/>
                <w:bCs/>
                <w:color w:val="000000"/>
                <w:sz w:val="18"/>
                <w:szCs w:val="18"/>
              </w:rPr>
              <w:t>32</w:t>
            </w:r>
          </w:p>
        </w:tc>
        <w:tc>
          <w:tcPr>
            <w:tcW w:w="3703" w:type="dxa"/>
            <w:gridSpan w:val="2"/>
            <w:shd w:val="clear" w:color="auto" w:fill="auto"/>
            <w:tcMar>
              <w:top w:w="50" w:type="dxa"/>
              <w:left w:w="50" w:type="dxa"/>
              <w:bottom w:w="50" w:type="dxa"/>
              <w:right w:w="50" w:type="dxa"/>
            </w:tcMar>
            <w:vAlign w:val="center"/>
          </w:tcPr>
          <w:p w14:paraId="1EE56B47" w14:textId="77777777" w:rsidR="00915A3A" w:rsidRPr="00361570" w:rsidRDefault="00915A3A" w:rsidP="00361570">
            <w:pPr>
              <w:spacing w:after="0" w:line="240" w:lineRule="auto"/>
              <w:rPr>
                <w:rFonts w:ascii="Times New Roman" w:hAnsi="Times New Roman" w:cs="Times New Roman"/>
                <w:bCs/>
                <w:color w:val="000000"/>
                <w:sz w:val="18"/>
                <w:szCs w:val="18"/>
              </w:rPr>
            </w:pPr>
            <w:r w:rsidRPr="00361570">
              <w:rPr>
                <w:rFonts w:ascii="Times New Roman" w:hAnsi="Times New Roman" w:cs="Times New Roman"/>
                <w:bCs/>
                <w:color w:val="000000"/>
                <w:sz w:val="18"/>
                <w:szCs w:val="18"/>
              </w:rPr>
              <w:t>DMM</w:t>
            </w:r>
          </w:p>
          <w:p w14:paraId="1FCE78AC" w14:textId="625149D3" w:rsidR="00915A3A" w:rsidRPr="00361570" w:rsidRDefault="00915A3A" w:rsidP="00361570">
            <w:pPr>
              <w:spacing w:after="0" w:line="240" w:lineRule="auto"/>
              <w:rPr>
                <w:rFonts w:ascii="Times New Roman" w:hAnsi="Times New Roman" w:cs="Times New Roman"/>
                <w:color w:val="auto"/>
                <w:sz w:val="18"/>
                <w:szCs w:val="18"/>
              </w:rPr>
            </w:pPr>
            <w:r w:rsidRPr="00361570">
              <w:rPr>
                <w:rFonts w:ascii="Times New Roman" w:hAnsi="Times New Roman" w:cs="Times New Roman"/>
                <w:bCs/>
                <w:color w:val="000000"/>
                <w:sz w:val="18"/>
                <w:szCs w:val="18"/>
              </w:rPr>
              <w:t xml:space="preserve"> battery connector</w:t>
            </w:r>
          </w:p>
        </w:tc>
        <w:tc>
          <w:tcPr>
            <w:tcW w:w="4266" w:type="dxa"/>
            <w:shd w:val="clear" w:color="auto" w:fill="auto"/>
            <w:vAlign w:val="center"/>
          </w:tcPr>
          <w:p w14:paraId="4EF81448" w14:textId="638A04FB" w:rsidR="00915A3A" w:rsidRPr="00361570" w:rsidRDefault="00915A3A" w:rsidP="00361570">
            <w:pPr>
              <w:spacing w:after="0" w:line="240" w:lineRule="auto"/>
              <w:rPr>
                <w:rFonts w:ascii="Times New Roman" w:hAnsi="Times New Roman" w:cs="Times New Roman"/>
                <w:color w:val="auto"/>
                <w:sz w:val="18"/>
                <w:szCs w:val="18"/>
              </w:rPr>
            </w:pPr>
            <w:r w:rsidRPr="00361570">
              <w:rPr>
                <w:rFonts w:ascii="Times New Roman" w:hAnsi="Times New Roman" w:cs="Times New Roman"/>
                <w:bCs/>
                <w:color w:val="000000"/>
                <w:sz w:val="18"/>
                <w:szCs w:val="18"/>
              </w:rPr>
              <w:t>--</w:t>
            </w:r>
          </w:p>
        </w:tc>
        <w:tc>
          <w:tcPr>
            <w:tcW w:w="1204" w:type="dxa"/>
            <w:shd w:val="clear" w:color="auto" w:fill="auto"/>
            <w:tcMar>
              <w:top w:w="50" w:type="dxa"/>
              <w:left w:w="50" w:type="dxa"/>
              <w:bottom w:w="50" w:type="dxa"/>
              <w:right w:w="50" w:type="dxa"/>
            </w:tcMar>
            <w:vAlign w:val="center"/>
          </w:tcPr>
          <w:p w14:paraId="1E2EF808" w14:textId="1D0D792A" w:rsidR="00915A3A" w:rsidRPr="00361570" w:rsidRDefault="00915A3A" w:rsidP="00361570">
            <w:pPr>
              <w:spacing w:after="0" w:line="240" w:lineRule="auto"/>
              <w:rPr>
                <w:rFonts w:ascii="Times New Roman" w:hAnsi="Times New Roman" w:cs="Times New Roman"/>
                <w:color w:val="auto"/>
                <w:sz w:val="18"/>
                <w:szCs w:val="18"/>
              </w:rPr>
            </w:pPr>
            <w:r w:rsidRPr="00361570">
              <w:rPr>
                <w:rFonts w:ascii="Times New Roman" w:hAnsi="Times New Roman" w:cs="Times New Roman"/>
                <w:bCs/>
                <w:color w:val="000000"/>
                <w:sz w:val="18"/>
                <w:szCs w:val="18"/>
              </w:rPr>
              <w:t>20</w:t>
            </w:r>
          </w:p>
        </w:tc>
        <w:tc>
          <w:tcPr>
            <w:tcW w:w="959" w:type="dxa"/>
            <w:shd w:val="clear" w:color="auto" w:fill="auto"/>
            <w:tcMar>
              <w:top w:w="50" w:type="dxa"/>
              <w:left w:w="50" w:type="dxa"/>
              <w:bottom w:w="50" w:type="dxa"/>
              <w:right w:w="50" w:type="dxa"/>
            </w:tcMar>
            <w:vAlign w:val="center"/>
          </w:tcPr>
          <w:p w14:paraId="0AEE17A3" w14:textId="68CDB8B8" w:rsidR="00915A3A" w:rsidRPr="00361570" w:rsidRDefault="00915A3A" w:rsidP="00361570">
            <w:pPr>
              <w:spacing w:after="0" w:line="240" w:lineRule="auto"/>
              <w:rPr>
                <w:rFonts w:ascii="Times New Roman" w:hAnsi="Times New Roman" w:cs="Times New Roman"/>
                <w:color w:val="auto"/>
                <w:sz w:val="18"/>
                <w:szCs w:val="18"/>
              </w:rPr>
            </w:pPr>
            <w:r w:rsidRPr="00361570">
              <w:rPr>
                <w:rFonts w:ascii="Times New Roman" w:hAnsi="Times New Roman" w:cs="Times New Roman"/>
                <w:bCs/>
                <w:color w:val="000000"/>
                <w:sz w:val="18"/>
                <w:szCs w:val="18"/>
              </w:rPr>
              <w:t>Nos</w:t>
            </w:r>
          </w:p>
        </w:tc>
      </w:tr>
      <w:tr w:rsidR="00915A3A" w:rsidRPr="00361570" w14:paraId="702AF196" w14:textId="77777777" w:rsidTr="00361570">
        <w:trPr>
          <w:jc w:val="center"/>
        </w:trPr>
        <w:tc>
          <w:tcPr>
            <w:tcW w:w="609" w:type="dxa"/>
            <w:shd w:val="clear" w:color="auto" w:fill="FAFAFA"/>
            <w:tcMar>
              <w:top w:w="50" w:type="dxa"/>
              <w:left w:w="50" w:type="dxa"/>
              <w:bottom w:w="50" w:type="dxa"/>
              <w:right w:w="50" w:type="dxa"/>
            </w:tcMar>
            <w:vAlign w:val="center"/>
          </w:tcPr>
          <w:p w14:paraId="3F964E28" w14:textId="40EE0F83" w:rsidR="00915A3A" w:rsidRPr="00361570" w:rsidRDefault="00915A3A" w:rsidP="00361570">
            <w:pPr>
              <w:spacing w:after="0" w:line="240" w:lineRule="auto"/>
              <w:ind w:left="90"/>
              <w:jc w:val="center"/>
              <w:rPr>
                <w:rFonts w:ascii="Times New Roman" w:hAnsi="Times New Roman" w:cs="Times New Roman"/>
                <w:color w:val="auto"/>
                <w:sz w:val="18"/>
                <w:szCs w:val="18"/>
              </w:rPr>
            </w:pPr>
            <w:r w:rsidRPr="00361570">
              <w:rPr>
                <w:rFonts w:ascii="Times New Roman" w:hAnsi="Times New Roman" w:cs="Times New Roman"/>
                <w:bCs/>
                <w:color w:val="000000"/>
                <w:sz w:val="18"/>
                <w:szCs w:val="18"/>
              </w:rPr>
              <w:t>33</w:t>
            </w:r>
          </w:p>
        </w:tc>
        <w:tc>
          <w:tcPr>
            <w:tcW w:w="3703" w:type="dxa"/>
            <w:gridSpan w:val="2"/>
            <w:shd w:val="clear" w:color="auto" w:fill="auto"/>
            <w:tcMar>
              <w:top w:w="50" w:type="dxa"/>
              <w:left w:w="50" w:type="dxa"/>
              <w:bottom w:w="50" w:type="dxa"/>
              <w:right w:w="50" w:type="dxa"/>
            </w:tcMar>
            <w:vAlign w:val="center"/>
          </w:tcPr>
          <w:p w14:paraId="04413079" w14:textId="07D5F7E0" w:rsidR="00915A3A" w:rsidRPr="00361570" w:rsidRDefault="00915A3A" w:rsidP="00361570">
            <w:pPr>
              <w:spacing w:after="0" w:line="240" w:lineRule="auto"/>
              <w:rPr>
                <w:rFonts w:ascii="Times New Roman" w:hAnsi="Times New Roman" w:cs="Times New Roman"/>
                <w:color w:val="auto"/>
                <w:sz w:val="18"/>
                <w:szCs w:val="18"/>
              </w:rPr>
            </w:pPr>
            <w:r w:rsidRPr="00361570">
              <w:rPr>
                <w:rFonts w:ascii="Times New Roman" w:hAnsi="Times New Roman" w:cs="Times New Roman"/>
                <w:bCs/>
                <w:color w:val="000000"/>
                <w:sz w:val="18"/>
                <w:szCs w:val="18"/>
              </w:rPr>
              <w:t>LED</w:t>
            </w:r>
          </w:p>
        </w:tc>
        <w:tc>
          <w:tcPr>
            <w:tcW w:w="4266" w:type="dxa"/>
            <w:shd w:val="clear" w:color="auto" w:fill="auto"/>
            <w:vAlign w:val="center"/>
          </w:tcPr>
          <w:p w14:paraId="53ED4090" w14:textId="3692F357" w:rsidR="00915A3A" w:rsidRPr="00361570" w:rsidRDefault="00915A3A" w:rsidP="00361570">
            <w:pPr>
              <w:spacing w:after="0" w:line="240" w:lineRule="auto"/>
              <w:rPr>
                <w:rFonts w:ascii="Times New Roman" w:hAnsi="Times New Roman" w:cs="Times New Roman"/>
                <w:color w:val="auto"/>
                <w:sz w:val="18"/>
                <w:szCs w:val="18"/>
              </w:rPr>
            </w:pPr>
            <w:r w:rsidRPr="00361570">
              <w:rPr>
                <w:rFonts w:ascii="Times New Roman" w:hAnsi="Times New Roman" w:cs="Times New Roman"/>
                <w:bCs/>
                <w:color w:val="000000"/>
                <w:sz w:val="18"/>
                <w:szCs w:val="18"/>
              </w:rPr>
              <w:t>Red        5mm</w:t>
            </w:r>
          </w:p>
        </w:tc>
        <w:tc>
          <w:tcPr>
            <w:tcW w:w="1204" w:type="dxa"/>
            <w:shd w:val="clear" w:color="auto" w:fill="auto"/>
            <w:tcMar>
              <w:top w:w="50" w:type="dxa"/>
              <w:left w:w="50" w:type="dxa"/>
              <w:bottom w:w="50" w:type="dxa"/>
              <w:right w:w="50" w:type="dxa"/>
            </w:tcMar>
            <w:vAlign w:val="center"/>
          </w:tcPr>
          <w:p w14:paraId="4FD2AD67" w14:textId="28EE0D70" w:rsidR="00915A3A" w:rsidRPr="00361570" w:rsidRDefault="00915A3A" w:rsidP="00361570">
            <w:pPr>
              <w:spacing w:after="0" w:line="240" w:lineRule="auto"/>
              <w:rPr>
                <w:rFonts w:ascii="Times New Roman" w:hAnsi="Times New Roman" w:cs="Times New Roman"/>
                <w:color w:val="auto"/>
                <w:sz w:val="18"/>
                <w:szCs w:val="18"/>
              </w:rPr>
            </w:pPr>
            <w:r w:rsidRPr="00361570">
              <w:rPr>
                <w:rFonts w:ascii="Times New Roman" w:hAnsi="Times New Roman" w:cs="Times New Roman"/>
                <w:bCs/>
                <w:color w:val="000000"/>
                <w:sz w:val="18"/>
                <w:szCs w:val="18"/>
              </w:rPr>
              <w:t>100</w:t>
            </w:r>
          </w:p>
        </w:tc>
        <w:tc>
          <w:tcPr>
            <w:tcW w:w="959" w:type="dxa"/>
            <w:shd w:val="clear" w:color="auto" w:fill="auto"/>
            <w:tcMar>
              <w:top w:w="50" w:type="dxa"/>
              <w:left w:w="50" w:type="dxa"/>
              <w:bottom w:w="50" w:type="dxa"/>
              <w:right w:w="50" w:type="dxa"/>
            </w:tcMar>
            <w:vAlign w:val="center"/>
          </w:tcPr>
          <w:p w14:paraId="60532122" w14:textId="373467AD" w:rsidR="00915A3A" w:rsidRPr="00361570" w:rsidRDefault="00915A3A" w:rsidP="00361570">
            <w:pPr>
              <w:spacing w:after="0" w:line="240" w:lineRule="auto"/>
              <w:rPr>
                <w:rFonts w:ascii="Times New Roman" w:hAnsi="Times New Roman" w:cs="Times New Roman"/>
                <w:color w:val="auto"/>
                <w:sz w:val="18"/>
                <w:szCs w:val="18"/>
              </w:rPr>
            </w:pPr>
            <w:r w:rsidRPr="00361570">
              <w:rPr>
                <w:rFonts w:ascii="Times New Roman" w:hAnsi="Times New Roman" w:cs="Times New Roman"/>
                <w:bCs/>
                <w:color w:val="000000"/>
                <w:sz w:val="18"/>
                <w:szCs w:val="18"/>
              </w:rPr>
              <w:t>Nos</w:t>
            </w:r>
          </w:p>
        </w:tc>
      </w:tr>
      <w:tr w:rsidR="00915A3A" w:rsidRPr="00361570" w14:paraId="2A378F6B" w14:textId="77777777" w:rsidTr="00361570">
        <w:trPr>
          <w:jc w:val="center"/>
        </w:trPr>
        <w:tc>
          <w:tcPr>
            <w:tcW w:w="609" w:type="dxa"/>
            <w:shd w:val="clear" w:color="auto" w:fill="FAFAFA"/>
            <w:tcMar>
              <w:top w:w="50" w:type="dxa"/>
              <w:left w:w="50" w:type="dxa"/>
              <w:bottom w:w="50" w:type="dxa"/>
              <w:right w:w="50" w:type="dxa"/>
            </w:tcMar>
            <w:vAlign w:val="center"/>
          </w:tcPr>
          <w:p w14:paraId="2DFFCB38" w14:textId="3E8E1577" w:rsidR="00915A3A" w:rsidRPr="00361570" w:rsidRDefault="00915A3A" w:rsidP="00361570">
            <w:pPr>
              <w:spacing w:after="0" w:line="240" w:lineRule="auto"/>
              <w:ind w:left="90"/>
              <w:jc w:val="center"/>
              <w:rPr>
                <w:rFonts w:ascii="Times New Roman" w:hAnsi="Times New Roman" w:cs="Times New Roman"/>
                <w:color w:val="auto"/>
                <w:sz w:val="18"/>
                <w:szCs w:val="18"/>
              </w:rPr>
            </w:pPr>
            <w:r w:rsidRPr="00361570">
              <w:rPr>
                <w:rFonts w:ascii="Times New Roman" w:hAnsi="Times New Roman" w:cs="Times New Roman"/>
                <w:bCs/>
                <w:color w:val="000000"/>
                <w:sz w:val="18"/>
                <w:szCs w:val="18"/>
              </w:rPr>
              <w:lastRenderedPageBreak/>
              <w:t>34</w:t>
            </w:r>
          </w:p>
        </w:tc>
        <w:tc>
          <w:tcPr>
            <w:tcW w:w="3703" w:type="dxa"/>
            <w:gridSpan w:val="2"/>
            <w:shd w:val="clear" w:color="auto" w:fill="auto"/>
            <w:tcMar>
              <w:top w:w="50" w:type="dxa"/>
              <w:left w:w="50" w:type="dxa"/>
              <w:bottom w:w="50" w:type="dxa"/>
              <w:right w:w="50" w:type="dxa"/>
            </w:tcMar>
            <w:vAlign w:val="center"/>
          </w:tcPr>
          <w:p w14:paraId="4923EC66" w14:textId="6BDA4D4B" w:rsidR="00915A3A" w:rsidRPr="00361570" w:rsidRDefault="00915A3A" w:rsidP="00361570">
            <w:pPr>
              <w:spacing w:after="0" w:line="240" w:lineRule="auto"/>
              <w:rPr>
                <w:rFonts w:ascii="Times New Roman" w:hAnsi="Times New Roman" w:cs="Times New Roman"/>
                <w:color w:val="auto"/>
                <w:sz w:val="18"/>
                <w:szCs w:val="18"/>
              </w:rPr>
            </w:pPr>
            <w:r w:rsidRPr="00361570">
              <w:rPr>
                <w:rFonts w:ascii="Times New Roman" w:hAnsi="Times New Roman" w:cs="Times New Roman"/>
                <w:bCs/>
                <w:color w:val="000000"/>
                <w:sz w:val="18"/>
                <w:szCs w:val="18"/>
              </w:rPr>
              <w:t xml:space="preserve">LED </w:t>
            </w:r>
          </w:p>
        </w:tc>
        <w:tc>
          <w:tcPr>
            <w:tcW w:w="4266" w:type="dxa"/>
            <w:shd w:val="clear" w:color="auto" w:fill="auto"/>
            <w:vAlign w:val="center"/>
          </w:tcPr>
          <w:p w14:paraId="0230E2B8" w14:textId="30D438FF" w:rsidR="00915A3A" w:rsidRPr="00361570" w:rsidRDefault="00915A3A" w:rsidP="00361570">
            <w:pPr>
              <w:spacing w:after="0" w:line="240" w:lineRule="auto"/>
              <w:rPr>
                <w:rFonts w:ascii="Times New Roman" w:hAnsi="Times New Roman" w:cs="Times New Roman"/>
                <w:color w:val="auto"/>
                <w:sz w:val="18"/>
                <w:szCs w:val="18"/>
              </w:rPr>
            </w:pPr>
            <w:r w:rsidRPr="00361570">
              <w:rPr>
                <w:rFonts w:ascii="Times New Roman" w:hAnsi="Times New Roman" w:cs="Times New Roman"/>
                <w:bCs/>
                <w:color w:val="000000"/>
                <w:sz w:val="18"/>
                <w:szCs w:val="18"/>
              </w:rPr>
              <w:t>Yellow      5mm</w:t>
            </w:r>
          </w:p>
        </w:tc>
        <w:tc>
          <w:tcPr>
            <w:tcW w:w="1204" w:type="dxa"/>
            <w:shd w:val="clear" w:color="auto" w:fill="auto"/>
            <w:tcMar>
              <w:top w:w="50" w:type="dxa"/>
              <w:left w:w="50" w:type="dxa"/>
              <w:bottom w:w="50" w:type="dxa"/>
              <w:right w:w="50" w:type="dxa"/>
            </w:tcMar>
            <w:vAlign w:val="center"/>
          </w:tcPr>
          <w:p w14:paraId="28766245" w14:textId="4F86389C" w:rsidR="00915A3A" w:rsidRPr="00361570" w:rsidRDefault="00915A3A" w:rsidP="00361570">
            <w:pPr>
              <w:spacing w:after="0" w:line="240" w:lineRule="auto"/>
              <w:rPr>
                <w:rFonts w:ascii="Times New Roman" w:hAnsi="Times New Roman" w:cs="Times New Roman"/>
                <w:color w:val="auto"/>
                <w:sz w:val="18"/>
                <w:szCs w:val="18"/>
              </w:rPr>
            </w:pPr>
            <w:r w:rsidRPr="00361570">
              <w:rPr>
                <w:rFonts w:ascii="Times New Roman" w:hAnsi="Times New Roman" w:cs="Times New Roman"/>
                <w:bCs/>
                <w:color w:val="000000"/>
                <w:sz w:val="18"/>
                <w:szCs w:val="18"/>
              </w:rPr>
              <w:t>100</w:t>
            </w:r>
          </w:p>
        </w:tc>
        <w:tc>
          <w:tcPr>
            <w:tcW w:w="959" w:type="dxa"/>
            <w:shd w:val="clear" w:color="auto" w:fill="auto"/>
            <w:tcMar>
              <w:top w:w="50" w:type="dxa"/>
              <w:left w:w="50" w:type="dxa"/>
              <w:bottom w:w="50" w:type="dxa"/>
              <w:right w:w="50" w:type="dxa"/>
            </w:tcMar>
            <w:vAlign w:val="center"/>
          </w:tcPr>
          <w:p w14:paraId="60A4B819" w14:textId="707A22D9" w:rsidR="00915A3A" w:rsidRPr="00361570" w:rsidRDefault="00915A3A" w:rsidP="00361570">
            <w:pPr>
              <w:spacing w:after="0" w:line="240" w:lineRule="auto"/>
              <w:rPr>
                <w:rFonts w:ascii="Times New Roman" w:hAnsi="Times New Roman" w:cs="Times New Roman"/>
                <w:color w:val="auto"/>
                <w:sz w:val="18"/>
                <w:szCs w:val="18"/>
              </w:rPr>
            </w:pPr>
            <w:r w:rsidRPr="00361570">
              <w:rPr>
                <w:rFonts w:ascii="Times New Roman" w:hAnsi="Times New Roman" w:cs="Times New Roman"/>
                <w:bCs/>
                <w:color w:val="000000"/>
                <w:sz w:val="18"/>
                <w:szCs w:val="18"/>
              </w:rPr>
              <w:t>Nos</w:t>
            </w:r>
          </w:p>
        </w:tc>
      </w:tr>
      <w:tr w:rsidR="00915A3A" w:rsidRPr="00361570" w14:paraId="6AB1A031" w14:textId="77777777" w:rsidTr="00361570">
        <w:trPr>
          <w:jc w:val="center"/>
        </w:trPr>
        <w:tc>
          <w:tcPr>
            <w:tcW w:w="609" w:type="dxa"/>
            <w:shd w:val="clear" w:color="auto" w:fill="FAFAFA"/>
            <w:tcMar>
              <w:top w:w="50" w:type="dxa"/>
              <w:left w:w="50" w:type="dxa"/>
              <w:bottom w:w="50" w:type="dxa"/>
              <w:right w:w="50" w:type="dxa"/>
            </w:tcMar>
            <w:vAlign w:val="center"/>
          </w:tcPr>
          <w:p w14:paraId="784B546D" w14:textId="589B6720" w:rsidR="00915A3A" w:rsidRPr="00361570" w:rsidRDefault="00915A3A" w:rsidP="00361570">
            <w:pPr>
              <w:spacing w:after="0" w:line="240" w:lineRule="auto"/>
              <w:ind w:left="90"/>
              <w:jc w:val="center"/>
              <w:rPr>
                <w:rFonts w:ascii="Times New Roman" w:hAnsi="Times New Roman" w:cs="Times New Roman"/>
                <w:color w:val="auto"/>
                <w:sz w:val="18"/>
                <w:szCs w:val="18"/>
              </w:rPr>
            </w:pPr>
            <w:r w:rsidRPr="00361570">
              <w:rPr>
                <w:rFonts w:ascii="Times New Roman" w:hAnsi="Times New Roman" w:cs="Times New Roman"/>
                <w:bCs/>
                <w:color w:val="000000"/>
                <w:sz w:val="18"/>
                <w:szCs w:val="18"/>
              </w:rPr>
              <w:t>35</w:t>
            </w:r>
          </w:p>
        </w:tc>
        <w:tc>
          <w:tcPr>
            <w:tcW w:w="3703" w:type="dxa"/>
            <w:gridSpan w:val="2"/>
            <w:shd w:val="clear" w:color="auto" w:fill="auto"/>
            <w:tcMar>
              <w:top w:w="50" w:type="dxa"/>
              <w:left w:w="50" w:type="dxa"/>
              <w:bottom w:w="50" w:type="dxa"/>
              <w:right w:w="50" w:type="dxa"/>
            </w:tcMar>
            <w:vAlign w:val="center"/>
          </w:tcPr>
          <w:p w14:paraId="7CF2C378" w14:textId="5CD02452" w:rsidR="00915A3A" w:rsidRPr="00361570" w:rsidRDefault="00915A3A" w:rsidP="00361570">
            <w:pPr>
              <w:spacing w:after="0" w:line="240" w:lineRule="auto"/>
              <w:rPr>
                <w:rFonts w:ascii="Times New Roman" w:hAnsi="Times New Roman" w:cs="Times New Roman"/>
                <w:color w:val="auto"/>
                <w:sz w:val="18"/>
                <w:szCs w:val="18"/>
              </w:rPr>
            </w:pPr>
            <w:r w:rsidRPr="00361570">
              <w:rPr>
                <w:rFonts w:ascii="Times New Roman" w:hAnsi="Times New Roman" w:cs="Times New Roman"/>
                <w:bCs/>
                <w:color w:val="000000"/>
                <w:sz w:val="18"/>
                <w:szCs w:val="18"/>
              </w:rPr>
              <w:t>LED</w:t>
            </w:r>
          </w:p>
        </w:tc>
        <w:tc>
          <w:tcPr>
            <w:tcW w:w="4266" w:type="dxa"/>
            <w:shd w:val="clear" w:color="auto" w:fill="auto"/>
            <w:vAlign w:val="center"/>
          </w:tcPr>
          <w:p w14:paraId="0841C5C3" w14:textId="380E34A2" w:rsidR="00915A3A" w:rsidRPr="00361570" w:rsidRDefault="00915A3A" w:rsidP="00361570">
            <w:pPr>
              <w:spacing w:after="0" w:line="240" w:lineRule="auto"/>
              <w:rPr>
                <w:rFonts w:ascii="Times New Roman" w:hAnsi="Times New Roman" w:cs="Times New Roman"/>
                <w:color w:val="auto"/>
                <w:sz w:val="18"/>
                <w:szCs w:val="18"/>
              </w:rPr>
            </w:pPr>
            <w:r w:rsidRPr="00361570">
              <w:rPr>
                <w:rFonts w:ascii="Times New Roman" w:hAnsi="Times New Roman" w:cs="Times New Roman"/>
                <w:bCs/>
                <w:color w:val="000000"/>
                <w:sz w:val="18"/>
                <w:szCs w:val="18"/>
              </w:rPr>
              <w:t>Green       5mm</w:t>
            </w:r>
          </w:p>
        </w:tc>
        <w:tc>
          <w:tcPr>
            <w:tcW w:w="1204" w:type="dxa"/>
            <w:shd w:val="clear" w:color="auto" w:fill="auto"/>
            <w:tcMar>
              <w:top w:w="50" w:type="dxa"/>
              <w:left w:w="50" w:type="dxa"/>
              <w:bottom w:w="50" w:type="dxa"/>
              <w:right w:w="50" w:type="dxa"/>
            </w:tcMar>
            <w:vAlign w:val="center"/>
          </w:tcPr>
          <w:p w14:paraId="5E4C845B" w14:textId="6B3697FA" w:rsidR="00915A3A" w:rsidRPr="00361570" w:rsidRDefault="00915A3A" w:rsidP="00361570">
            <w:pPr>
              <w:spacing w:after="0" w:line="240" w:lineRule="auto"/>
              <w:rPr>
                <w:rFonts w:ascii="Times New Roman" w:hAnsi="Times New Roman" w:cs="Times New Roman"/>
                <w:color w:val="auto"/>
                <w:sz w:val="18"/>
                <w:szCs w:val="18"/>
              </w:rPr>
            </w:pPr>
            <w:r w:rsidRPr="00361570">
              <w:rPr>
                <w:rFonts w:ascii="Times New Roman" w:hAnsi="Times New Roman" w:cs="Times New Roman"/>
                <w:bCs/>
                <w:color w:val="000000"/>
                <w:sz w:val="18"/>
                <w:szCs w:val="18"/>
              </w:rPr>
              <w:t>100</w:t>
            </w:r>
          </w:p>
        </w:tc>
        <w:tc>
          <w:tcPr>
            <w:tcW w:w="959" w:type="dxa"/>
            <w:shd w:val="clear" w:color="auto" w:fill="auto"/>
            <w:tcMar>
              <w:top w:w="50" w:type="dxa"/>
              <w:left w:w="50" w:type="dxa"/>
              <w:bottom w:w="50" w:type="dxa"/>
              <w:right w:w="50" w:type="dxa"/>
            </w:tcMar>
            <w:vAlign w:val="center"/>
          </w:tcPr>
          <w:p w14:paraId="387E91F1" w14:textId="1897D838" w:rsidR="00915A3A" w:rsidRPr="00361570" w:rsidRDefault="00915A3A" w:rsidP="00361570">
            <w:pPr>
              <w:spacing w:after="0" w:line="240" w:lineRule="auto"/>
              <w:rPr>
                <w:rFonts w:ascii="Times New Roman" w:hAnsi="Times New Roman" w:cs="Times New Roman"/>
                <w:color w:val="auto"/>
                <w:sz w:val="18"/>
                <w:szCs w:val="18"/>
              </w:rPr>
            </w:pPr>
            <w:r w:rsidRPr="00361570">
              <w:rPr>
                <w:rFonts w:ascii="Times New Roman" w:hAnsi="Times New Roman" w:cs="Times New Roman"/>
                <w:bCs/>
                <w:color w:val="000000"/>
                <w:sz w:val="18"/>
                <w:szCs w:val="18"/>
              </w:rPr>
              <w:t>Nos</w:t>
            </w:r>
          </w:p>
        </w:tc>
      </w:tr>
      <w:tr w:rsidR="00915A3A" w:rsidRPr="00361570" w14:paraId="54BED362" w14:textId="77777777" w:rsidTr="00361570">
        <w:trPr>
          <w:jc w:val="center"/>
        </w:trPr>
        <w:tc>
          <w:tcPr>
            <w:tcW w:w="609" w:type="dxa"/>
            <w:shd w:val="clear" w:color="auto" w:fill="FAFAFA"/>
            <w:tcMar>
              <w:top w:w="50" w:type="dxa"/>
              <w:left w:w="50" w:type="dxa"/>
              <w:bottom w:w="50" w:type="dxa"/>
              <w:right w:w="50" w:type="dxa"/>
            </w:tcMar>
            <w:vAlign w:val="center"/>
          </w:tcPr>
          <w:p w14:paraId="7319810E" w14:textId="1405F256" w:rsidR="00915A3A" w:rsidRPr="00361570" w:rsidRDefault="00915A3A" w:rsidP="00361570">
            <w:pPr>
              <w:spacing w:after="0" w:line="240" w:lineRule="auto"/>
              <w:ind w:left="90"/>
              <w:jc w:val="center"/>
              <w:rPr>
                <w:rFonts w:ascii="Times New Roman" w:hAnsi="Times New Roman" w:cs="Times New Roman"/>
                <w:color w:val="auto"/>
                <w:sz w:val="18"/>
                <w:szCs w:val="18"/>
              </w:rPr>
            </w:pPr>
            <w:r w:rsidRPr="00361570">
              <w:rPr>
                <w:rFonts w:ascii="Times New Roman" w:hAnsi="Times New Roman" w:cs="Times New Roman"/>
                <w:bCs/>
                <w:color w:val="000000"/>
                <w:sz w:val="18"/>
                <w:szCs w:val="18"/>
              </w:rPr>
              <w:t>36</w:t>
            </w:r>
          </w:p>
        </w:tc>
        <w:tc>
          <w:tcPr>
            <w:tcW w:w="3703" w:type="dxa"/>
            <w:gridSpan w:val="2"/>
            <w:shd w:val="clear" w:color="auto" w:fill="auto"/>
            <w:tcMar>
              <w:top w:w="50" w:type="dxa"/>
              <w:left w:w="50" w:type="dxa"/>
              <w:bottom w:w="50" w:type="dxa"/>
              <w:right w:w="50" w:type="dxa"/>
            </w:tcMar>
            <w:vAlign w:val="center"/>
          </w:tcPr>
          <w:p w14:paraId="3478DA44" w14:textId="432E8BA8" w:rsidR="00915A3A" w:rsidRPr="00361570" w:rsidRDefault="00915A3A" w:rsidP="00361570">
            <w:pPr>
              <w:spacing w:after="0" w:line="240" w:lineRule="auto"/>
              <w:rPr>
                <w:rFonts w:ascii="Times New Roman" w:hAnsi="Times New Roman" w:cs="Times New Roman"/>
                <w:color w:val="auto"/>
                <w:sz w:val="18"/>
                <w:szCs w:val="18"/>
              </w:rPr>
            </w:pPr>
            <w:r w:rsidRPr="00361570">
              <w:rPr>
                <w:rFonts w:ascii="Times New Roman" w:hAnsi="Times New Roman" w:cs="Times New Roman"/>
                <w:bCs/>
                <w:color w:val="000000"/>
                <w:sz w:val="18"/>
                <w:szCs w:val="18"/>
              </w:rPr>
              <w:t>Diode</w:t>
            </w:r>
          </w:p>
        </w:tc>
        <w:tc>
          <w:tcPr>
            <w:tcW w:w="4266" w:type="dxa"/>
            <w:shd w:val="clear" w:color="auto" w:fill="auto"/>
            <w:vAlign w:val="center"/>
          </w:tcPr>
          <w:p w14:paraId="1B5A3700" w14:textId="6BB091A2" w:rsidR="00915A3A" w:rsidRPr="00361570" w:rsidRDefault="00915A3A" w:rsidP="00361570">
            <w:pPr>
              <w:spacing w:after="0" w:line="240" w:lineRule="auto"/>
              <w:rPr>
                <w:rFonts w:ascii="Times New Roman" w:hAnsi="Times New Roman" w:cs="Times New Roman"/>
                <w:color w:val="auto"/>
                <w:sz w:val="18"/>
                <w:szCs w:val="18"/>
              </w:rPr>
            </w:pPr>
            <w:r w:rsidRPr="00361570">
              <w:rPr>
                <w:rFonts w:ascii="Times New Roman" w:hAnsi="Times New Roman" w:cs="Times New Roman"/>
                <w:bCs/>
                <w:color w:val="000000"/>
                <w:sz w:val="18"/>
                <w:szCs w:val="18"/>
              </w:rPr>
              <w:t>IN 4007</w:t>
            </w:r>
          </w:p>
        </w:tc>
        <w:tc>
          <w:tcPr>
            <w:tcW w:w="1204" w:type="dxa"/>
            <w:shd w:val="clear" w:color="auto" w:fill="auto"/>
            <w:tcMar>
              <w:top w:w="50" w:type="dxa"/>
              <w:left w:w="50" w:type="dxa"/>
              <w:bottom w:w="50" w:type="dxa"/>
              <w:right w:w="50" w:type="dxa"/>
            </w:tcMar>
            <w:vAlign w:val="center"/>
          </w:tcPr>
          <w:p w14:paraId="6EFCBBBC" w14:textId="287153D3" w:rsidR="00915A3A" w:rsidRPr="00361570" w:rsidRDefault="00915A3A" w:rsidP="00361570">
            <w:pPr>
              <w:spacing w:after="0" w:line="240" w:lineRule="auto"/>
              <w:rPr>
                <w:rFonts w:ascii="Times New Roman" w:hAnsi="Times New Roman" w:cs="Times New Roman"/>
                <w:color w:val="auto"/>
                <w:sz w:val="18"/>
                <w:szCs w:val="18"/>
              </w:rPr>
            </w:pPr>
            <w:r w:rsidRPr="00361570">
              <w:rPr>
                <w:rFonts w:ascii="Times New Roman" w:hAnsi="Times New Roman" w:cs="Times New Roman"/>
                <w:bCs/>
                <w:color w:val="000000"/>
                <w:sz w:val="18"/>
                <w:szCs w:val="18"/>
              </w:rPr>
              <w:t>200</w:t>
            </w:r>
          </w:p>
        </w:tc>
        <w:tc>
          <w:tcPr>
            <w:tcW w:w="959" w:type="dxa"/>
            <w:shd w:val="clear" w:color="auto" w:fill="auto"/>
            <w:tcMar>
              <w:top w:w="50" w:type="dxa"/>
              <w:left w:w="50" w:type="dxa"/>
              <w:bottom w:w="50" w:type="dxa"/>
              <w:right w:w="50" w:type="dxa"/>
            </w:tcMar>
            <w:vAlign w:val="center"/>
          </w:tcPr>
          <w:p w14:paraId="70BB1919" w14:textId="144E99B7" w:rsidR="00915A3A" w:rsidRPr="00361570" w:rsidRDefault="00915A3A" w:rsidP="00361570">
            <w:pPr>
              <w:spacing w:after="0" w:line="240" w:lineRule="auto"/>
              <w:rPr>
                <w:rFonts w:ascii="Times New Roman" w:hAnsi="Times New Roman" w:cs="Times New Roman"/>
                <w:color w:val="auto"/>
                <w:sz w:val="18"/>
                <w:szCs w:val="18"/>
              </w:rPr>
            </w:pPr>
            <w:r w:rsidRPr="00361570">
              <w:rPr>
                <w:rFonts w:ascii="Times New Roman" w:hAnsi="Times New Roman" w:cs="Times New Roman"/>
                <w:bCs/>
                <w:color w:val="000000"/>
                <w:sz w:val="18"/>
                <w:szCs w:val="18"/>
              </w:rPr>
              <w:t>Nos</w:t>
            </w:r>
          </w:p>
        </w:tc>
      </w:tr>
      <w:tr w:rsidR="00915A3A" w:rsidRPr="00361570" w14:paraId="02B6F5D1" w14:textId="77777777" w:rsidTr="00361570">
        <w:trPr>
          <w:jc w:val="center"/>
        </w:trPr>
        <w:tc>
          <w:tcPr>
            <w:tcW w:w="609" w:type="dxa"/>
            <w:shd w:val="clear" w:color="auto" w:fill="FAFAFA"/>
            <w:tcMar>
              <w:top w:w="50" w:type="dxa"/>
              <w:left w:w="50" w:type="dxa"/>
              <w:bottom w:w="50" w:type="dxa"/>
              <w:right w:w="50" w:type="dxa"/>
            </w:tcMar>
            <w:vAlign w:val="center"/>
          </w:tcPr>
          <w:p w14:paraId="2337251D" w14:textId="6FCFD960" w:rsidR="00915A3A" w:rsidRPr="00361570" w:rsidRDefault="00915A3A" w:rsidP="00361570">
            <w:pPr>
              <w:spacing w:after="0" w:line="240" w:lineRule="auto"/>
              <w:ind w:left="90"/>
              <w:jc w:val="center"/>
              <w:rPr>
                <w:rFonts w:ascii="Times New Roman" w:hAnsi="Times New Roman" w:cs="Times New Roman"/>
                <w:color w:val="auto"/>
                <w:sz w:val="18"/>
                <w:szCs w:val="18"/>
              </w:rPr>
            </w:pPr>
            <w:r w:rsidRPr="00361570">
              <w:rPr>
                <w:rFonts w:ascii="Times New Roman" w:hAnsi="Times New Roman" w:cs="Times New Roman"/>
                <w:bCs/>
                <w:color w:val="000000"/>
                <w:sz w:val="18"/>
                <w:szCs w:val="18"/>
              </w:rPr>
              <w:t>37</w:t>
            </w:r>
          </w:p>
        </w:tc>
        <w:tc>
          <w:tcPr>
            <w:tcW w:w="3703" w:type="dxa"/>
            <w:gridSpan w:val="2"/>
            <w:shd w:val="clear" w:color="auto" w:fill="auto"/>
            <w:tcMar>
              <w:top w:w="50" w:type="dxa"/>
              <w:left w:w="50" w:type="dxa"/>
              <w:bottom w:w="50" w:type="dxa"/>
              <w:right w:w="50" w:type="dxa"/>
            </w:tcMar>
            <w:vAlign w:val="center"/>
          </w:tcPr>
          <w:p w14:paraId="15978063" w14:textId="13D33CE0" w:rsidR="00915A3A" w:rsidRPr="00361570" w:rsidRDefault="00915A3A" w:rsidP="00361570">
            <w:pPr>
              <w:spacing w:after="0" w:line="240" w:lineRule="auto"/>
              <w:rPr>
                <w:rFonts w:ascii="Times New Roman" w:hAnsi="Times New Roman" w:cs="Times New Roman"/>
                <w:color w:val="auto"/>
                <w:sz w:val="18"/>
                <w:szCs w:val="18"/>
              </w:rPr>
            </w:pPr>
            <w:r w:rsidRPr="00361570">
              <w:rPr>
                <w:rFonts w:ascii="Times New Roman" w:hAnsi="Times New Roman" w:cs="Times New Roman"/>
                <w:bCs/>
                <w:color w:val="000000"/>
                <w:sz w:val="18"/>
                <w:szCs w:val="18"/>
              </w:rPr>
              <w:t xml:space="preserve"> Temperature Sensor</w:t>
            </w:r>
          </w:p>
        </w:tc>
        <w:tc>
          <w:tcPr>
            <w:tcW w:w="4266" w:type="dxa"/>
            <w:shd w:val="clear" w:color="auto" w:fill="auto"/>
            <w:vAlign w:val="center"/>
          </w:tcPr>
          <w:p w14:paraId="70251371" w14:textId="29D320BD" w:rsidR="00915A3A" w:rsidRPr="00361570" w:rsidRDefault="00915A3A" w:rsidP="00361570">
            <w:pPr>
              <w:spacing w:after="0" w:line="240" w:lineRule="auto"/>
              <w:rPr>
                <w:rFonts w:ascii="Times New Roman" w:hAnsi="Times New Roman" w:cs="Times New Roman"/>
                <w:color w:val="auto"/>
                <w:sz w:val="18"/>
                <w:szCs w:val="18"/>
              </w:rPr>
            </w:pPr>
            <w:r w:rsidRPr="00361570">
              <w:rPr>
                <w:rFonts w:ascii="Times New Roman" w:hAnsi="Times New Roman" w:cs="Times New Roman"/>
                <w:bCs/>
                <w:color w:val="000000"/>
                <w:sz w:val="18"/>
                <w:szCs w:val="18"/>
              </w:rPr>
              <w:t>LM 35</w:t>
            </w:r>
          </w:p>
        </w:tc>
        <w:tc>
          <w:tcPr>
            <w:tcW w:w="1204" w:type="dxa"/>
            <w:shd w:val="clear" w:color="auto" w:fill="auto"/>
            <w:tcMar>
              <w:top w:w="50" w:type="dxa"/>
              <w:left w:w="50" w:type="dxa"/>
              <w:bottom w:w="50" w:type="dxa"/>
              <w:right w:w="50" w:type="dxa"/>
            </w:tcMar>
            <w:vAlign w:val="center"/>
          </w:tcPr>
          <w:p w14:paraId="5967C475" w14:textId="1EA97ED3" w:rsidR="00915A3A" w:rsidRPr="00361570" w:rsidRDefault="00915A3A" w:rsidP="00361570">
            <w:pPr>
              <w:spacing w:after="0" w:line="240" w:lineRule="auto"/>
              <w:rPr>
                <w:rFonts w:ascii="Times New Roman" w:hAnsi="Times New Roman" w:cs="Times New Roman"/>
                <w:color w:val="auto"/>
                <w:sz w:val="18"/>
                <w:szCs w:val="18"/>
              </w:rPr>
            </w:pPr>
            <w:r w:rsidRPr="00361570">
              <w:rPr>
                <w:rFonts w:ascii="Times New Roman" w:hAnsi="Times New Roman" w:cs="Times New Roman"/>
                <w:bCs/>
                <w:color w:val="000000"/>
                <w:sz w:val="18"/>
                <w:szCs w:val="18"/>
              </w:rPr>
              <w:t>20</w:t>
            </w:r>
          </w:p>
        </w:tc>
        <w:tc>
          <w:tcPr>
            <w:tcW w:w="959" w:type="dxa"/>
            <w:shd w:val="clear" w:color="auto" w:fill="auto"/>
            <w:tcMar>
              <w:top w:w="50" w:type="dxa"/>
              <w:left w:w="50" w:type="dxa"/>
              <w:bottom w:w="50" w:type="dxa"/>
              <w:right w:w="50" w:type="dxa"/>
            </w:tcMar>
            <w:vAlign w:val="center"/>
          </w:tcPr>
          <w:p w14:paraId="7CE89C09" w14:textId="266BABE4" w:rsidR="00915A3A" w:rsidRPr="00361570" w:rsidRDefault="00915A3A" w:rsidP="00361570">
            <w:pPr>
              <w:spacing w:after="0" w:line="240" w:lineRule="auto"/>
              <w:rPr>
                <w:rFonts w:ascii="Times New Roman" w:hAnsi="Times New Roman" w:cs="Times New Roman"/>
                <w:color w:val="auto"/>
                <w:sz w:val="18"/>
                <w:szCs w:val="18"/>
              </w:rPr>
            </w:pPr>
            <w:r w:rsidRPr="00361570">
              <w:rPr>
                <w:rFonts w:ascii="Times New Roman" w:hAnsi="Times New Roman" w:cs="Times New Roman"/>
                <w:bCs/>
                <w:color w:val="000000"/>
                <w:sz w:val="18"/>
                <w:szCs w:val="18"/>
              </w:rPr>
              <w:t>Nos</w:t>
            </w:r>
          </w:p>
        </w:tc>
      </w:tr>
      <w:tr w:rsidR="00915A3A" w:rsidRPr="00361570" w14:paraId="303818A6" w14:textId="77777777" w:rsidTr="00361570">
        <w:trPr>
          <w:jc w:val="center"/>
        </w:trPr>
        <w:tc>
          <w:tcPr>
            <w:tcW w:w="609" w:type="dxa"/>
            <w:shd w:val="clear" w:color="auto" w:fill="FAFAFA"/>
            <w:tcMar>
              <w:top w:w="50" w:type="dxa"/>
              <w:left w:w="50" w:type="dxa"/>
              <w:bottom w:w="50" w:type="dxa"/>
              <w:right w:w="50" w:type="dxa"/>
            </w:tcMar>
            <w:vAlign w:val="center"/>
          </w:tcPr>
          <w:p w14:paraId="1F6DBC1A" w14:textId="239BB174" w:rsidR="00915A3A" w:rsidRPr="00361570" w:rsidRDefault="00915A3A" w:rsidP="00361570">
            <w:pPr>
              <w:spacing w:after="0" w:line="240" w:lineRule="auto"/>
              <w:ind w:left="90"/>
              <w:jc w:val="center"/>
              <w:rPr>
                <w:rFonts w:ascii="Times New Roman" w:hAnsi="Times New Roman" w:cs="Times New Roman"/>
                <w:color w:val="auto"/>
                <w:sz w:val="18"/>
                <w:szCs w:val="18"/>
              </w:rPr>
            </w:pPr>
            <w:r w:rsidRPr="00361570">
              <w:rPr>
                <w:rFonts w:ascii="Times New Roman" w:hAnsi="Times New Roman" w:cs="Times New Roman"/>
                <w:bCs/>
                <w:color w:val="000000"/>
                <w:sz w:val="18"/>
                <w:szCs w:val="18"/>
              </w:rPr>
              <w:t>38</w:t>
            </w:r>
          </w:p>
        </w:tc>
        <w:tc>
          <w:tcPr>
            <w:tcW w:w="3703" w:type="dxa"/>
            <w:gridSpan w:val="2"/>
            <w:shd w:val="clear" w:color="auto" w:fill="auto"/>
            <w:tcMar>
              <w:top w:w="50" w:type="dxa"/>
              <w:left w:w="50" w:type="dxa"/>
              <w:bottom w:w="50" w:type="dxa"/>
              <w:right w:w="50" w:type="dxa"/>
            </w:tcMar>
            <w:vAlign w:val="center"/>
          </w:tcPr>
          <w:p w14:paraId="4FD60238" w14:textId="26F36ADC" w:rsidR="00915A3A" w:rsidRPr="00361570" w:rsidRDefault="00915A3A" w:rsidP="00361570">
            <w:pPr>
              <w:spacing w:after="0" w:line="240" w:lineRule="auto"/>
              <w:rPr>
                <w:rFonts w:ascii="Times New Roman" w:hAnsi="Times New Roman" w:cs="Times New Roman"/>
                <w:color w:val="auto"/>
                <w:sz w:val="18"/>
                <w:szCs w:val="18"/>
              </w:rPr>
            </w:pPr>
            <w:r w:rsidRPr="00361570">
              <w:rPr>
                <w:rFonts w:ascii="Times New Roman" w:hAnsi="Times New Roman" w:cs="Times New Roman"/>
                <w:bCs/>
                <w:color w:val="000000"/>
                <w:sz w:val="18"/>
                <w:szCs w:val="18"/>
              </w:rPr>
              <w:t>Audio jack</w:t>
            </w:r>
          </w:p>
        </w:tc>
        <w:tc>
          <w:tcPr>
            <w:tcW w:w="4266" w:type="dxa"/>
            <w:shd w:val="clear" w:color="auto" w:fill="auto"/>
            <w:vAlign w:val="center"/>
          </w:tcPr>
          <w:p w14:paraId="601FF0D7" w14:textId="63574AD8" w:rsidR="00915A3A" w:rsidRPr="00361570" w:rsidRDefault="00915A3A" w:rsidP="00361570">
            <w:pPr>
              <w:spacing w:after="0" w:line="240" w:lineRule="auto"/>
              <w:rPr>
                <w:rFonts w:ascii="Times New Roman" w:hAnsi="Times New Roman" w:cs="Times New Roman"/>
                <w:color w:val="auto"/>
                <w:sz w:val="18"/>
                <w:szCs w:val="18"/>
              </w:rPr>
            </w:pPr>
            <w:r w:rsidRPr="00361570">
              <w:rPr>
                <w:rFonts w:ascii="Times New Roman" w:hAnsi="Times New Roman" w:cs="Times New Roman"/>
                <w:bCs/>
                <w:color w:val="000000"/>
                <w:sz w:val="18"/>
                <w:szCs w:val="18"/>
              </w:rPr>
              <w:t>Female 3.5mm 6 pins</w:t>
            </w:r>
          </w:p>
        </w:tc>
        <w:tc>
          <w:tcPr>
            <w:tcW w:w="1204" w:type="dxa"/>
            <w:shd w:val="clear" w:color="auto" w:fill="auto"/>
            <w:tcMar>
              <w:top w:w="50" w:type="dxa"/>
              <w:left w:w="50" w:type="dxa"/>
              <w:bottom w:w="50" w:type="dxa"/>
              <w:right w:w="50" w:type="dxa"/>
            </w:tcMar>
            <w:vAlign w:val="center"/>
          </w:tcPr>
          <w:p w14:paraId="4467416C" w14:textId="67732ED4" w:rsidR="00915A3A" w:rsidRPr="00361570" w:rsidRDefault="00915A3A" w:rsidP="00361570">
            <w:pPr>
              <w:spacing w:after="0" w:line="240" w:lineRule="auto"/>
              <w:rPr>
                <w:rFonts w:ascii="Times New Roman" w:hAnsi="Times New Roman" w:cs="Times New Roman"/>
                <w:color w:val="auto"/>
                <w:sz w:val="18"/>
                <w:szCs w:val="18"/>
              </w:rPr>
            </w:pPr>
            <w:r w:rsidRPr="00361570">
              <w:rPr>
                <w:rFonts w:ascii="Times New Roman" w:hAnsi="Times New Roman" w:cs="Times New Roman"/>
                <w:bCs/>
                <w:color w:val="000000"/>
                <w:sz w:val="18"/>
                <w:szCs w:val="18"/>
              </w:rPr>
              <w:t>20</w:t>
            </w:r>
          </w:p>
        </w:tc>
        <w:tc>
          <w:tcPr>
            <w:tcW w:w="959" w:type="dxa"/>
            <w:shd w:val="clear" w:color="auto" w:fill="auto"/>
            <w:tcMar>
              <w:top w:w="50" w:type="dxa"/>
              <w:left w:w="50" w:type="dxa"/>
              <w:bottom w:w="50" w:type="dxa"/>
              <w:right w:w="50" w:type="dxa"/>
            </w:tcMar>
            <w:vAlign w:val="center"/>
          </w:tcPr>
          <w:p w14:paraId="4845937E" w14:textId="0BAE1C54" w:rsidR="00915A3A" w:rsidRPr="00361570" w:rsidRDefault="00915A3A" w:rsidP="00361570">
            <w:pPr>
              <w:spacing w:after="0" w:line="240" w:lineRule="auto"/>
              <w:rPr>
                <w:rFonts w:ascii="Times New Roman" w:hAnsi="Times New Roman" w:cs="Times New Roman"/>
                <w:color w:val="auto"/>
                <w:sz w:val="18"/>
                <w:szCs w:val="18"/>
              </w:rPr>
            </w:pPr>
            <w:r w:rsidRPr="00361570">
              <w:rPr>
                <w:rFonts w:ascii="Times New Roman" w:hAnsi="Times New Roman" w:cs="Times New Roman"/>
                <w:bCs/>
                <w:color w:val="000000"/>
                <w:sz w:val="18"/>
                <w:szCs w:val="18"/>
              </w:rPr>
              <w:t>Nos</w:t>
            </w:r>
          </w:p>
        </w:tc>
      </w:tr>
      <w:tr w:rsidR="00915A3A" w:rsidRPr="00361570" w14:paraId="6C32DF50" w14:textId="77777777" w:rsidTr="00361570">
        <w:trPr>
          <w:jc w:val="center"/>
        </w:trPr>
        <w:tc>
          <w:tcPr>
            <w:tcW w:w="609" w:type="dxa"/>
            <w:shd w:val="clear" w:color="auto" w:fill="FAFAFA"/>
            <w:tcMar>
              <w:top w:w="50" w:type="dxa"/>
              <w:left w:w="50" w:type="dxa"/>
              <w:bottom w:w="50" w:type="dxa"/>
              <w:right w:w="50" w:type="dxa"/>
            </w:tcMar>
            <w:vAlign w:val="center"/>
          </w:tcPr>
          <w:p w14:paraId="401AE595" w14:textId="26DF20E7" w:rsidR="00915A3A" w:rsidRPr="00361570" w:rsidRDefault="00915A3A" w:rsidP="00361570">
            <w:pPr>
              <w:spacing w:after="0" w:line="240" w:lineRule="auto"/>
              <w:ind w:left="90"/>
              <w:jc w:val="center"/>
              <w:rPr>
                <w:rFonts w:ascii="Times New Roman" w:hAnsi="Times New Roman" w:cs="Times New Roman"/>
                <w:color w:val="auto"/>
                <w:sz w:val="18"/>
                <w:szCs w:val="18"/>
              </w:rPr>
            </w:pPr>
            <w:r w:rsidRPr="00361570">
              <w:rPr>
                <w:rFonts w:ascii="Times New Roman" w:hAnsi="Times New Roman" w:cs="Times New Roman"/>
                <w:bCs/>
                <w:color w:val="000000"/>
                <w:sz w:val="18"/>
                <w:szCs w:val="18"/>
              </w:rPr>
              <w:t>39</w:t>
            </w:r>
          </w:p>
        </w:tc>
        <w:tc>
          <w:tcPr>
            <w:tcW w:w="3703" w:type="dxa"/>
            <w:gridSpan w:val="2"/>
            <w:shd w:val="clear" w:color="auto" w:fill="auto"/>
            <w:tcMar>
              <w:top w:w="50" w:type="dxa"/>
              <w:left w:w="50" w:type="dxa"/>
              <w:bottom w:w="50" w:type="dxa"/>
              <w:right w:w="50" w:type="dxa"/>
            </w:tcMar>
            <w:vAlign w:val="center"/>
          </w:tcPr>
          <w:p w14:paraId="62E64CE9" w14:textId="58FE0EFD" w:rsidR="00915A3A" w:rsidRPr="00361570" w:rsidRDefault="00915A3A" w:rsidP="00361570">
            <w:pPr>
              <w:spacing w:after="0" w:line="240" w:lineRule="auto"/>
              <w:rPr>
                <w:rFonts w:ascii="Times New Roman" w:hAnsi="Times New Roman" w:cs="Times New Roman"/>
                <w:color w:val="auto"/>
                <w:sz w:val="18"/>
                <w:szCs w:val="18"/>
              </w:rPr>
            </w:pPr>
            <w:r w:rsidRPr="00361570">
              <w:rPr>
                <w:rFonts w:ascii="Times New Roman" w:hAnsi="Times New Roman" w:cs="Times New Roman"/>
                <w:bCs/>
                <w:color w:val="000000"/>
                <w:sz w:val="18"/>
                <w:szCs w:val="18"/>
              </w:rPr>
              <w:t xml:space="preserve"> </w:t>
            </w:r>
            <w:proofErr w:type="spellStart"/>
            <w:r w:rsidRPr="00361570">
              <w:rPr>
                <w:rFonts w:ascii="Times New Roman" w:hAnsi="Times New Roman" w:cs="Times New Roman"/>
                <w:bCs/>
                <w:color w:val="000000"/>
                <w:sz w:val="18"/>
                <w:szCs w:val="18"/>
              </w:rPr>
              <w:t>Ardino</w:t>
            </w:r>
            <w:proofErr w:type="spellEnd"/>
            <w:r w:rsidRPr="00361570">
              <w:rPr>
                <w:rFonts w:ascii="Times New Roman" w:hAnsi="Times New Roman" w:cs="Times New Roman"/>
                <w:bCs/>
                <w:color w:val="000000"/>
                <w:sz w:val="18"/>
                <w:szCs w:val="18"/>
              </w:rPr>
              <w:t xml:space="preserve"> jumper wire</w:t>
            </w:r>
          </w:p>
        </w:tc>
        <w:tc>
          <w:tcPr>
            <w:tcW w:w="4266" w:type="dxa"/>
            <w:shd w:val="clear" w:color="auto" w:fill="auto"/>
            <w:vAlign w:val="center"/>
          </w:tcPr>
          <w:p w14:paraId="382160EF" w14:textId="2591EE48" w:rsidR="00915A3A" w:rsidRPr="00361570" w:rsidRDefault="00915A3A" w:rsidP="00361570">
            <w:pPr>
              <w:spacing w:after="0" w:line="240" w:lineRule="auto"/>
              <w:rPr>
                <w:rFonts w:ascii="Times New Roman" w:hAnsi="Times New Roman" w:cs="Times New Roman"/>
                <w:color w:val="auto"/>
                <w:sz w:val="18"/>
                <w:szCs w:val="18"/>
              </w:rPr>
            </w:pPr>
            <w:r w:rsidRPr="00361570">
              <w:rPr>
                <w:rFonts w:ascii="Times New Roman" w:hAnsi="Times New Roman" w:cs="Times New Roman"/>
                <w:bCs/>
                <w:color w:val="000000"/>
                <w:sz w:val="18"/>
                <w:szCs w:val="18"/>
              </w:rPr>
              <w:t>Male to male</w:t>
            </w:r>
          </w:p>
        </w:tc>
        <w:tc>
          <w:tcPr>
            <w:tcW w:w="1204" w:type="dxa"/>
            <w:shd w:val="clear" w:color="auto" w:fill="auto"/>
            <w:tcMar>
              <w:top w:w="50" w:type="dxa"/>
              <w:left w:w="50" w:type="dxa"/>
              <w:bottom w:w="50" w:type="dxa"/>
              <w:right w:w="50" w:type="dxa"/>
            </w:tcMar>
            <w:vAlign w:val="center"/>
          </w:tcPr>
          <w:p w14:paraId="739085F1" w14:textId="48D87479" w:rsidR="00915A3A" w:rsidRPr="00361570" w:rsidRDefault="00915A3A" w:rsidP="00361570">
            <w:pPr>
              <w:spacing w:after="0" w:line="240" w:lineRule="auto"/>
              <w:rPr>
                <w:rFonts w:ascii="Times New Roman" w:hAnsi="Times New Roman" w:cs="Times New Roman"/>
                <w:color w:val="auto"/>
                <w:sz w:val="18"/>
                <w:szCs w:val="18"/>
              </w:rPr>
            </w:pPr>
            <w:r w:rsidRPr="00361570">
              <w:rPr>
                <w:rFonts w:ascii="Times New Roman" w:hAnsi="Times New Roman" w:cs="Times New Roman"/>
                <w:bCs/>
                <w:color w:val="000000"/>
                <w:sz w:val="18"/>
                <w:szCs w:val="18"/>
              </w:rPr>
              <w:t>10 strips</w:t>
            </w:r>
          </w:p>
        </w:tc>
        <w:tc>
          <w:tcPr>
            <w:tcW w:w="959" w:type="dxa"/>
            <w:shd w:val="clear" w:color="auto" w:fill="auto"/>
            <w:tcMar>
              <w:top w:w="50" w:type="dxa"/>
              <w:left w:w="50" w:type="dxa"/>
              <w:bottom w:w="50" w:type="dxa"/>
              <w:right w:w="50" w:type="dxa"/>
            </w:tcMar>
            <w:vAlign w:val="center"/>
          </w:tcPr>
          <w:p w14:paraId="0A6F5595" w14:textId="31817578" w:rsidR="00915A3A" w:rsidRPr="00361570" w:rsidRDefault="00915A3A" w:rsidP="00361570">
            <w:pPr>
              <w:spacing w:after="0" w:line="240" w:lineRule="auto"/>
              <w:rPr>
                <w:rFonts w:ascii="Times New Roman" w:hAnsi="Times New Roman" w:cs="Times New Roman"/>
                <w:color w:val="auto"/>
                <w:sz w:val="18"/>
                <w:szCs w:val="18"/>
              </w:rPr>
            </w:pPr>
            <w:r w:rsidRPr="00361570">
              <w:rPr>
                <w:rFonts w:ascii="Times New Roman" w:hAnsi="Times New Roman" w:cs="Times New Roman"/>
                <w:bCs/>
                <w:color w:val="000000"/>
                <w:sz w:val="18"/>
                <w:szCs w:val="18"/>
              </w:rPr>
              <w:t>Nos</w:t>
            </w:r>
          </w:p>
        </w:tc>
      </w:tr>
      <w:tr w:rsidR="00915A3A" w:rsidRPr="00361570" w14:paraId="656ACA39" w14:textId="77777777" w:rsidTr="00361570">
        <w:trPr>
          <w:jc w:val="center"/>
        </w:trPr>
        <w:tc>
          <w:tcPr>
            <w:tcW w:w="609" w:type="dxa"/>
            <w:shd w:val="clear" w:color="auto" w:fill="FAFAFA"/>
            <w:tcMar>
              <w:top w:w="50" w:type="dxa"/>
              <w:left w:w="50" w:type="dxa"/>
              <w:bottom w:w="50" w:type="dxa"/>
              <w:right w:w="50" w:type="dxa"/>
            </w:tcMar>
            <w:vAlign w:val="center"/>
          </w:tcPr>
          <w:p w14:paraId="7B7DC07C" w14:textId="6A6F08FC" w:rsidR="00915A3A" w:rsidRPr="00361570" w:rsidRDefault="00915A3A" w:rsidP="00361570">
            <w:pPr>
              <w:spacing w:after="0" w:line="240" w:lineRule="auto"/>
              <w:ind w:left="90"/>
              <w:jc w:val="center"/>
              <w:rPr>
                <w:rFonts w:ascii="Times New Roman" w:hAnsi="Times New Roman" w:cs="Times New Roman"/>
                <w:color w:val="auto"/>
                <w:sz w:val="18"/>
                <w:szCs w:val="18"/>
              </w:rPr>
            </w:pPr>
            <w:r w:rsidRPr="00361570">
              <w:rPr>
                <w:rFonts w:ascii="Times New Roman" w:hAnsi="Times New Roman" w:cs="Times New Roman"/>
                <w:bCs/>
                <w:color w:val="000000"/>
                <w:sz w:val="18"/>
                <w:szCs w:val="18"/>
              </w:rPr>
              <w:t>40</w:t>
            </w:r>
          </w:p>
        </w:tc>
        <w:tc>
          <w:tcPr>
            <w:tcW w:w="3703" w:type="dxa"/>
            <w:gridSpan w:val="2"/>
            <w:shd w:val="clear" w:color="auto" w:fill="auto"/>
            <w:tcMar>
              <w:top w:w="50" w:type="dxa"/>
              <w:left w:w="50" w:type="dxa"/>
              <w:bottom w:w="50" w:type="dxa"/>
              <w:right w:w="50" w:type="dxa"/>
            </w:tcMar>
            <w:vAlign w:val="center"/>
          </w:tcPr>
          <w:p w14:paraId="224E522E" w14:textId="40B89AAA" w:rsidR="00915A3A" w:rsidRPr="00361570" w:rsidRDefault="00915A3A" w:rsidP="00361570">
            <w:pPr>
              <w:spacing w:after="0" w:line="240" w:lineRule="auto"/>
              <w:rPr>
                <w:rFonts w:ascii="Times New Roman" w:hAnsi="Times New Roman" w:cs="Times New Roman"/>
                <w:color w:val="auto"/>
                <w:sz w:val="18"/>
                <w:szCs w:val="18"/>
              </w:rPr>
            </w:pPr>
            <w:proofErr w:type="spellStart"/>
            <w:r w:rsidRPr="00361570">
              <w:rPr>
                <w:rFonts w:ascii="Times New Roman" w:hAnsi="Times New Roman" w:cs="Times New Roman"/>
                <w:bCs/>
                <w:color w:val="000000"/>
                <w:sz w:val="18"/>
                <w:szCs w:val="18"/>
              </w:rPr>
              <w:t>Ardino</w:t>
            </w:r>
            <w:proofErr w:type="spellEnd"/>
            <w:r w:rsidRPr="00361570">
              <w:rPr>
                <w:rFonts w:ascii="Times New Roman" w:hAnsi="Times New Roman" w:cs="Times New Roman"/>
                <w:bCs/>
                <w:color w:val="000000"/>
                <w:sz w:val="18"/>
                <w:szCs w:val="18"/>
              </w:rPr>
              <w:t xml:space="preserve"> jumper wire</w:t>
            </w:r>
          </w:p>
        </w:tc>
        <w:tc>
          <w:tcPr>
            <w:tcW w:w="4266" w:type="dxa"/>
            <w:shd w:val="clear" w:color="auto" w:fill="auto"/>
            <w:vAlign w:val="center"/>
          </w:tcPr>
          <w:p w14:paraId="31B36F60" w14:textId="051253E9" w:rsidR="00915A3A" w:rsidRPr="00361570" w:rsidRDefault="00915A3A" w:rsidP="00361570">
            <w:pPr>
              <w:spacing w:after="0" w:line="240" w:lineRule="auto"/>
              <w:rPr>
                <w:rFonts w:ascii="Times New Roman" w:hAnsi="Times New Roman" w:cs="Times New Roman"/>
                <w:color w:val="auto"/>
                <w:sz w:val="18"/>
                <w:szCs w:val="18"/>
              </w:rPr>
            </w:pPr>
            <w:r w:rsidRPr="00361570">
              <w:rPr>
                <w:rFonts w:ascii="Times New Roman" w:hAnsi="Times New Roman" w:cs="Times New Roman"/>
                <w:bCs/>
                <w:color w:val="000000"/>
                <w:sz w:val="18"/>
                <w:szCs w:val="18"/>
              </w:rPr>
              <w:t>Male to female</w:t>
            </w:r>
          </w:p>
        </w:tc>
        <w:tc>
          <w:tcPr>
            <w:tcW w:w="1204" w:type="dxa"/>
            <w:shd w:val="clear" w:color="auto" w:fill="auto"/>
            <w:tcMar>
              <w:top w:w="50" w:type="dxa"/>
              <w:left w:w="50" w:type="dxa"/>
              <w:bottom w:w="50" w:type="dxa"/>
              <w:right w:w="50" w:type="dxa"/>
            </w:tcMar>
            <w:vAlign w:val="center"/>
          </w:tcPr>
          <w:p w14:paraId="4BC48659" w14:textId="32F930A8" w:rsidR="00915A3A" w:rsidRPr="00361570" w:rsidRDefault="00915A3A" w:rsidP="00361570">
            <w:pPr>
              <w:spacing w:after="0" w:line="240" w:lineRule="auto"/>
              <w:rPr>
                <w:rFonts w:ascii="Times New Roman" w:hAnsi="Times New Roman" w:cs="Times New Roman"/>
                <w:color w:val="auto"/>
                <w:sz w:val="18"/>
                <w:szCs w:val="18"/>
              </w:rPr>
            </w:pPr>
            <w:r w:rsidRPr="00361570">
              <w:rPr>
                <w:rFonts w:ascii="Times New Roman" w:hAnsi="Times New Roman" w:cs="Times New Roman"/>
                <w:bCs/>
                <w:color w:val="000000"/>
                <w:sz w:val="18"/>
                <w:szCs w:val="18"/>
              </w:rPr>
              <w:t>10 strips</w:t>
            </w:r>
          </w:p>
        </w:tc>
        <w:tc>
          <w:tcPr>
            <w:tcW w:w="959" w:type="dxa"/>
            <w:shd w:val="clear" w:color="auto" w:fill="auto"/>
            <w:tcMar>
              <w:top w:w="50" w:type="dxa"/>
              <w:left w:w="50" w:type="dxa"/>
              <w:bottom w:w="50" w:type="dxa"/>
              <w:right w:w="50" w:type="dxa"/>
            </w:tcMar>
            <w:vAlign w:val="center"/>
          </w:tcPr>
          <w:p w14:paraId="4D62E151" w14:textId="4E8443DA" w:rsidR="00915A3A" w:rsidRPr="00361570" w:rsidRDefault="00915A3A" w:rsidP="00361570">
            <w:pPr>
              <w:spacing w:after="0" w:line="240" w:lineRule="auto"/>
              <w:rPr>
                <w:rFonts w:ascii="Times New Roman" w:hAnsi="Times New Roman" w:cs="Times New Roman"/>
                <w:color w:val="auto"/>
                <w:sz w:val="18"/>
                <w:szCs w:val="18"/>
              </w:rPr>
            </w:pPr>
            <w:r w:rsidRPr="00361570">
              <w:rPr>
                <w:rFonts w:ascii="Times New Roman" w:hAnsi="Times New Roman" w:cs="Times New Roman"/>
                <w:bCs/>
                <w:color w:val="000000"/>
                <w:sz w:val="18"/>
                <w:szCs w:val="18"/>
              </w:rPr>
              <w:t>Nos</w:t>
            </w:r>
          </w:p>
        </w:tc>
      </w:tr>
      <w:tr w:rsidR="00915A3A" w:rsidRPr="00361570" w14:paraId="33684E24" w14:textId="77777777" w:rsidTr="00361570">
        <w:trPr>
          <w:jc w:val="center"/>
        </w:trPr>
        <w:tc>
          <w:tcPr>
            <w:tcW w:w="609" w:type="dxa"/>
            <w:shd w:val="clear" w:color="auto" w:fill="FAFAFA"/>
            <w:tcMar>
              <w:top w:w="50" w:type="dxa"/>
              <w:left w:w="50" w:type="dxa"/>
              <w:bottom w:w="50" w:type="dxa"/>
              <w:right w:w="50" w:type="dxa"/>
            </w:tcMar>
            <w:vAlign w:val="center"/>
          </w:tcPr>
          <w:p w14:paraId="7156A189" w14:textId="2B29D78E" w:rsidR="00915A3A" w:rsidRPr="00361570" w:rsidRDefault="00915A3A" w:rsidP="00361570">
            <w:pPr>
              <w:spacing w:after="0" w:line="240" w:lineRule="auto"/>
              <w:ind w:left="90"/>
              <w:jc w:val="center"/>
              <w:rPr>
                <w:rFonts w:ascii="Times New Roman" w:hAnsi="Times New Roman" w:cs="Times New Roman"/>
                <w:color w:val="auto"/>
                <w:sz w:val="18"/>
                <w:szCs w:val="18"/>
              </w:rPr>
            </w:pPr>
            <w:r w:rsidRPr="00361570">
              <w:rPr>
                <w:rFonts w:ascii="Times New Roman" w:hAnsi="Times New Roman" w:cs="Times New Roman"/>
                <w:bCs/>
                <w:color w:val="000000"/>
                <w:sz w:val="18"/>
                <w:szCs w:val="18"/>
              </w:rPr>
              <w:t>41</w:t>
            </w:r>
          </w:p>
        </w:tc>
        <w:tc>
          <w:tcPr>
            <w:tcW w:w="3703" w:type="dxa"/>
            <w:gridSpan w:val="2"/>
            <w:shd w:val="clear" w:color="auto" w:fill="auto"/>
            <w:tcMar>
              <w:top w:w="50" w:type="dxa"/>
              <w:left w:w="50" w:type="dxa"/>
              <w:bottom w:w="50" w:type="dxa"/>
              <w:right w:w="50" w:type="dxa"/>
            </w:tcMar>
            <w:vAlign w:val="center"/>
          </w:tcPr>
          <w:p w14:paraId="2380026D" w14:textId="7F3F281E" w:rsidR="00915A3A" w:rsidRPr="00361570" w:rsidRDefault="00915A3A" w:rsidP="00361570">
            <w:pPr>
              <w:spacing w:after="0" w:line="240" w:lineRule="auto"/>
              <w:rPr>
                <w:rFonts w:ascii="Times New Roman" w:hAnsi="Times New Roman" w:cs="Times New Roman"/>
                <w:color w:val="auto"/>
                <w:sz w:val="18"/>
                <w:szCs w:val="18"/>
              </w:rPr>
            </w:pPr>
            <w:proofErr w:type="spellStart"/>
            <w:r w:rsidRPr="00361570">
              <w:rPr>
                <w:rFonts w:ascii="Times New Roman" w:hAnsi="Times New Roman" w:cs="Times New Roman"/>
                <w:bCs/>
                <w:color w:val="000000"/>
                <w:sz w:val="18"/>
                <w:szCs w:val="18"/>
              </w:rPr>
              <w:t>Ardino</w:t>
            </w:r>
            <w:proofErr w:type="spellEnd"/>
            <w:r w:rsidRPr="00361570">
              <w:rPr>
                <w:rFonts w:ascii="Times New Roman" w:hAnsi="Times New Roman" w:cs="Times New Roman"/>
                <w:bCs/>
                <w:color w:val="000000"/>
                <w:sz w:val="18"/>
                <w:szCs w:val="18"/>
              </w:rPr>
              <w:t xml:space="preserve"> jumper wire</w:t>
            </w:r>
          </w:p>
        </w:tc>
        <w:tc>
          <w:tcPr>
            <w:tcW w:w="4266" w:type="dxa"/>
            <w:shd w:val="clear" w:color="auto" w:fill="auto"/>
            <w:vAlign w:val="center"/>
          </w:tcPr>
          <w:p w14:paraId="00E9DA9B" w14:textId="34F2F651" w:rsidR="00915A3A" w:rsidRPr="00361570" w:rsidRDefault="00915A3A" w:rsidP="00361570">
            <w:pPr>
              <w:spacing w:after="0" w:line="240" w:lineRule="auto"/>
              <w:rPr>
                <w:rFonts w:ascii="Times New Roman" w:hAnsi="Times New Roman" w:cs="Times New Roman"/>
                <w:color w:val="auto"/>
                <w:sz w:val="18"/>
                <w:szCs w:val="18"/>
              </w:rPr>
            </w:pPr>
            <w:r w:rsidRPr="00361570">
              <w:rPr>
                <w:rFonts w:ascii="Times New Roman" w:hAnsi="Times New Roman" w:cs="Times New Roman"/>
                <w:bCs/>
                <w:color w:val="000000"/>
                <w:sz w:val="18"/>
                <w:szCs w:val="18"/>
              </w:rPr>
              <w:t>female to female</w:t>
            </w:r>
          </w:p>
        </w:tc>
        <w:tc>
          <w:tcPr>
            <w:tcW w:w="1204" w:type="dxa"/>
            <w:shd w:val="clear" w:color="auto" w:fill="auto"/>
            <w:tcMar>
              <w:top w:w="50" w:type="dxa"/>
              <w:left w:w="50" w:type="dxa"/>
              <w:bottom w:w="50" w:type="dxa"/>
              <w:right w:w="50" w:type="dxa"/>
            </w:tcMar>
            <w:vAlign w:val="center"/>
          </w:tcPr>
          <w:p w14:paraId="267418F8" w14:textId="1CCC69AF" w:rsidR="00915A3A" w:rsidRPr="00361570" w:rsidRDefault="00915A3A" w:rsidP="00361570">
            <w:pPr>
              <w:spacing w:after="0" w:line="240" w:lineRule="auto"/>
              <w:rPr>
                <w:rFonts w:ascii="Times New Roman" w:hAnsi="Times New Roman" w:cs="Times New Roman"/>
                <w:color w:val="auto"/>
                <w:sz w:val="18"/>
                <w:szCs w:val="18"/>
              </w:rPr>
            </w:pPr>
            <w:r w:rsidRPr="00361570">
              <w:rPr>
                <w:rFonts w:ascii="Times New Roman" w:hAnsi="Times New Roman" w:cs="Times New Roman"/>
                <w:bCs/>
                <w:color w:val="000000"/>
                <w:sz w:val="18"/>
                <w:szCs w:val="18"/>
              </w:rPr>
              <w:t>10 strips</w:t>
            </w:r>
          </w:p>
        </w:tc>
        <w:tc>
          <w:tcPr>
            <w:tcW w:w="959" w:type="dxa"/>
            <w:shd w:val="clear" w:color="auto" w:fill="auto"/>
            <w:tcMar>
              <w:top w:w="50" w:type="dxa"/>
              <w:left w:w="50" w:type="dxa"/>
              <w:bottom w:w="50" w:type="dxa"/>
              <w:right w:w="50" w:type="dxa"/>
            </w:tcMar>
            <w:vAlign w:val="center"/>
          </w:tcPr>
          <w:p w14:paraId="4EEE9F76" w14:textId="432BD212" w:rsidR="00915A3A" w:rsidRPr="00361570" w:rsidRDefault="00915A3A" w:rsidP="00361570">
            <w:pPr>
              <w:spacing w:after="0" w:line="240" w:lineRule="auto"/>
              <w:rPr>
                <w:rFonts w:ascii="Times New Roman" w:hAnsi="Times New Roman" w:cs="Times New Roman"/>
                <w:color w:val="auto"/>
                <w:sz w:val="18"/>
                <w:szCs w:val="18"/>
              </w:rPr>
            </w:pPr>
            <w:r w:rsidRPr="00361570">
              <w:rPr>
                <w:rFonts w:ascii="Times New Roman" w:hAnsi="Times New Roman" w:cs="Times New Roman"/>
                <w:bCs/>
                <w:color w:val="000000"/>
                <w:sz w:val="18"/>
                <w:szCs w:val="18"/>
              </w:rPr>
              <w:t>Nos</w:t>
            </w:r>
          </w:p>
        </w:tc>
      </w:tr>
      <w:tr w:rsidR="00915A3A" w:rsidRPr="00361570" w14:paraId="3D5F785D" w14:textId="77777777" w:rsidTr="00361570">
        <w:trPr>
          <w:jc w:val="center"/>
        </w:trPr>
        <w:tc>
          <w:tcPr>
            <w:tcW w:w="609" w:type="dxa"/>
            <w:shd w:val="clear" w:color="auto" w:fill="FAFAFA"/>
            <w:tcMar>
              <w:top w:w="50" w:type="dxa"/>
              <w:left w:w="50" w:type="dxa"/>
              <w:bottom w:w="50" w:type="dxa"/>
              <w:right w:w="50" w:type="dxa"/>
            </w:tcMar>
            <w:vAlign w:val="center"/>
          </w:tcPr>
          <w:p w14:paraId="7347363C" w14:textId="67E05F29" w:rsidR="00915A3A" w:rsidRPr="00361570" w:rsidRDefault="00915A3A" w:rsidP="00361570">
            <w:pPr>
              <w:spacing w:after="0" w:line="240" w:lineRule="auto"/>
              <w:ind w:left="90"/>
              <w:jc w:val="center"/>
              <w:rPr>
                <w:rFonts w:ascii="Times New Roman" w:hAnsi="Times New Roman" w:cs="Times New Roman"/>
                <w:color w:val="auto"/>
                <w:sz w:val="18"/>
                <w:szCs w:val="18"/>
              </w:rPr>
            </w:pPr>
            <w:r w:rsidRPr="00361570">
              <w:rPr>
                <w:rFonts w:ascii="Times New Roman" w:hAnsi="Times New Roman" w:cs="Times New Roman"/>
                <w:bCs/>
                <w:color w:val="000000"/>
                <w:sz w:val="18"/>
                <w:szCs w:val="18"/>
              </w:rPr>
              <w:t>42</w:t>
            </w:r>
          </w:p>
        </w:tc>
        <w:tc>
          <w:tcPr>
            <w:tcW w:w="3703" w:type="dxa"/>
            <w:gridSpan w:val="2"/>
            <w:shd w:val="clear" w:color="auto" w:fill="auto"/>
            <w:tcMar>
              <w:top w:w="50" w:type="dxa"/>
              <w:left w:w="50" w:type="dxa"/>
              <w:bottom w:w="50" w:type="dxa"/>
              <w:right w:w="50" w:type="dxa"/>
            </w:tcMar>
            <w:vAlign w:val="center"/>
          </w:tcPr>
          <w:p w14:paraId="0DF890EA" w14:textId="25AF8AA7" w:rsidR="00915A3A" w:rsidRPr="00361570" w:rsidRDefault="00915A3A" w:rsidP="00361570">
            <w:pPr>
              <w:spacing w:after="0" w:line="240" w:lineRule="auto"/>
              <w:rPr>
                <w:rFonts w:ascii="Times New Roman" w:hAnsi="Times New Roman" w:cs="Times New Roman"/>
                <w:color w:val="auto"/>
                <w:sz w:val="18"/>
                <w:szCs w:val="18"/>
              </w:rPr>
            </w:pPr>
            <w:r w:rsidRPr="00361570">
              <w:rPr>
                <w:rFonts w:ascii="Times New Roman" w:hAnsi="Times New Roman" w:cs="Times New Roman"/>
                <w:bCs/>
                <w:color w:val="000000"/>
                <w:sz w:val="18"/>
                <w:szCs w:val="18"/>
              </w:rPr>
              <w:t>Ultrasonic sensor</w:t>
            </w:r>
          </w:p>
        </w:tc>
        <w:tc>
          <w:tcPr>
            <w:tcW w:w="4266" w:type="dxa"/>
            <w:shd w:val="clear" w:color="auto" w:fill="auto"/>
            <w:vAlign w:val="center"/>
          </w:tcPr>
          <w:p w14:paraId="13DC10E4" w14:textId="5A66EB94" w:rsidR="00915A3A" w:rsidRPr="00361570" w:rsidRDefault="00915A3A" w:rsidP="00361570">
            <w:pPr>
              <w:spacing w:after="0" w:line="240" w:lineRule="auto"/>
              <w:rPr>
                <w:rFonts w:ascii="Times New Roman" w:hAnsi="Times New Roman" w:cs="Times New Roman"/>
                <w:color w:val="auto"/>
                <w:sz w:val="18"/>
                <w:szCs w:val="18"/>
              </w:rPr>
            </w:pPr>
            <w:r w:rsidRPr="00361570">
              <w:rPr>
                <w:rFonts w:ascii="Times New Roman" w:hAnsi="Times New Roman" w:cs="Times New Roman"/>
                <w:bCs/>
                <w:color w:val="000000"/>
                <w:sz w:val="18"/>
                <w:szCs w:val="18"/>
              </w:rPr>
              <w:t>--</w:t>
            </w:r>
          </w:p>
        </w:tc>
        <w:tc>
          <w:tcPr>
            <w:tcW w:w="1204" w:type="dxa"/>
            <w:shd w:val="clear" w:color="auto" w:fill="auto"/>
            <w:tcMar>
              <w:top w:w="50" w:type="dxa"/>
              <w:left w:w="50" w:type="dxa"/>
              <w:bottom w:w="50" w:type="dxa"/>
              <w:right w:w="50" w:type="dxa"/>
            </w:tcMar>
            <w:vAlign w:val="center"/>
          </w:tcPr>
          <w:p w14:paraId="7C80B0EC" w14:textId="68FF3171" w:rsidR="00915A3A" w:rsidRPr="00361570" w:rsidRDefault="00915A3A" w:rsidP="00361570">
            <w:pPr>
              <w:spacing w:after="0" w:line="240" w:lineRule="auto"/>
              <w:rPr>
                <w:rFonts w:ascii="Times New Roman" w:hAnsi="Times New Roman" w:cs="Times New Roman"/>
                <w:color w:val="auto"/>
                <w:sz w:val="18"/>
                <w:szCs w:val="18"/>
              </w:rPr>
            </w:pPr>
            <w:r w:rsidRPr="00361570">
              <w:rPr>
                <w:rFonts w:ascii="Times New Roman" w:hAnsi="Times New Roman" w:cs="Times New Roman"/>
                <w:bCs/>
                <w:color w:val="000000"/>
                <w:sz w:val="18"/>
                <w:szCs w:val="18"/>
              </w:rPr>
              <w:t>10</w:t>
            </w:r>
          </w:p>
        </w:tc>
        <w:tc>
          <w:tcPr>
            <w:tcW w:w="959" w:type="dxa"/>
            <w:shd w:val="clear" w:color="auto" w:fill="auto"/>
            <w:tcMar>
              <w:top w:w="50" w:type="dxa"/>
              <w:left w:w="50" w:type="dxa"/>
              <w:bottom w:w="50" w:type="dxa"/>
              <w:right w:w="50" w:type="dxa"/>
            </w:tcMar>
            <w:vAlign w:val="center"/>
          </w:tcPr>
          <w:p w14:paraId="7010537B" w14:textId="0326C825" w:rsidR="00915A3A" w:rsidRPr="00361570" w:rsidRDefault="00915A3A" w:rsidP="00361570">
            <w:pPr>
              <w:spacing w:after="0" w:line="240" w:lineRule="auto"/>
              <w:rPr>
                <w:rFonts w:ascii="Times New Roman" w:hAnsi="Times New Roman" w:cs="Times New Roman"/>
                <w:color w:val="auto"/>
                <w:sz w:val="18"/>
                <w:szCs w:val="18"/>
              </w:rPr>
            </w:pPr>
            <w:r w:rsidRPr="00361570">
              <w:rPr>
                <w:rFonts w:ascii="Times New Roman" w:hAnsi="Times New Roman" w:cs="Times New Roman"/>
                <w:bCs/>
                <w:color w:val="000000"/>
                <w:sz w:val="18"/>
                <w:szCs w:val="18"/>
              </w:rPr>
              <w:t>Nos</w:t>
            </w:r>
          </w:p>
        </w:tc>
      </w:tr>
      <w:tr w:rsidR="00915A3A" w:rsidRPr="00361570" w14:paraId="129EB498" w14:textId="77777777" w:rsidTr="00361570">
        <w:trPr>
          <w:jc w:val="center"/>
        </w:trPr>
        <w:tc>
          <w:tcPr>
            <w:tcW w:w="609" w:type="dxa"/>
            <w:shd w:val="clear" w:color="auto" w:fill="FAFAFA"/>
            <w:tcMar>
              <w:top w:w="50" w:type="dxa"/>
              <w:left w:w="50" w:type="dxa"/>
              <w:bottom w:w="50" w:type="dxa"/>
              <w:right w:w="50" w:type="dxa"/>
            </w:tcMar>
            <w:vAlign w:val="center"/>
          </w:tcPr>
          <w:p w14:paraId="10585C0F" w14:textId="39686E79" w:rsidR="00915A3A" w:rsidRPr="00361570" w:rsidRDefault="00915A3A" w:rsidP="00361570">
            <w:pPr>
              <w:spacing w:after="0" w:line="240" w:lineRule="auto"/>
              <w:ind w:left="90"/>
              <w:jc w:val="center"/>
              <w:rPr>
                <w:rFonts w:ascii="Times New Roman" w:hAnsi="Times New Roman" w:cs="Times New Roman"/>
                <w:color w:val="auto"/>
                <w:sz w:val="18"/>
                <w:szCs w:val="18"/>
              </w:rPr>
            </w:pPr>
            <w:r w:rsidRPr="00361570">
              <w:rPr>
                <w:rFonts w:ascii="Times New Roman" w:hAnsi="Times New Roman" w:cs="Times New Roman"/>
                <w:bCs/>
                <w:color w:val="000000"/>
                <w:sz w:val="18"/>
                <w:szCs w:val="18"/>
              </w:rPr>
              <w:t>43</w:t>
            </w:r>
          </w:p>
        </w:tc>
        <w:tc>
          <w:tcPr>
            <w:tcW w:w="3703" w:type="dxa"/>
            <w:gridSpan w:val="2"/>
            <w:shd w:val="clear" w:color="auto" w:fill="auto"/>
            <w:tcMar>
              <w:top w:w="50" w:type="dxa"/>
              <w:left w:w="50" w:type="dxa"/>
              <w:bottom w:w="50" w:type="dxa"/>
              <w:right w:w="50" w:type="dxa"/>
            </w:tcMar>
            <w:vAlign w:val="center"/>
          </w:tcPr>
          <w:p w14:paraId="28D07555" w14:textId="7662EC66" w:rsidR="00915A3A" w:rsidRPr="00361570" w:rsidRDefault="00915A3A" w:rsidP="00361570">
            <w:pPr>
              <w:spacing w:after="0" w:line="240" w:lineRule="auto"/>
              <w:rPr>
                <w:rFonts w:ascii="Times New Roman" w:hAnsi="Times New Roman" w:cs="Times New Roman"/>
                <w:color w:val="auto"/>
                <w:sz w:val="18"/>
                <w:szCs w:val="18"/>
              </w:rPr>
            </w:pPr>
            <w:r w:rsidRPr="00361570">
              <w:rPr>
                <w:rFonts w:ascii="Times New Roman" w:hAnsi="Times New Roman" w:cs="Times New Roman"/>
                <w:bCs/>
                <w:color w:val="000000"/>
                <w:sz w:val="18"/>
                <w:szCs w:val="18"/>
              </w:rPr>
              <w:t xml:space="preserve">ECG modules </w:t>
            </w:r>
          </w:p>
        </w:tc>
        <w:tc>
          <w:tcPr>
            <w:tcW w:w="4266" w:type="dxa"/>
            <w:shd w:val="clear" w:color="auto" w:fill="auto"/>
            <w:vAlign w:val="center"/>
          </w:tcPr>
          <w:p w14:paraId="6031F519" w14:textId="4C13FA18" w:rsidR="00915A3A" w:rsidRPr="00361570" w:rsidRDefault="00915A3A" w:rsidP="00361570">
            <w:pPr>
              <w:spacing w:after="0" w:line="240" w:lineRule="auto"/>
              <w:rPr>
                <w:rFonts w:ascii="Times New Roman" w:hAnsi="Times New Roman" w:cs="Times New Roman"/>
                <w:color w:val="auto"/>
                <w:sz w:val="18"/>
                <w:szCs w:val="18"/>
              </w:rPr>
            </w:pPr>
            <w:r w:rsidRPr="00361570">
              <w:rPr>
                <w:rFonts w:ascii="Times New Roman" w:hAnsi="Times New Roman" w:cs="Times New Roman"/>
                <w:bCs/>
                <w:color w:val="000000"/>
                <w:sz w:val="18"/>
                <w:szCs w:val="18"/>
              </w:rPr>
              <w:t>MAX 30003 WING</w:t>
            </w:r>
          </w:p>
        </w:tc>
        <w:tc>
          <w:tcPr>
            <w:tcW w:w="1204" w:type="dxa"/>
            <w:shd w:val="clear" w:color="auto" w:fill="auto"/>
            <w:tcMar>
              <w:top w:w="50" w:type="dxa"/>
              <w:left w:w="50" w:type="dxa"/>
              <w:bottom w:w="50" w:type="dxa"/>
              <w:right w:w="50" w:type="dxa"/>
            </w:tcMar>
            <w:vAlign w:val="center"/>
          </w:tcPr>
          <w:p w14:paraId="7794BB43" w14:textId="2118B836" w:rsidR="00915A3A" w:rsidRPr="00361570" w:rsidRDefault="00915A3A" w:rsidP="00361570">
            <w:pPr>
              <w:spacing w:after="0" w:line="240" w:lineRule="auto"/>
              <w:rPr>
                <w:rFonts w:ascii="Times New Roman" w:hAnsi="Times New Roman" w:cs="Times New Roman"/>
                <w:color w:val="auto"/>
                <w:sz w:val="18"/>
                <w:szCs w:val="18"/>
              </w:rPr>
            </w:pPr>
            <w:r w:rsidRPr="00361570">
              <w:rPr>
                <w:rFonts w:ascii="Times New Roman" w:hAnsi="Times New Roman" w:cs="Times New Roman"/>
                <w:bCs/>
                <w:color w:val="000000"/>
                <w:sz w:val="18"/>
                <w:szCs w:val="18"/>
              </w:rPr>
              <w:t>15</w:t>
            </w:r>
          </w:p>
        </w:tc>
        <w:tc>
          <w:tcPr>
            <w:tcW w:w="959" w:type="dxa"/>
            <w:shd w:val="clear" w:color="auto" w:fill="auto"/>
            <w:tcMar>
              <w:top w:w="50" w:type="dxa"/>
              <w:left w:w="50" w:type="dxa"/>
              <w:bottom w:w="50" w:type="dxa"/>
              <w:right w:w="50" w:type="dxa"/>
            </w:tcMar>
            <w:vAlign w:val="center"/>
          </w:tcPr>
          <w:p w14:paraId="1FE0EADC" w14:textId="01D8F17C" w:rsidR="00915A3A" w:rsidRPr="00361570" w:rsidRDefault="00915A3A" w:rsidP="00361570">
            <w:pPr>
              <w:spacing w:after="0" w:line="240" w:lineRule="auto"/>
              <w:rPr>
                <w:rFonts w:ascii="Times New Roman" w:hAnsi="Times New Roman" w:cs="Times New Roman"/>
                <w:color w:val="auto"/>
                <w:sz w:val="18"/>
                <w:szCs w:val="18"/>
              </w:rPr>
            </w:pPr>
            <w:r w:rsidRPr="00361570">
              <w:rPr>
                <w:rFonts w:ascii="Times New Roman" w:hAnsi="Times New Roman" w:cs="Times New Roman"/>
                <w:bCs/>
                <w:color w:val="000000"/>
                <w:sz w:val="18"/>
                <w:szCs w:val="18"/>
              </w:rPr>
              <w:t>Nos</w:t>
            </w:r>
          </w:p>
        </w:tc>
      </w:tr>
      <w:tr w:rsidR="00915A3A" w:rsidRPr="00361570" w14:paraId="4C66F46F" w14:textId="77777777" w:rsidTr="00361570">
        <w:trPr>
          <w:jc w:val="center"/>
        </w:trPr>
        <w:tc>
          <w:tcPr>
            <w:tcW w:w="609" w:type="dxa"/>
            <w:shd w:val="clear" w:color="auto" w:fill="FAFAFA"/>
            <w:tcMar>
              <w:top w:w="50" w:type="dxa"/>
              <w:left w:w="50" w:type="dxa"/>
              <w:bottom w:w="50" w:type="dxa"/>
              <w:right w:w="50" w:type="dxa"/>
            </w:tcMar>
            <w:vAlign w:val="center"/>
          </w:tcPr>
          <w:p w14:paraId="51BB3633" w14:textId="356E3A12" w:rsidR="00915A3A" w:rsidRPr="00361570" w:rsidRDefault="00915A3A" w:rsidP="00361570">
            <w:pPr>
              <w:spacing w:after="0" w:line="240" w:lineRule="auto"/>
              <w:ind w:left="90"/>
              <w:jc w:val="center"/>
              <w:rPr>
                <w:rFonts w:ascii="Times New Roman" w:hAnsi="Times New Roman" w:cs="Times New Roman"/>
                <w:color w:val="auto"/>
                <w:sz w:val="18"/>
                <w:szCs w:val="18"/>
              </w:rPr>
            </w:pPr>
            <w:r w:rsidRPr="00361570">
              <w:rPr>
                <w:rFonts w:ascii="Times New Roman" w:hAnsi="Times New Roman" w:cs="Times New Roman"/>
                <w:bCs/>
                <w:color w:val="000000"/>
                <w:sz w:val="18"/>
                <w:szCs w:val="18"/>
              </w:rPr>
              <w:t>44</w:t>
            </w:r>
          </w:p>
        </w:tc>
        <w:tc>
          <w:tcPr>
            <w:tcW w:w="3703" w:type="dxa"/>
            <w:gridSpan w:val="2"/>
            <w:shd w:val="clear" w:color="auto" w:fill="auto"/>
            <w:tcMar>
              <w:top w:w="50" w:type="dxa"/>
              <w:left w:w="50" w:type="dxa"/>
              <w:bottom w:w="50" w:type="dxa"/>
              <w:right w:w="50" w:type="dxa"/>
            </w:tcMar>
            <w:vAlign w:val="center"/>
          </w:tcPr>
          <w:p w14:paraId="161B22AA" w14:textId="60B685BA" w:rsidR="00915A3A" w:rsidRPr="00361570" w:rsidRDefault="00915A3A" w:rsidP="00361570">
            <w:pPr>
              <w:spacing w:after="0" w:line="240" w:lineRule="auto"/>
              <w:rPr>
                <w:rFonts w:ascii="Times New Roman" w:hAnsi="Times New Roman" w:cs="Times New Roman"/>
                <w:color w:val="auto"/>
                <w:sz w:val="18"/>
                <w:szCs w:val="18"/>
              </w:rPr>
            </w:pPr>
            <w:r w:rsidRPr="00361570">
              <w:rPr>
                <w:rFonts w:ascii="Times New Roman" w:hAnsi="Times New Roman" w:cs="Times New Roman"/>
                <w:bCs/>
                <w:color w:val="000000"/>
                <w:sz w:val="18"/>
                <w:szCs w:val="18"/>
              </w:rPr>
              <w:t>Controller (Dev module)</w:t>
            </w:r>
          </w:p>
        </w:tc>
        <w:tc>
          <w:tcPr>
            <w:tcW w:w="4266" w:type="dxa"/>
            <w:shd w:val="clear" w:color="auto" w:fill="auto"/>
            <w:vAlign w:val="center"/>
          </w:tcPr>
          <w:p w14:paraId="2A0D88F5" w14:textId="55350B75" w:rsidR="00915A3A" w:rsidRPr="00361570" w:rsidRDefault="00915A3A" w:rsidP="00361570">
            <w:pPr>
              <w:spacing w:after="0" w:line="240" w:lineRule="auto"/>
              <w:rPr>
                <w:rFonts w:ascii="Times New Roman" w:hAnsi="Times New Roman" w:cs="Times New Roman"/>
                <w:color w:val="auto"/>
                <w:sz w:val="18"/>
                <w:szCs w:val="18"/>
              </w:rPr>
            </w:pPr>
            <w:r w:rsidRPr="00361570">
              <w:rPr>
                <w:rFonts w:ascii="Times New Roman" w:hAnsi="Times New Roman" w:cs="Times New Roman"/>
                <w:bCs/>
                <w:color w:val="000000"/>
                <w:sz w:val="18"/>
                <w:szCs w:val="18"/>
              </w:rPr>
              <w:t>ESP-32</w:t>
            </w:r>
          </w:p>
        </w:tc>
        <w:tc>
          <w:tcPr>
            <w:tcW w:w="1204" w:type="dxa"/>
            <w:shd w:val="clear" w:color="auto" w:fill="auto"/>
            <w:tcMar>
              <w:top w:w="50" w:type="dxa"/>
              <w:left w:w="50" w:type="dxa"/>
              <w:bottom w:w="50" w:type="dxa"/>
              <w:right w:w="50" w:type="dxa"/>
            </w:tcMar>
            <w:vAlign w:val="center"/>
          </w:tcPr>
          <w:p w14:paraId="644BF77E" w14:textId="4C5FA245" w:rsidR="00915A3A" w:rsidRPr="00361570" w:rsidRDefault="00915A3A" w:rsidP="00361570">
            <w:pPr>
              <w:spacing w:after="0" w:line="240" w:lineRule="auto"/>
              <w:rPr>
                <w:rFonts w:ascii="Times New Roman" w:hAnsi="Times New Roman" w:cs="Times New Roman"/>
                <w:color w:val="auto"/>
                <w:sz w:val="18"/>
                <w:szCs w:val="18"/>
              </w:rPr>
            </w:pPr>
            <w:r w:rsidRPr="00361570">
              <w:rPr>
                <w:rFonts w:ascii="Times New Roman" w:hAnsi="Times New Roman" w:cs="Times New Roman"/>
                <w:bCs/>
                <w:color w:val="000000"/>
                <w:sz w:val="18"/>
                <w:szCs w:val="18"/>
              </w:rPr>
              <w:t>10</w:t>
            </w:r>
          </w:p>
        </w:tc>
        <w:tc>
          <w:tcPr>
            <w:tcW w:w="959" w:type="dxa"/>
            <w:shd w:val="clear" w:color="auto" w:fill="auto"/>
            <w:tcMar>
              <w:top w:w="50" w:type="dxa"/>
              <w:left w:w="50" w:type="dxa"/>
              <w:bottom w:w="50" w:type="dxa"/>
              <w:right w:w="50" w:type="dxa"/>
            </w:tcMar>
            <w:vAlign w:val="center"/>
          </w:tcPr>
          <w:p w14:paraId="51628A78" w14:textId="7AB4E4CF" w:rsidR="00915A3A" w:rsidRPr="00361570" w:rsidRDefault="00915A3A" w:rsidP="00361570">
            <w:pPr>
              <w:spacing w:after="0" w:line="240" w:lineRule="auto"/>
              <w:rPr>
                <w:rFonts w:ascii="Times New Roman" w:hAnsi="Times New Roman" w:cs="Times New Roman"/>
                <w:color w:val="auto"/>
                <w:sz w:val="18"/>
                <w:szCs w:val="18"/>
              </w:rPr>
            </w:pPr>
            <w:r w:rsidRPr="00361570">
              <w:rPr>
                <w:rFonts w:ascii="Times New Roman" w:hAnsi="Times New Roman" w:cs="Times New Roman"/>
                <w:bCs/>
                <w:color w:val="000000"/>
                <w:sz w:val="18"/>
                <w:szCs w:val="18"/>
              </w:rPr>
              <w:t>Nos</w:t>
            </w:r>
          </w:p>
        </w:tc>
      </w:tr>
      <w:tr w:rsidR="00915A3A" w:rsidRPr="00361570" w14:paraId="35FAA196" w14:textId="77777777" w:rsidTr="00361570">
        <w:trPr>
          <w:jc w:val="center"/>
        </w:trPr>
        <w:tc>
          <w:tcPr>
            <w:tcW w:w="609" w:type="dxa"/>
            <w:shd w:val="clear" w:color="auto" w:fill="FAFAFA"/>
            <w:tcMar>
              <w:top w:w="50" w:type="dxa"/>
              <w:left w:w="50" w:type="dxa"/>
              <w:bottom w:w="50" w:type="dxa"/>
              <w:right w:w="50" w:type="dxa"/>
            </w:tcMar>
            <w:vAlign w:val="center"/>
          </w:tcPr>
          <w:p w14:paraId="1A1C11FE" w14:textId="6F056E01" w:rsidR="00915A3A" w:rsidRPr="00361570" w:rsidRDefault="00915A3A" w:rsidP="00361570">
            <w:pPr>
              <w:spacing w:after="0" w:line="240" w:lineRule="auto"/>
              <w:ind w:left="90"/>
              <w:jc w:val="center"/>
              <w:rPr>
                <w:rFonts w:ascii="Times New Roman" w:hAnsi="Times New Roman" w:cs="Times New Roman"/>
                <w:color w:val="auto"/>
                <w:sz w:val="18"/>
                <w:szCs w:val="18"/>
              </w:rPr>
            </w:pPr>
            <w:r w:rsidRPr="00361570">
              <w:rPr>
                <w:rFonts w:ascii="Times New Roman" w:hAnsi="Times New Roman" w:cs="Times New Roman"/>
                <w:bCs/>
                <w:color w:val="000000"/>
                <w:sz w:val="18"/>
                <w:szCs w:val="18"/>
              </w:rPr>
              <w:t>45</w:t>
            </w:r>
          </w:p>
        </w:tc>
        <w:tc>
          <w:tcPr>
            <w:tcW w:w="3703" w:type="dxa"/>
            <w:gridSpan w:val="2"/>
            <w:shd w:val="clear" w:color="auto" w:fill="auto"/>
            <w:tcMar>
              <w:top w:w="50" w:type="dxa"/>
              <w:left w:w="50" w:type="dxa"/>
              <w:bottom w:w="50" w:type="dxa"/>
              <w:right w:w="50" w:type="dxa"/>
            </w:tcMar>
            <w:vAlign w:val="center"/>
          </w:tcPr>
          <w:p w14:paraId="41EAEA4E" w14:textId="3E5A08C9" w:rsidR="00915A3A" w:rsidRPr="00361570" w:rsidRDefault="00915A3A" w:rsidP="00361570">
            <w:pPr>
              <w:spacing w:after="0" w:line="240" w:lineRule="auto"/>
              <w:rPr>
                <w:rFonts w:ascii="Times New Roman" w:hAnsi="Times New Roman" w:cs="Times New Roman"/>
                <w:color w:val="auto"/>
                <w:sz w:val="18"/>
                <w:szCs w:val="18"/>
              </w:rPr>
            </w:pPr>
            <w:r w:rsidRPr="00361570">
              <w:rPr>
                <w:rFonts w:ascii="Times New Roman" w:hAnsi="Times New Roman" w:cs="Times New Roman"/>
                <w:bCs/>
                <w:color w:val="000000"/>
                <w:sz w:val="18"/>
                <w:szCs w:val="18"/>
              </w:rPr>
              <w:t>Male header Single row</w:t>
            </w:r>
          </w:p>
        </w:tc>
        <w:tc>
          <w:tcPr>
            <w:tcW w:w="4266" w:type="dxa"/>
            <w:shd w:val="clear" w:color="auto" w:fill="auto"/>
            <w:vAlign w:val="center"/>
          </w:tcPr>
          <w:p w14:paraId="6C2B928B" w14:textId="1F0FDA91" w:rsidR="00915A3A" w:rsidRPr="00361570" w:rsidRDefault="00915A3A" w:rsidP="00361570">
            <w:pPr>
              <w:spacing w:after="0" w:line="240" w:lineRule="auto"/>
              <w:rPr>
                <w:rFonts w:ascii="Times New Roman" w:hAnsi="Times New Roman" w:cs="Times New Roman"/>
                <w:color w:val="auto"/>
                <w:sz w:val="18"/>
                <w:szCs w:val="18"/>
              </w:rPr>
            </w:pPr>
            <w:r w:rsidRPr="00361570">
              <w:rPr>
                <w:rFonts w:ascii="Times New Roman" w:hAnsi="Times New Roman" w:cs="Times New Roman"/>
                <w:bCs/>
                <w:color w:val="000000"/>
                <w:sz w:val="18"/>
                <w:szCs w:val="18"/>
              </w:rPr>
              <w:t>--</w:t>
            </w:r>
          </w:p>
        </w:tc>
        <w:tc>
          <w:tcPr>
            <w:tcW w:w="1204" w:type="dxa"/>
            <w:shd w:val="clear" w:color="auto" w:fill="auto"/>
            <w:tcMar>
              <w:top w:w="50" w:type="dxa"/>
              <w:left w:w="50" w:type="dxa"/>
              <w:bottom w:w="50" w:type="dxa"/>
              <w:right w:w="50" w:type="dxa"/>
            </w:tcMar>
            <w:vAlign w:val="center"/>
          </w:tcPr>
          <w:p w14:paraId="5EA1C106" w14:textId="0BE102D1" w:rsidR="00915A3A" w:rsidRPr="00361570" w:rsidRDefault="00915A3A" w:rsidP="00361570">
            <w:pPr>
              <w:spacing w:after="0" w:line="240" w:lineRule="auto"/>
              <w:rPr>
                <w:rFonts w:ascii="Times New Roman" w:hAnsi="Times New Roman" w:cs="Times New Roman"/>
                <w:color w:val="auto"/>
                <w:sz w:val="18"/>
                <w:szCs w:val="18"/>
              </w:rPr>
            </w:pPr>
            <w:r w:rsidRPr="00361570">
              <w:rPr>
                <w:rFonts w:ascii="Times New Roman" w:hAnsi="Times New Roman" w:cs="Times New Roman"/>
                <w:bCs/>
                <w:color w:val="000000"/>
                <w:sz w:val="18"/>
                <w:szCs w:val="18"/>
              </w:rPr>
              <w:t>20</w:t>
            </w:r>
          </w:p>
        </w:tc>
        <w:tc>
          <w:tcPr>
            <w:tcW w:w="959" w:type="dxa"/>
            <w:shd w:val="clear" w:color="auto" w:fill="auto"/>
            <w:tcMar>
              <w:top w:w="50" w:type="dxa"/>
              <w:left w:w="50" w:type="dxa"/>
              <w:bottom w:w="50" w:type="dxa"/>
              <w:right w:w="50" w:type="dxa"/>
            </w:tcMar>
            <w:vAlign w:val="center"/>
          </w:tcPr>
          <w:p w14:paraId="7E76FDFC" w14:textId="08BAC3F9" w:rsidR="00915A3A" w:rsidRPr="00361570" w:rsidRDefault="00915A3A" w:rsidP="00361570">
            <w:pPr>
              <w:spacing w:after="0" w:line="240" w:lineRule="auto"/>
              <w:rPr>
                <w:rFonts w:ascii="Times New Roman" w:hAnsi="Times New Roman" w:cs="Times New Roman"/>
                <w:color w:val="auto"/>
                <w:sz w:val="18"/>
                <w:szCs w:val="18"/>
              </w:rPr>
            </w:pPr>
            <w:r w:rsidRPr="00361570">
              <w:rPr>
                <w:rFonts w:ascii="Times New Roman" w:hAnsi="Times New Roman" w:cs="Times New Roman"/>
                <w:bCs/>
                <w:color w:val="000000"/>
                <w:sz w:val="18"/>
                <w:szCs w:val="18"/>
              </w:rPr>
              <w:t>Nos</w:t>
            </w:r>
          </w:p>
        </w:tc>
      </w:tr>
      <w:tr w:rsidR="00915A3A" w:rsidRPr="00361570" w14:paraId="5E330552" w14:textId="77777777" w:rsidTr="00361570">
        <w:trPr>
          <w:jc w:val="center"/>
        </w:trPr>
        <w:tc>
          <w:tcPr>
            <w:tcW w:w="609" w:type="dxa"/>
            <w:shd w:val="clear" w:color="auto" w:fill="FAFAFA"/>
            <w:tcMar>
              <w:top w:w="50" w:type="dxa"/>
              <w:left w:w="50" w:type="dxa"/>
              <w:bottom w:w="50" w:type="dxa"/>
              <w:right w:w="50" w:type="dxa"/>
            </w:tcMar>
            <w:vAlign w:val="center"/>
          </w:tcPr>
          <w:p w14:paraId="7820E9F2" w14:textId="3E40B475" w:rsidR="00915A3A" w:rsidRPr="00361570" w:rsidRDefault="00915A3A" w:rsidP="00361570">
            <w:pPr>
              <w:spacing w:after="0" w:line="240" w:lineRule="auto"/>
              <w:ind w:left="90"/>
              <w:jc w:val="center"/>
              <w:rPr>
                <w:rFonts w:ascii="Times New Roman" w:hAnsi="Times New Roman" w:cs="Times New Roman"/>
                <w:color w:val="auto"/>
                <w:sz w:val="18"/>
                <w:szCs w:val="18"/>
              </w:rPr>
            </w:pPr>
            <w:r w:rsidRPr="00361570">
              <w:rPr>
                <w:rFonts w:ascii="Times New Roman" w:hAnsi="Times New Roman" w:cs="Times New Roman"/>
                <w:bCs/>
                <w:color w:val="000000"/>
                <w:sz w:val="18"/>
                <w:szCs w:val="18"/>
              </w:rPr>
              <w:t>46</w:t>
            </w:r>
          </w:p>
        </w:tc>
        <w:tc>
          <w:tcPr>
            <w:tcW w:w="3703" w:type="dxa"/>
            <w:gridSpan w:val="2"/>
            <w:shd w:val="clear" w:color="auto" w:fill="auto"/>
            <w:tcMar>
              <w:top w:w="50" w:type="dxa"/>
              <w:left w:w="50" w:type="dxa"/>
              <w:bottom w:w="50" w:type="dxa"/>
              <w:right w:w="50" w:type="dxa"/>
            </w:tcMar>
            <w:vAlign w:val="center"/>
          </w:tcPr>
          <w:p w14:paraId="21BBE7D8" w14:textId="5357C6CB" w:rsidR="00915A3A" w:rsidRPr="00361570" w:rsidRDefault="00915A3A" w:rsidP="00361570">
            <w:pPr>
              <w:spacing w:after="0" w:line="240" w:lineRule="auto"/>
              <w:rPr>
                <w:rFonts w:ascii="Times New Roman" w:hAnsi="Times New Roman" w:cs="Times New Roman"/>
                <w:color w:val="auto"/>
                <w:sz w:val="18"/>
                <w:szCs w:val="18"/>
              </w:rPr>
            </w:pPr>
            <w:r w:rsidRPr="00361570">
              <w:rPr>
                <w:rFonts w:ascii="Times New Roman" w:hAnsi="Times New Roman" w:cs="Times New Roman"/>
                <w:bCs/>
                <w:color w:val="000000"/>
                <w:sz w:val="18"/>
                <w:szCs w:val="18"/>
              </w:rPr>
              <w:t>Android cable Micro</w:t>
            </w:r>
          </w:p>
        </w:tc>
        <w:tc>
          <w:tcPr>
            <w:tcW w:w="4266" w:type="dxa"/>
            <w:shd w:val="clear" w:color="auto" w:fill="auto"/>
            <w:vAlign w:val="center"/>
          </w:tcPr>
          <w:p w14:paraId="40BA17EB" w14:textId="69722EDD" w:rsidR="00915A3A" w:rsidRPr="00361570" w:rsidRDefault="00915A3A" w:rsidP="00361570">
            <w:pPr>
              <w:spacing w:after="0" w:line="240" w:lineRule="auto"/>
              <w:rPr>
                <w:rFonts w:ascii="Times New Roman" w:hAnsi="Times New Roman" w:cs="Times New Roman"/>
                <w:color w:val="auto"/>
                <w:sz w:val="18"/>
                <w:szCs w:val="18"/>
              </w:rPr>
            </w:pPr>
            <w:r w:rsidRPr="00361570">
              <w:rPr>
                <w:rFonts w:ascii="Times New Roman" w:hAnsi="Times New Roman" w:cs="Times New Roman"/>
                <w:bCs/>
                <w:color w:val="000000"/>
                <w:sz w:val="18"/>
                <w:szCs w:val="18"/>
              </w:rPr>
              <w:t>8600 for data transfer</w:t>
            </w:r>
          </w:p>
        </w:tc>
        <w:tc>
          <w:tcPr>
            <w:tcW w:w="1204" w:type="dxa"/>
            <w:shd w:val="clear" w:color="auto" w:fill="auto"/>
            <w:tcMar>
              <w:top w:w="50" w:type="dxa"/>
              <w:left w:w="50" w:type="dxa"/>
              <w:bottom w:w="50" w:type="dxa"/>
              <w:right w:w="50" w:type="dxa"/>
            </w:tcMar>
            <w:vAlign w:val="center"/>
          </w:tcPr>
          <w:p w14:paraId="3E347307" w14:textId="5235C5EB" w:rsidR="00915A3A" w:rsidRPr="00361570" w:rsidRDefault="00915A3A" w:rsidP="00361570">
            <w:pPr>
              <w:spacing w:after="0" w:line="240" w:lineRule="auto"/>
              <w:rPr>
                <w:rFonts w:ascii="Times New Roman" w:hAnsi="Times New Roman" w:cs="Times New Roman"/>
                <w:color w:val="auto"/>
                <w:sz w:val="18"/>
                <w:szCs w:val="18"/>
              </w:rPr>
            </w:pPr>
            <w:r w:rsidRPr="00361570">
              <w:rPr>
                <w:rFonts w:ascii="Times New Roman" w:hAnsi="Times New Roman" w:cs="Times New Roman"/>
                <w:bCs/>
                <w:color w:val="000000"/>
                <w:sz w:val="18"/>
                <w:szCs w:val="18"/>
              </w:rPr>
              <w:t>10</w:t>
            </w:r>
          </w:p>
        </w:tc>
        <w:tc>
          <w:tcPr>
            <w:tcW w:w="959" w:type="dxa"/>
            <w:shd w:val="clear" w:color="auto" w:fill="auto"/>
            <w:tcMar>
              <w:top w:w="50" w:type="dxa"/>
              <w:left w:w="50" w:type="dxa"/>
              <w:bottom w:w="50" w:type="dxa"/>
              <w:right w:w="50" w:type="dxa"/>
            </w:tcMar>
            <w:vAlign w:val="center"/>
          </w:tcPr>
          <w:p w14:paraId="7D2DB984" w14:textId="7FFCCD24" w:rsidR="00915A3A" w:rsidRPr="00361570" w:rsidRDefault="00915A3A" w:rsidP="00361570">
            <w:pPr>
              <w:spacing w:after="0" w:line="240" w:lineRule="auto"/>
              <w:rPr>
                <w:rFonts w:ascii="Times New Roman" w:hAnsi="Times New Roman" w:cs="Times New Roman"/>
                <w:color w:val="auto"/>
                <w:sz w:val="18"/>
                <w:szCs w:val="18"/>
              </w:rPr>
            </w:pPr>
            <w:r w:rsidRPr="00361570">
              <w:rPr>
                <w:rFonts w:ascii="Times New Roman" w:hAnsi="Times New Roman" w:cs="Times New Roman"/>
                <w:bCs/>
                <w:color w:val="000000"/>
                <w:sz w:val="18"/>
                <w:szCs w:val="18"/>
              </w:rPr>
              <w:t>Nos</w:t>
            </w:r>
          </w:p>
        </w:tc>
      </w:tr>
      <w:tr w:rsidR="00915A3A" w:rsidRPr="00361570" w14:paraId="6B9D3FAD" w14:textId="77777777" w:rsidTr="00361570">
        <w:trPr>
          <w:jc w:val="center"/>
        </w:trPr>
        <w:tc>
          <w:tcPr>
            <w:tcW w:w="609" w:type="dxa"/>
            <w:shd w:val="clear" w:color="auto" w:fill="FAFAFA"/>
            <w:tcMar>
              <w:top w:w="50" w:type="dxa"/>
              <w:left w:w="50" w:type="dxa"/>
              <w:bottom w:w="50" w:type="dxa"/>
              <w:right w:w="50" w:type="dxa"/>
            </w:tcMar>
            <w:vAlign w:val="center"/>
          </w:tcPr>
          <w:p w14:paraId="7D7B7ACF" w14:textId="5C7CBB4F" w:rsidR="00915A3A" w:rsidRPr="00361570" w:rsidRDefault="00915A3A" w:rsidP="00361570">
            <w:pPr>
              <w:spacing w:after="0" w:line="240" w:lineRule="auto"/>
              <w:ind w:left="90"/>
              <w:jc w:val="center"/>
              <w:rPr>
                <w:rFonts w:ascii="Times New Roman" w:hAnsi="Times New Roman" w:cs="Times New Roman"/>
                <w:color w:val="auto"/>
                <w:sz w:val="18"/>
                <w:szCs w:val="18"/>
              </w:rPr>
            </w:pPr>
            <w:r w:rsidRPr="00361570">
              <w:rPr>
                <w:rFonts w:ascii="Times New Roman" w:hAnsi="Times New Roman" w:cs="Times New Roman"/>
                <w:bCs/>
                <w:color w:val="000000"/>
                <w:sz w:val="18"/>
                <w:szCs w:val="18"/>
              </w:rPr>
              <w:t>47</w:t>
            </w:r>
          </w:p>
        </w:tc>
        <w:tc>
          <w:tcPr>
            <w:tcW w:w="3703" w:type="dxa"/>
            <w:gridSpan w:val="2"/>
            <w:shd w:val="clear" w:color="auto" w:fill="auto"/>
            <w:tcMar>
              <w:top w:w="50" w:type="dxa"/>
              <w:left w:w="50" w:type="dxa"/>
              <w:bottom w:w="50" w:type="dxa"/>
              <w:right w:w="50" w:type="dxa"/>
            </w:tcMar>
            <w:vAlign w:val="center"/>
          </w:tcPr>
          <w:p w14:paraId="05235D7A" w14:textId="382ABC89" w:rsidR="00915A3A" w:rsidRPr="00361570" w:rsidRDefault="00915A3A" w:rsidP="00361570">
            <w:pPr>
              <w:spacing w:after="0" w:line="240" w:lineRule="auto"/>
              <w:rPr>
                <w:rFonts w:ascii="Times New Roman" w:hAnsi="Times New Roman" w:cs="Times New Roman"/>
                <w:color w:val="auto"/>
                <w:sz w:val="18"/>
                <w:szCs w:val="18"/>
              </w:rPr>
            </w:pPr>
            <w:r w:rsidRPr="00361570">
              <w:rPr>
                <w:rFonts w:ascii="Times New Roman" w:hAnsi="Times New Roman" w:cs="Times New Roman"/>
                <w:bCs/>
                <w:color w:val="000000"/>
                <w:sz w:val="18"/>
                <w:szCs w:val="18"/>
              </w:rPr>
              <w:t>Variable resistor</w:t>
            </w:r>
          </w:p>
        </w:tc>
        <w:tc>
          <w:tcPr>
            <w:tcW w:w="4266" w:type="dxa"/>
            <w:shd w:val="clear" w:color="auto" w:fill="auto"/>
            <w:vAlign w:val="center"/>
          </w:tcPr>
          <w:p w14:paraId="38C5B19D" w14:textId="5A8FB0C1" w:rsidR="00915A3A" w:rsidRPr="00361570" w:rsidRDefault="00915A3A" w:rsidP="00361570">
            <w:pPr>
              <w:spacing w:after="0" w:line="240" w:lineRule="auto"/>
              <w:rPr>
                <w:rFonts w:ascii="Times New Roman" w:hAnsi="Times New Roman" w:cs="Times New Roman"/>
                <w:color w:val="auto"/>
                <w:sz w:val="18"/>
                <w:szCs w:val="18"/>
              </w:rPr>
            </w:pPr>
            <w:r w:rsidRPr="00361570">
              <w:rPr>
                <w:rFonts w:ascii="Times New Roman" w:hAnsi="Times New Roman" w:cs="Times New Roman"/>
                <w:bCs/>
                <w:color w:val="000000"/>
                <w:sz w:val="18"/>
                <w:szCs w:val="18"/>
              </w:rPr>
              <w:t>10k</w:t>
            </w:r>
          </w:p>
        </w:tc>
        <w:tc>
          <w:tcPr>
            <w:tcW w:w="1204" w:type="dxa"/>
            <w:shd w:val="clear" w:color="auto" w:fill="auto"/>
            <w:tcMar>
              <w:top w:w="50" w:type="dxa"/>
              <w:left w:w="50" w:type="dxa"/>
              <w:bottom w:w="50" w:type="dxa"/>
              <w:right w:w="50" w:type="dxa"/>
            </w:tcMar>
            <w:vAlign w:val="center"/>
          </w:tcPr>
          <w:p w14:paraId="133BB8E4" w14:textId="73F6B8D6" w:rsidR="00915A3A" w:rsidRPr="00361570" w:rsidRDefault="00915A3A" w:rsidP="00361570">
            <w:pPr>
              <w:spacing w:after="0" w:line="240" w:lineRule="auto"/>
              <w:rPr>
                <w:rFonts w:ascii="Times New Roman" w:hAnsi="Times New Roman" w:cs="Times New Roman"/>
                <w:color w:val="auto"/>
                <w:sz w:val="18"/>
                <w:szCs w:val="18"/>
              </w:rPr>
            </w:pPr>
            <w:r w:rsidRPr="00361570">
              <w:rPr>
                <w:rFonts w:ascii="Times New Roman" w:hAnsi="Times New Roman" w:cs="Times New Roman"/>
                <w:bCs/>
                <w:color w:val="000000"/>
                <w:sz w:val="18"/>
                <w:szCs w:val="18"/>
              </w:rPr>
              <w:t>50</w:t>
            </w:r>
          </w:p>
        </w:tc>
        <w:tc>
          <w:tcPr>
            <w:tcW w:w="959" w:type="dxa"/>
            <w:shd w:val="clear" w:color="auto" w:fill="auto"/>
            <w:tcMar>
              <w:top w:w="50" w:type="dxa"/>
              <w:left w:w="50" w:type="dxa"/>
              <w:bottom w:w="50" w:type="dxa"/>
              <w:right w:w="50" w:type="dxa"/>
            </w:tcMar>
            <w:vAlign w:val="center"/>
          </w:tcPr>
          <w:p w14:paraId="7530C908" w14:textId="2056EC4B" w:rsidR="00915A3A" w:rsidRPr="00361570" w:rsidRDefault="00915A3A" w:rsidP="00361570">
            <w:pPr>
              <w:spacing w:after="0" w:line="240" w:lineRule="auto"/>
              <w:rPr>
                <w:rFonts w:ascii="Times New Roman" w:hAnsi="Times New Roman" w:cs="Times New Roman"/>
                <w:color w:val="auto"/>
                <w:sz w:val="18"/>
                <w:szCs w:val="18"/>
              </w:rPr>
            </w:pPr>
            <w:r w:rsidRPr="00361570">
              <w:rPr>
                <w:rFonts w:ascii="Times New Roman" w:hAnsi="Times New Roman" w:cs="Times New Roman"/>
                <w:bCs/>
                <w:color w:val="000000"/>
                <w:sz w:val="18"/>
                <w:szCs w:val="18"/>
              </w:rPr>
              <w:t>Nos</w:t>
            </w:r>
          </w:p>
        </w:tc>
      </w:tr>
      <w:tr w:rsidR="00915A3A" w:rsidRPr="00361570" w14:paraId="2A07331C" w14:textId="77777777" w:rsidTr="00361570">
        <w:trPr>
          <w:jc w:val="center"/>
        </w:trPr>
        <w:tc>
          <w:tcPr>
            <w:tcW w:w="609" w:type="dxa"/>
            <w:shd w:val="clear" w:color="auto" w:fill="FAFAFA"/>
            <w:tcMar>
              <w:top w:w="50" w:type="dxa"/>
              <w:left w:w="50" w:type="dxa"/>
              <w:bottom w:w="50" w:type="dxa"/>
              <w:right w:w="50" w:type="dxa"/>
            </w:tcMar>
            <w:vAlign w:val="center"/>
          </w:tcPr>
          <w:p w14:paraId="5DEB56D5" w14:textId="557CC5E9" w:rsidR="00915A3A" w:rsidRPr="00361570" w:rsidRDefault="00915A3A" w:rsidP="00361570">
            <w:pPr>
              <w:spacing w:after="0" w:line="240" w:lineRule="auto"/>
              <w:ind w:left="90"/>
              <w:jc w:val="center"/>
              <w:rPr>
                <w:rFonts w:ascii="Times New Roman" w:hAnsi="Times New Roman" w:cs="Times New Roman"/>
                <w:color w:val="auto"/>
                <w:sz w:val="18"/>
                <w:szCs w:val="18"/>
              </w:rPr>
            </w:pPr>
            <w:r w:rsidRPr="00361570">
              <w:rPr>
                <w:rFonts w:ascii="Times New Roman" w:hAnsi="Times New Roman" w:cs="Times New Roman"/>
                <w:bCs/>
                <w:color w:val="000000"/>
                <w:sz w:val="18"/>
                <w:szCs w:val="18"/>
              </w:rPr>
              <w:t>48</w:t>
            </w:r>
          </w:p>
        </w:tc>
        <w:tc>
          <w:tcPr>
            <w:tcW w:w="3703" w:type="dxa"/>
            <w:gridSpan w:val="2"/>
            <w:shd w:val="clear" w:color="auto" w:fill="auto"/>
            <w:tcMar>
              <w:top w:w="50" w:type="dxa"/>
              <w:left w:w="50" w:type="dxa"/>
              <w:bottom w:w="50" w:type="dxa"/>
              <w:right w:w="50" w:type="dxa"/>
            </w:tcMar>
            <w:vAlign w:val="center"/>
          </w:tcPr>
          <w:p w14:paraId="286F11FB" w14:textId="2EC167C4" w:rsidR="00915A3A" w:rsidRPr="00361570" w:rsidRDefault="00915A3A" w:rsidP="00361570">
            <w:pPr>
              <w:spacing w:after="0" w:line="240" w:lineRule="auto"/>
              <w:rPr>
                <w:rFonts w:ascii="Times New Roman" w:hAnsi="Times New Roman" w:cs="Times New Roman"/>
                <w:color w:val="auto"/>
                <w:sz w:val="18"/>
                <w:szCs w:val="18"/>
              </w:rPr>
            </w:pPr>
            <w:r w:rsidRPr="00361570">
              <w:rPr>
                <w:rFonts w:ascii="Times New Roman" w:hAnsi="Times New Roman" w:cs="Times New Roman"/>
                <w:bCs/>
                <w:color w:val="000000"/>
                <w:sz w:val="18"/>
                <w:szCs w:val="18"/>
              </w:rPr>
              <w:t>Wall clock cell</w:t>
            </w:r>
          </w:p>
        </w:tc>
        <w:tc>
          <w:tcPr>
            <w:tcW w:w="4266" w:type="dxa"/>
            <w:shd w:val="clear" w:color="auto" w:fill="auto"/>
            <w:vAlign w:val="center"/>
          </w:tcPr>
          <w:p w14:paraId="4811938A" w14:textId="4CB6A82A" w:rsidR="00915A3A" w:rsidRPr="00361570" w:rsidRDefault="00915A3A" w:rsidP="00361570">
            <w:pPr>
              <w:spacing w:after="0" w:line="240" w:lineRule="auto"/>
              <w:rPr>
                <w:rFonts w:ascii="Times New Roman" w:hAnsi="Times New Roman" w:cs="Times New Roman"/>
                <w:color w:val="auto"/>
                <w:sz w:val="18"/>
                <w:szCs w:val="18"/>
              </w:rPr>
            </w:pPr>
            <w:r w:rsidRPr="00361570">
              <w:rPr>
                <w:rFonts w:ascii="Times New Roman" w:hAnsi="Times New Roman" w:cs="Times New Roman"/>
                <w:bCs/>
                <w:color w:val="000000"/>
                <w:sz w:val="18"/>
                <w:szCs w:val="18"/>
              </w:rPr>
              <w:t>Power plus</w:t>
            </w:r>
          </w:p>
        </w:tc>
        <w:tc>
          <w:tcPr>
            <w:tcW w:w="1204" w:type="dxa"/>
            <w:shd w:val="clear" w:color="auto" w:fill="auto"/>
            <w:tcMar>
              <w:top w:w="50" w:type="dxa"/>
              <w:left w:w="50" w:type="dxa"/>
              <w:bottom w:w="50" w:type="dxa"/>
              <w:right w:w="50" w:type="dxa"/>
            </w:tcMar>
            <w:vAlign w:val="center"/>
          </w:tcPr>
          <w:p w14:paraId="6555E84D" w14:textId="5B1DDC3B" w:rsidR="00915A3A" w:rsidRPr="00361570" w:rsidRDefault="00915A3A" w:rsidP="00361570">
            <w:pPr>
              <w:spacing w:after="0" w:line="240" w:lineRule="auto"/>
              <w:rPr>
                <w:rFonts w:ascii="Times New Roman" w:hAnsi="Times New Roman" w:cs="Times New Roman"/>
                <w:color w:val="auto"/>
                <w:sz w:val="18"/>
                <w:szCs w:val="18"/>
              </w:rPr>
            </w:pPr>
            <w:r w:rsidRPr="00361570">
              <w:rPr>
                <w:rFonts w:ascii="Times New Roman" w:hAnsi="Times New Roman" w:cs="Times New Roman"/>
                <w:bCs/>
                <w:color w:val="000000"/>
                <w:sz w:val="18"/>
                <w:szCs w:val="18"/>
              </w:rPr>
              <w:t>20</w:t>
            </w:r>
          </w:p>
        </w:tc>
        <w:tc>
          <w:tcPr>
            <w:tcW w:w="959" w:type="dxa"/>
            <w:shd w:val="clear" w:color="auto" w:fill="auto"/>
            <w:tcMar>
              <w:top w:w="50" w:type="dxa"/>
              <w:left w:w="50" w:type="dxa"/>
              <w:bottom w:w="50" w:type="dxa"/>
              <w:right w:w="50" w:type="dxa"/>
            </w:tcMar>
            <w:vAlign w:val="center"/>
          </w:tcPr>
          <w:p w14:paraId="2BBDC3A4" w14:textId="41B3C9CB" w:rsidR="00915A3A" w:rsidRPr="00361570" w:rsidRDefault="00915A3A" w:rsidP="00361570">
            <w:pPr>
              <w:spacing w:after="0" w:line="240" w:lineRule="auto"/>
              <w:rPr>
                <w:rFonts w:ascii="Times New Roman" w:hAnsi="Times New Roman" w:cs="Times New Roman"/>
                <w:color w:val="auto"/>
                <w:sz w:val="18"/>
                <w:szCs w:val="18"/>
              </w:rPr>
            </w:pPr>
            <w:r w:rsidRPr="00361570">
              <w:rPr>
                <w:rFonts w:ascii="Times New Roman" w:hAnsi="Times New Roman" w:cs="Times New Roman"/>
                <w:bCs/>
                <w:color w:val="000000"/>
                <w:sz w:val="18"/>
                <w:szCs w:val="18"/>
              </w:rPr>
              <w:t>Nos</w:t>
            </w:r>
          </w:p>
        </w:tc>
      </w:tr>
      <w:tr w:rsidR="00915A3A" w:rsidRPr="00361570" w14:paraId="06B4475B" w14:textId="77777777" w:rsidTr="00361570">
        <w:trPr>
          <w:jc w:val="center"/>
        </w:trPr>
        <w:tc>
          <w:tcPr>
            <w:tcW w:w="609" w:type="dxa"/>
            <w:shd w:val="clear" w:color="auto" w:fill="FAFAFA"/>
            <w:tcMar>
              <w:top w:w="50" w:type="dxa"/>
              <w:left w:w="50" w:type="dxa"/>
              <w:bottom w:w="50" w:type="dxa"/>
              <w:right w:w="50" w:type="dxa"/>
            </w:tcMar>
            <w:vAlign w:val="center"/>
          </w:tcPr>
          <w:p w14:paraId="7B04C5CF" w14:textId="165E248F" w:rsidR="00915A3A" w:rsidRPr="00361570" w:rsidRDefault="00915A3A" w:rsidP="00361570">
            <w:pPr>
              <w:spacing w:after="0" w:line="240" w:lineRule="auto"/>
              <w:ind w:left="90"/>
              <w:jc w:val="center"/>
              <w:rPr>
                <w:rFonts w:ascii="Times New Roman" w:hAnsi="Times New Roman" w:cs="Times New Roman"/>
                <w:color w:val="auto"/>
                <w:sz w:val="18"/>
                <w:szCs w:val="18"/>
              </w:rPr>
            </w:pPr>
            <w:r w:rsidRPr="00361570">
              <w:rPr>
                <w:rFonts w:ascii="Times New Roman" w:hAnsi="Times New Roman" w:cs="Times New Roman"/>
                <w:bCs/>
                <w:color w:val="000000"/>
                <w:sz w:val="18"/>
                <w:szCs w:val="18"/>
              </w:rPr>
              <w:t>49</w:t>
            </w:r>
          </w:p>
        </w:tc>
        <w:tc>
          <w:tcPr>
            <w:tcW w:w="3703" w:type="dxa"/>
            <w:gridSpan w:val="2"/>
            <w:shd w:val="clear" w:color="auto" w:fill="auto"/>
            <w:tcMar>
              <w:top w:w="50" w:type="dxa"/>
              <w:left w:w="50" w:type="dxa"/>
              <w:bottom w:w="50" w:type="dxa"/>
              <w:right w:w="50" w:type="dxa"/>
            </w:tcMar>
            <w:vAlign w:val="center"/>
          </w:tcPr>
          <w:p w14:paraId="012589E5" w14:textId="34AD387F" w:rsidR="00915A3A" w:rsidRPr="00361570" w:rsidRDefault="00915A3A" w:rsidP="00361570">
            <w:pPr>
              <w:spacing w:after="0" w:line="240" w:lineRule="auto"/>
              <w:rPr>
                <w:rFonts w:ascii="Times New Roman" w:hAnsi="Times New Roman" w:cs="Times New Roman"/>
                <w:color w:val="auto"/>
                <w:sz w:val="18"/>
                <w:szCs w:val="18"/>
              </w:rPr>
            </w:pPr>
            <w:r w:rsidRPr="00361570">
              <w:rPr>
                <w:rFonts w:ascii="Times New Roman" w:hAnsi="Times New Roman" w:cs="Times New Roman"/>
                <w:bCs/>
                <w:color w:val="000000"/>
                <w:sz w:val="18"/>
                <w:szCs w:val="18"/>
              </w:rPr>
              <w:t>DMM battery</w:t>
            </w:r>
          </w:p>
        </w:tc>
        <w:tc>
          <w:tcPr>
            <w:tcW w:w="4266" w:type="dxa"/>
            <w:shd w:val="clear" w:color="auto" w:fill="auto"/>
            <w:vAlign w:val="center"/>
          </w:tcPr>
          <w:p w14:paraId="1827B4B1" w14:textId="745D42F7" w:rsidR="00915A3A" w:rsidRPr="00361570" w:rsidRDefault="00915A3A" w:rsidP="00361570">
            <w:pPr>
              <w:spacing w:after="0" w:line="240" w:lineRule="auto"/>
              <w:rPr>
                <w:rFonts w:ascii="Times New Roman" w:hAnsi="Times New Roman" w:cs="Times New Roman"/>
                <w:color w:val="auto"/>
                <w:sz w:val="18"/>
                <w:szCs w:val="18"/>
              </w:rPr>
            </w:pPr>
            <w:r w:rsidRPr="00361570">
              <w:rPr>
                <w:rFonts w:ascii="Times New Roman" w:hAnsi="Times New Roman" w:cs="Times New Roman"/>
                <w:bCs/>
                <w:color w:val="000000"/>
                <w:sz w:val="18"/>
                <w:szCs w:val="18"/>
              </w:rPr>
              <w:t>9v power plus</w:t>
            </w:r>
          </w:p>
        </w:tc>
        <w:tc>
          <w:tcPr>
            <w:tcW w:w="1204" w:type="dxa"/>
            <w:shd w:val="clear" w:color="auto" w:fill="auto"/>
            <w:tcMar>
              <w:top w:w="50" w:type="dxa"/>
              <w:left w:w="50" w:type="dxa"/>
              <w:bottom w:w="50" w:type="dxa"/>
              <w:right w:w="50" w:type="dxa"/>
            </w:tcMar>
            <w:vAlign w:val="center"/>
          </w:tcPr>
          <w:p w14:paraId="464B9B01" w14:textId="3DC23972" w:rsidR="00915A3A" w:rsidRPr="00361570" w:rsidRDefault="009B61EC" w:rsidP="00361570">
            <w:pPr>
              <w:spacing w:after="0" w:line="240" w:lineRule="auto"/>
              <w:rPr>
                <w:rFonts w:ascii="Times New Roman" w:hAnsi="Times New Roman" w:cs="Times New Roman"/>
                <w:color w:val="auto"/>
                <w:sz w:val="18"/>
                <w:szCs w:val="18"/>
              </w:rPr>
            </w:pPr>
            <w:r>
              <w:rPr>
                <w:rFonts w:ascii="Times New Roman" w:hAnsi="Times New Roman" w:cs="Times New Roman"/>
                <w:bCs/>
                <w:color w:val="000000"/>
                <w:sz w:val="18"/>
                <w:szCs w:val="18"/>
              </w:rPr>
              <w:t>40</w:t>
            </w:r>
          </w:p>
        </w:tc>
        <w:tc>
          <w:tcPr>
            <w:tcW w:w="959" w:type="dxa"/>
            <w:shd w:val="clear" w:color="auto" w:fill="auto"/>
            <w:tcMar>
              <w:top w:w="50" w:type="dxa"/>
              <w:left w:w="50" w:type="dxa"/>
              <w:bottom w:w="50" w:type="dxa"/>
              <w:right w:w="50" w:type="dxa"/>
            </w:tcMar>
            <w:vAlign w:val="center"/>
          </w:tcPr>
          <w:p w14:paraId="5D865D40" w14:textId="295154B4" w:rsidR="00915A3A" w:rsidRPr="00361570" w:rsidRDefault="00915A3A" w:rsidP="00361570">
            <w:pPr>
              <w:spacing w:after="0" w:line="240" w:lineRule="auto"/>
              <w:rPr>
                <w:rFonts w:ascii="Times New Roman" w:hAnsi="Times New Roman" w:cs="Times New Roman"/>
                <w:color w:val="auto"/>
                <w:sz w:val="18"/>
                <w:szCs w:val="18"/>
              </w:rPr>
            </w:pPr>
            <w:r w:rsidRPr="00361570">
              <w:rPr>
                <w:rFonts w:ascii="Times New Roman" w:hAnsi="Times New Roman" w:cs="Times New Roman"/>
                <w:bCs/>
                <w:color w:val="000000"/>
                <w:sz w:val="18"/>
                <w:szCs w:val="18"/>
              </w:rPr>
              <w:t>Nos</w:t>
            </w:r>
          </w:p>
        </w:tc>
      </w:tr>
      <w:tr w:rsidR="00915A3A" w:rsidRPr="00361570" w14:paraId="0463CDF2" w14:textId="77777777" w:rsidTr="00361570">
        <w:trPr>
          <w:jc w:val="center"/>
        </w:trPr>
        <w:tc>
          <w:tcPr>
            <w:tcW w:w="609" w:type="dxa"/>
            <w:shd w:val="clear" w:color="auto" w:fill="FAFAFA"/>
            <w:tcMar>
              <w:top w:w="50" w:type="dxa"/>
              <w:left w:w="50" w:type="dxa"/>
              <w:bottom w:w="50" w:type="dxa"/>
              <w:right w:w="50" w:type="dxa"/>
            </w:tcMar>
            <w:vAlign w:val="center"/>
          </w:tcPr>
          <w:p w14:paraId="127FEB1D" w14:textId="38DEEDF9" w:rsidR="00915A3A" w:rsidRPr="00361570" w:rsidRDefault="00915A3A" w:rsidP="00361570">
            <w:pPr>
              <w:spacing w:after="0" w:line="240" w:lineRule="auto"/>
              <w:ind w:left="90"/>
              <w:jc w:val="center"/>
              <w:rPr>
                <w:rFonts w:ascii="Times New Roman" w:hAnsi="Times New Roman" w:cs="Times New Roman"/>
                <w:color w:val="auto"/>
                <w:sz w:val="18"/>
                <w:szCs w:val="18"/>
              </w:rPr>
            </w:pPr>
            <w:r w:rsidRPr="00361570">
              <w:rPr>
                <w:rFonts w:ascii="Times New Roman" w:hAnsi="Times New Roman" w:cs="Times New Roman"/>
                <w:bCs/>
                <w:color w:val="000000"/>
                <w:sz w:val="18"/>
                <w:szCs w:val="18"/>
              </w:rPr>
              <w:t>50</w:t>
            </w:r>
          </w:p>
        </w:tc>
        <w:tc>
          <w:tcPr>
            <w:tcW w:w="3703" w:type="dxa"/>
            <w:gridSpan w:val="2"/>
            <w:shd w:val="clear" w:color="auto" w:fill="auto"/>
            <w:tcMar>
              <w:top w:w="50" w:type="dxa"/>
              <w:left w:w="50" w:type="dxa"/>
              <w:bottom w:w="50" w:type="dxa"/>
              <w:right w:w="50" w:type="dxa"/>
            </w:tcMar>
            <w:vAlign w:val="center"/>
          </w:tcPr>
          <w:p w14:paraId="506B804A" w14:textId="77520A34" w:rsidR="00915A3A" w:rsidRPr="00341C18" w:rsidRDefault="00915A3A" w:rsidP="00341C18">
            <w:pPr>
              <w:spacing w:after="0" w:line="240" w:lineRule="auto"/>
              <w:rPr>
                <w:rFonts w:ascii="Times New Roman" w:hAnsi="Times New Roman" w:cs="Times New Roman"/>
                <w:bCs/>
                <w:color w:val="000000"/>
                <w:sz w:val="18"/>
                <w:szCs w:val="18"/>
              </w:rPr>
            </w:pPr>
            <w:r w:rsidRPr="00361570">
              <w:rPr>
                <w:rFonts w:ascii="Times New Roman" w:hAnsi="Times New Roman" w:cs="Times New Roman"/>
                <w:bCs/>
                <w:color w:val="000000"/>
                <w:sz w:val="18"/>
                <w:szCs w:val="18"/>
              </w:rPr>
              <w:t>PDMS Elastomer solution</w:t>
            </w:r>
          </w:p>
        </w:tc>
        <w:tc>
          <w:tcPr>
            <w:tcW w:w="4266" w:type="dxa"/>
            <w:shd w:val="clear" w:color="auto" w:fill="auto"/>
            <w:vAlign w:val="center"/>
          </w:tcPr>
          <w:p w14:paraId="47257F08" w14:textId="7E24058E" w:rsidR="00915A3A" w:rsidRPr="00361570" w:rsidRDefault="00915A3A" w:rsidP="00361570">
            <w:pPr>
              <w:spacing w:after="0" w:line="240" w:lineRule="auto"/>
              <w:rPr>
                <w:rFonts w:ascii="Times New Roman" w:hAnsi="Times New Roman" w:cs="Times New Roman"/>
                <w:color w:val="auto"/>
                <w:sz w:val="18"/>
                <w:szCs w:val="18"/>
              </w:rPr>
            </w:pPr>
            <w:proofErr w:type="spellStart"/>
            <w:r w:rsidRPr="00361570">
              <w:rPr>
                <w:rFonts w:ascii="Times New Roman" w:hAnsi="Times New Roman" w:cs="Times New Roman"/>
                <w:bCs/>
                <w:color w:val="000000"/>
                <w:sz w:val="18"/>
                <w:szCs w:val="18"/>
              </w:rPr>
              <w:t>Sylgard</w:t>
            </w:r>
            <w:proofErr w:type="spellEnd"/>
            <w:r w:rsidRPr="00361570">
              <w:rPr>
                <w:rFonts w:ascii="Times New Roman" w:hAnsi="Times New Roman" w:cs="Times New Roman"/>
                <w:bCs/>
                <w:color w:val="000000"/>
                <w:sz w:val="18"/>
                <w:szCs w:val="18"/>
              </w:rPr>
              <w:t xml:space="preserve"> 184</w:t>
            </w:r>
          </w:p>
        </w:tc>
        <w:tc>
          <w:tcPr>
            <w:tcW w:w="1204" w:type="dxa"/>
            <w:shd w:val="clear" w:color="auto" w:fill="auto"/>
            <w:tcMar>
              <w:top w:w="50" w:type="dxa"/>
              <w:left w:w="50" w:type="dxa"/>
              <w:bottom w:w="50" w:type="dxa"/>
              <w:right w:w="50" w:type="dxa"/>
            </w:tcMar>
            <w:vAlign w:val="center"/>
          </w:tcPr>
          <w:p w14:paraId="0487422E" w14:textId="674133E3" w:rsidR="00915A3A" w:rsidRPr="00361570" w:rsidRDefault="00915A3A" w:rsidP="00361570">
            <w:pPr>
              <w:spacing w:after="0" w:line="240" w:lineRule="auto"/>
              <w:rPr>
                <w:rFonts w:ascii="Times New Roman" w:hAnsi="Times New Roman" w:cs="Times New Roman"/>
                <w:color w:val="auto"/>
                <w:sz w:val="18"/>
                <w:szCs w:val="18"/>
              </w:rPr>
            </w:pPr>
            <w:r w:rsidRPr="00361570">
              <w:rPr>
                <w:rFonts w:ascii="Times New Roman" w:hAnsi="Times New Roman" w:cs="Times New Roman"/>
                <w:bCs/>
                <w:color w:val="000000"/>
                <w:sz w:val="18"/>
                <w:szCs w:val="18"/>
              </w:rPr>
              <w:t>0.5 Kg 01 Bottle Kit</w:t>
            </w:r>
          </w:p>
        </w:tc>
        <w:tc>
          <w:tcPr>
            <w:tcW w:w="959" w:type="dxa"/>
            <w:shd w:val="clear" w:color="auto" w:fill="auto"/>
            <w:tcMar>
              <w:top w:w="50" w:type="dxa"/>
              <w:left w:w="50" w:type="dxa"/>
              <w:bottom w:w="50" w:type="dxa"/>
              <w:right w:w="50" w:type="dxa"/>
            </w:tcMar>
            <w:vAlign w:val="center"/>
          </w:tcPr>
          <w:p w14:paraId="5402A43E" w14:textId="302B3CB5" w:rsidR="00915A3A" w:rsidRPr="00361570" w:rsidRDefault="00915A3A" w:rsidP="00361570">
            <w:pPr>
              <w:spacing w:after="0" w:line="240" w:lineRule="auto"/>
              <w:rPr>
                <w:rFonts w:ascii="Times New Roman" w:hAnsi="Times New Roman" w:cs="Times New Roman"/>
                <w:color w:val="auto"/>
                <w:sz w:val="18"/>
                <w:szCs w:val="18"/>
              </w:rPr>
            </w:pPr>
            <w:proofErr w:type="spellStart"/>
            <w:r w:rsidRPr="00361570">
              <w:rPr>
                <w:rFonts w:ascii="Times New Roman" w:hAnsi="Times New Roman" w:cs="Times New Roman"/>
                <w:bCs/>
                <w:color w:val="000000"/>
                <w:sz w:val="18"/>
                <w:szCs w:val="18"/>
              </w:rPr>
              <w:t>kgs</w:t>
            </w:r>
            <w:proofErr w:type="spellEnd"/>
          </w:p>
        </w:tc>
      </w:tr>
      <w:tr w:rsidR="00915A3A" w:rsidRPr="00361570" w14:paraId="6ECEF5FB" w14:textId="77777777" w:rsidTr="00361570">
        <w:trPr>
          <w:jc w:val="center"/>
        </w:trPr>
        <w:tc>
          <w:tcPr>
            <w:tcW w:w="609" w:type="dxa"/>
            <w:shd w:val="clear" w:color="auto" w:fill="FAFAFA"/>
            <w:tcMar>
              <w:top w:w="50" w:type="dxa"/>
              <w:left w:w="50" w:type="dxa"/>
              <w:bottom w:w="50" w:type="dxa"/>
              <w:right w:w="50" w:type="dxa"/>
            </w:tcMar>
            <w:vAlign w:val="center"/>
          </w:tcPr>
          <w:p w14:paraId="673E9828" w14:textId="46F601DC" w:rsidR="00915A3A" w:rsidRPr="00361570" w:rsidRDefault="00915A3A" w:rsidP="00361570">
            <w:pPr>
              <w:spacing w:after="0" w:line="240" w:lineRule="auto"/>
              <w:ind w:left="90"/>
              <w:jc w:val="center"/>
              <w:rPr>
                <w:rFonts w:ascii="Times New Roman" w:hAnsi="Times New Roman" w:cs="Times New Roman"/>
                <w:color w:val="auto"/>
                <w:sz w:val="18"/>
                <w:szCs w:val="18"/>
              </w:rPr>
            </w:pPr>
            <w:r w:rsidRPr="00361570">
              <w:rPr>
                <w:rFonts w:ascii="Times New Roman" w:hAnsi="Times New Roman" w:cs="Times New Roman"/>
                <w:bCs/>
                <w:color w:val="000000"/>
                <w:sz w:val="18"/>
                <w:szCs w:val="18"/>
              </w:rPr>
              <w:t>51</w:t>
            </w:r>
          </w:p>
        </w:tc>
        <w:tc>
          <w:tcPr>
            <w:tcW w:w="3703" w:type="dxa"/>
            <w:gridSpan w:val="2"/>
            <w:shd w:val="clear" w:color="auto" w:fill="auto"/>
            <w:tcMar>
              <w:top w:w="50" w:type="dxa"/>
              <w:left w:w="50" w:type="dxa"/>
              <w:bottom w:w="50" w:type="dxa"/>
              <w:right w:w="50" w:type="dxa"/>
            </w:tcMar>
            <w:vAlign w:val="center"/>
          </w:tcPr>
          <w:p w14:paraId="6760122B" w14:textId="66B236B4" w:rsidR="00915A3A" w:rsidRPr="00361570" w:rsidRDefault="00915A3A" w:rsidP="00361570">
            <w:pPr>
              <w:spacing w:after="0" w:line="240" w:lineRule="auto"/>
              <w:rPr>
                <w:rFonts w:ascii="Times New Roman" w:hAnsi="Times New Roman" w:cs="Times New Roman"/>
                <w:color w:val="auto"/>
                <w:sz w:val="18"/>
                <w:szCs w:val="18"/>
              </w:rPr>
            </w:pPr>
            <w:r w:rsidRPr="00361570">
              <w:rPr>
                <w:rFonts w:ascii="Times New Roman" w:hAnsi="Times New Roman" w:cs="Times New Roman"/>
                <w:bCs/>
                <w:color w:val="000000"/>
                <w:sz w:val="18"/>
                <w:szCs w:val="18"/>
              </w:rPr>
              <w:t>Acrylic Acid solution</w:t>
            </w:r>
          </w:p>
        </w:tc>
        <w:tc>
          <w:tcPr>
            <w:tcW w:w="4266" w:type="dxa"/>
            <w:shd w:val="clear" w:color="auto" w:fill="auto"/>
            <w:vAlign w:val="center"/>
          </w:tcPr>
          <w:p w14:paraId="6BA5DB14" w14:textId="5DE972CD" w:rsidR="00915A3A" w:rsidRPr="00361570" w:rsidRDefault="00915A3A" w:rsidP="00361570">
            <w:pPr>
              <w:spacing w:after="0" w:line="240" w:lineRule="auto"/>
              <w:rPr>
                <w:rFonts w:ascii="Times New Roman" w:hAnsi="Times New Roman" w:cs="Times New Roman"/>
                <w:color w:val="auto"/>
                <w:sz w:val="18"/>
                <w:szCs w:val="18"/>
              </w:rPr>
            </w:pPr>
            <w:r w:rsidRPr="00361570">
              <w:rPr>
                <w:rFonts w:ascii="Times New Roman" w:hAnsi="Times New Roman" w:cs="Times New Roman"/>
                <w:bCs/>
                <w:color w:val="000000"/>
                <w:sz w:val="18"/>
                <w:szCs w:val="18"/>
              </w:rPr>
              <w:t>(99% for synthesis)</w:t>
            </w:r>
          </w:p>
        </w:tc>
        <w:tc>
          <w:tcPr>
            <w:tcW w:w="1204" w:type="dxa"/>
            <w:shd w:val="clear" w:color="auto" w:fill="auto"/>
            <w:tcMar>
              <w:top w:w="50" w:type="dxa"/>
              <w:left w:w="50" w:type="dxa"/>
              <w:bottom w:w="50" w:type="dxa"/>
              <w:right w:w="50" w:type="dxa"/>
            </w:tcMar>
            <w:vAlign w:val="center"/>
          </w:tcPr>
          <w:p w14:paraId="54D277D7" w14:textId="4B708838" w:rsidR="00915A3A" w:rsidRPr="00361570" w:rsidRDefault="00915A3A" w:rsidP="00361570">
            <w:pPr>
              <w:spacing w:after="0" w:line="240" w:lineRule="auto"/>
              <w:rPr>
                <w:rFonts w:ascii="Times New Roman" w:hAnsi="Times New Roman" w:cs="Times New Roman"/>
                <w:color w:val="auto"/>
                <w:sz w:val="18"/>
                <w:szCs w:val="18"/>
              </w:rPr>
            </w:pPr>
            <w:r w:rsidRPr="00361570">
              <w:rPr>
                <w:rFonts w:ascii="Times New Roman" w:hAnsi="Times New Roman" w:cs="Times New Roman"/>
                <w:bCs/>
                <w:color w:val="000000"/>
                <w:sz w:val="18"/>
                <w:szCs w:val="18"/>
              </w:rPr>
              <w:t>500 ml 01 Bottle</w:t>
            </w:r>
          </w:p>
        </w:tc>
        <w:tc>
          <w:tcPr>
            <w:tcW w:w="959" w:type="dxa"/>
            <w:shd w:val="clear" w:color="auto" w:fill="auto"/>
            <w:tcMar>
              <w:top w:w="50" w:type="dxa"/>
              <w:left w:w="50" w:type="dxa"/>
              <w:bottom w:w="50" w:type="dxa"/>
              <w:right w:w="50" w:type="dxa"/>
            </w:tcMar>
            <w:vAlign w:val="center"/>
          </w:tcPr>
          <w:p w14:paraId="294C4A66" w14:textId="3A72B021" w:rsidR="00915A3A" w:rsidRPr="00361570" w:rsidRDefault="008E6111" w:rsidP="00361570">
            <w:pPr>
              <w:spacing w:after="0" w:line="240" w:lineRule="auto"/>
              <w:rPr>
                <w:rFonts w:ascii="Times New Roman" w:hAnsi="Times New Roman" w:cs="Times New Roman"/>
                <w:color w:val="auto"/>
                <w:sz w:val="18"/>
                <w:szCs w:val="18"/>
              </w:rPr>
            </w:pPr>
            <w:r>
              <w:rPr>
                <w:rFonts w:ascii="Times New Roman" w:hAnsi="Times New Roman" w:cs="Times New Roman"/>
                <w:bCs/>
                <w:color w:val="000000"/>
                <w:sz w:val="18"/>
                <w:szCs w:val="18"/>
              </w:rPr>
              <w:t>Liter</w:t>
            </w:r>
          </w:p>
        </w:tc>
      </w:tr>
      <w:tr w:rsidR="00915A3A" w:rsidRPr="00361570" w14:paraId="2CE4A053" w14:textId="77777777" w:rsidTr="00361570">
        <w:trPr>
          <w:jc w:val="center"/>
        </w:trPr>
        <w:tc>
          <w:tcPr>
            <w:tcW w:w="609" w:type="dxa"/>
            <w:shd w:val="clear" w:color="auto" w:fill="FAFAFA"/>
            <w:tcMar>
              <w:top w:w="50" w:type="dxa"/>
              <w:left w:w="50" w:type="dxa"/>
              <w:bottom w:w="50" w:type="dxa"/>
              <w:right w:w="50" w:type="dxa"/>
            </w:tcMar>
            <w:vAlign w:val="center"/>
          </w:tcPr>
          <w:p w14:paraId="35702DA5" w14:textId="5FE61363" w:rsidR="00915A3A" w:rsidRPr="00361570" w:rsidRDefault="00915A3A" w:rsidP="00361570">
            <w:pPr>
              <w:spacing w:after="0" w:line="240" w:lineRule="auto"/>
              <w:ind w:left="90"/>
              <w:jc w:val="center"/>
              <w:rPr>
                <w:rFonts w:ascii="Times New Roman" w:hAnsi="Times New Roman" w:cs="Times New Roman"/>
                <w:color w:val="auto"/>
                <w:sz w:val="18"/>
                <w:szCs w:val="18"/>
              </w:rPr>
            </w:pPr>
            <w:r w:rsidRPr="00361570">
              <w:rPr>
                <w:rFonts w:ascii="Times New Roman" w:hAnsi="Times New Roman" w:cs="Times New Roman"/>
                <w:bCs/>
                <w:color w:val="000000"/>
                <w:sz w:val="18"/>
                <w:szCs w:val="18"/>
              </w:rPr>
              <w:t>52</w:t>
            </w:r>
          </w:p>
        </w:tc>
        <w:tc>
          <w:tcPr>
            <w:tcW w:w="3703" w:type="dxa"/>
            <w:gridSpan w:val="2"/>
            <w:shd w:val="clear" w:color="auto" w:fill="auto"/>
            <w:tcMar>
              <w:top w:w="50" w:type="dxa"/>
              <w:left w:w="50" w:type="dxa"/>
              <w:bottom w:w="50" w:type="dxa"/>
              <w:right w:w="50" w:type="dxa"/>
            </w:tcMar>
            <w:vAlign w:val="center"/>
          </w:tcPr>
          <w:p w14:paraId="2B93F04E" w14:textId="1882B2E8" w:rsidR="00915A3A" w:rsidRPr="00361570" w:rsidRDefault="00915A3A" w:rsidP="00361570">
            <w:pPr>
              <w:spacing w:after="0" w:line="240" w:lineRule="auto"/>
              <w:rPr>
                <w:rFonts w:ascii="Times New Roman" w:hAnsi="Times New Roman" w:cs="Times New Roman"/>
                <w:color w:val="auto"/>
                <w:sz w:val="18"/>
                <w:szCs w:val="18"/>
              </w:rPr>
            </w:pPr>
            <w:r w:rsidRPr="00361570">
              <w:rPr>
                <w:rFonts w:ascii="Times New Roman" w:hAnsi="Times New Roman" w:cs="Times New Roman"/>
                <w:bCs/>
                <w:color w:val="000000"/>
                <w:sz w:val="18"/>
                <w:szCs w:val="18"/>
              </w:rPr>
              <w:t>Chitosan Powder</w:t>
            </w:r>
          </w:p>
        </w:tc>
        <w:tc>
          <w:tcPr>
            <w:tcW w:w="4266" w:type="dxa"/>
            <w:shd w:val="clear" w:color="auto" w:fill="auto"/>
            <w:vAlign w:val="center"/>
          </w:tcPr>
          <w:p w14:paraId="6576A03F" w14:textId="69161E02" w:rsidR="00915A3A" w:rsidRPr="00361570" w:rsidRDefault="00915A3A" w:rsidP="00361570">
            <w:pPr>
              <w:spacing w:after="0" w:line="240" w:lineRule="auto"/>
              <w:rPr>
                <w:rFonts w:ascii="Times New Roman" w:hAnsi="Times New Roman" w:cs="Times New Roman"/>
                <w:color w:val="auto"/>
                <w:sz w:val="18"/>
                <w:szCs w:val="18"/>
              </w:rPr>
            </w:pPr>
            <w:r w:rsidRPr="00361570">
              <w:rPr>
                <w:rFonts w:ascii="Times New Roman" w:hAnsi="Times New Roman" w:cs="Times New Roman"/>
                <w:bCs/>
                <w:color w:val="000000"/>
                <w:sz w:val="18"/>
                <w:szCs w:val="18"/>
              </w:rPr>
              <w:t>MW 161.2</w:t>
            </w:r>
          </w:p>
        </w:tc>
        <w:tc>
          <w:tcPr>
            <w:tcW w:w="1204" w:type="dxa"/>
            <w:shd w:val="clear" w:color="auto" w:fill="auto"/>
            <w:tcMar>
              <w:top w:w="50" w:type="dxa"/>
              <w:left w:w="50" w:type="dxa"/>
              <w:bottom w:w="50" w:type="dxa"/>
              <w:right w:w="50" w:type="dxa"/>
            </w:tcMar>
            <w:vAlign w:val="center"/>
          </w:tcPr>
          <w:p w14:paraId="12EE8EC5" w14:textId="3726B6BE" w:rsidR="00915A3A" w:rsidRPr="00361570" w:rsidRDefault="00915A3A" w:rsidP="00361570">
            <w:pPr>
              <w:spacing w:after="0" w:line="240" w:lineRule="auto"/>
              <w:rPr>
                <w:rFonts w:ascii="Times New Roman" w:hAnsi="Times New Roman" w:cs="Times New Roman"/>
                <w:color w:val="auto"/>
                <w:sz w:val="18"/>
                <w:szCs w:val="18"/>
              </w:rPr>
            </w:pPr>
            <w:r w:rsidRPr="00361570">
              <w:rPr>
                <w:rFonts w:ascii="Times New Roman" w:hAnsi="Times New Roman" w:cs="Times New Roman"/>
                <w:bCs/>
                <w:color w:val="000000"/>
                <w:sz w:val="18"/>
                <w:szCs w:val="18"/>
              </w:rPr>
              <w:t>50g 01 Bottle</w:t>
            </w:r>
          </w:p>
        </w:tc>
        <w:tc>
          <w:tcPr>
            <w:tcW w:w="959" w:type="dxa"/>
            <w:shd w:val="clear" w:color="auto" w:fill="auto"/>
            <w:tcMar>
              <w:top w:w="50" w:type="dxa"/>
              <w:left w:w="50" w:type="dxa"/>
              <w:bottom w:w="50" w:type="dxa"/>
              <w:right w:w="50" w:type="dxa"/>
            </w:tcMar>
            <w:vAlign w:val="center"/>
          </w:tcPr>
          <w:p w14:paraId="64E7D509" w14:textId="65E92BE7" w:rsidR="00915A3A" w:rsidRPr="00361570" w:rsidRDefault="00915A3A" w:rsidP="00361570">
            <w:pPr>
              <w:spacing w:after="0" w:line="240" w:lineRule="auto"/>
              <w:rPr>
                <w:rFonts w:ascii="Times New Roman" w:hAnsi="Times New Roman" w:cs="Times New Roman"/>
                <w:color w:val="auto"/>
                <w:sz w:val="18"/>
                <w:szCs w:val="18"/>
              </w:rPr>
            </w:pPr>
            <w:proofErr w:type="spellStart"/>
            <w:r w:rsidRPr="00361570">
              <w:rPr>
                <w:rFonts w:ascii="Times New Roman" w:hAnsi="Times New Roman" w:cs="Times New Roman"/>
                <w:bCs/>
                <w:color w:val="000000"/>
                <w:sz w:val="18"/>
                <w:szCs w:val="18"/>
              </w:rPr>
              <w:t>kgs</w:t>
            </w:r>
            <w:proofErr w:type="spellEnd"/>
          </w:p>
        </w:tc>
      </w:tr>
      <w:tr w:rsidR="00915A3A" w:rsidRPr="00361570" w14:paraId="34F2F1A3" w14:textId="77777777" w:rsidTr="00361570">
        <w:trPr>
          <w:jc w:val="center"/>
        </w:trPr>
        <w:tc>
          <w:tcPr>
            <w:tcW w:w="609" w:type="dxa"/>
            <w:shd w:val="clear" w:color="auto" w:fill="FAFAFA"/>
            <w:tcMar>
              <w:top w:w="50" w:type="dxa"/>
              <w:left w:w="50" w:type="dxa"/>
              <w:bottom w:w="50" w:type="dxa"/>
              <w:right w:w="50" w:type="dxa"/>
            </w:tcMar>
            <w:vAlign w:val="center"/>
          </w:tcPr>
          <w:p w14:paraId="0FFDD5EC" w14:textId="108A279E" w:rsidR="00915A3A" w:rsidRPr="00361570" w:rsidRDefault="00915A3A" w:rsidP="00361570">
            <w:pPr>
              <w:spacing w:after="0" w:line="240" w:lineRule="auto"/>
              <w:ind w:left="90"/>
              <w:jc w:val="center"/>
              <w:rPr>
                <w:rFonts w:ascii="Times New Roman" w:hAnsi="Times New Roman" w:cs="Times New Roman"/>
                <w:color w:val="auto"/>
                <w:sz w:val="18"/>
                <w:szCs w:val="18"/>
              </w:rPr>
            </w:pPr>
            <w:r w:rsidRPr="00361570">
              <w:rPr>
                <w:rFonts w:ascii="Times New Roman" w:hAnsi="Times New Roman" w:cs="Times New Roman"/>
                <w:bCs/>
                <w:color w:val="000000"/>
                <w:sz w:val="18"/>
                <w:szCs w:val="18"/>
              </w:rPr>
              <w:t>53</w:t>
            </w:r>
          </w:p>
        </w:tc>
        <w:tc>
          <w:tcPr>
            <w:tcW w:w="3703" w:type="dxa"/>
            <w:gridSpan w:val="2"/>
            <w:shd w:val="clear" w:color="auto" w:fill="auto"/>
            <w:tcMar>
              <w:top w:w="50" w:type="dxa"/>
              <w:left w:w="50" w:type="dxa"/>
              <w:bottom w:w="50" w:type="dxa"/>
              <w:right w:w="50" w:type="dxa"/>
            </w:tcMar>
            <w:vAlign w:val="center"/>
          </w:tcPr>
          <w:p w14:paraId="18046D1E" w14:textId="1F1E99AA" w:rsidR="00915A3A" w:rsidRPr="00361570" w:rsidRDefault="00915A3A" w:rsidP="00361570">
            <w:pPr>
              <w:spacing w:after="0" w:line="240" w:lineRule="auto"/>
              <w:rPr>
                <w:rFonts w:ascii="Times New Roman" w:hAnsi="Times New Roman" w:cs="Times New Roman"/>
                <w:color w:val="auto"/>
                <w:sz w:val="18"/>
                <w:szCs w:val="18"/>
              </w:rPr>
            </w:pPr>
            <w:r w:rsidRPr="00361570">
              <w:rPr>
                <w:rFonts w:ascii="Times New Roman" w:hAnsi="Times New Roman" w:cs="Times New Roman"/>
                <w:bCs/>
                <w:color w:val="000000"/>
                <w:sz w:val="18"/>
                <w:szCs w:val="18"/>
              </w:rPr>
              <w:t>Medical Titanium Rod</w:t>
            </w:r>
          </w:p>
        </w:tc>
        <w:tc>
          <w:tcPr>
            <w:tcW w:w="4266" w:type="dxa"/>
            <w:shd w:val="clear" w:color="auto" w:fill="auto"/>
            <w:vAlign w:val="center"/>
          </w:tcPr>
          <w:p w14:paraId="7CDADC14" w14:textId="73F9CA3F" w:rsidR="00915A3A" w:rsidRPr="00361570" w:rsidRDefault="00915A3A" w:rsidP="00361570">
            <w:pPr>
              <w:spacing w:after="0" w:line="240" w:lineRule="auto"/>
              <w:rPr>
                <w:rFonts w:ascii="Times New Roman" w:hAnsi="Times New Roman" w:cs="Times New Roman"/>
                <w:color w:val="auto"/>
                <w:sz w:val="18"/>
                <w:szCs w:val="18"/>
              </w:rPr>
            </w:pPr>
            <w:r w:rsidRPr="00361570">
              <w:rPr>
                <w:rFonts w:ascii="Times New Roman" w:hAnsi="Times New Roman" w:cs="Times New Roman"/>
                <w:bCs/>
                <w:color w:val="000000"/>
                <w:sz w:val="18"/>
                <w:szCs w:val="18"/>
              </w:rPr>
              <w:t>Spec.: Ti-6al-4V</w:t>
            </w:r>
          </w:p>
        </w:tc>
        <w:tc>
          <w:tcPr>
            <w:tcW w:w="1204" w:type="dxa"/>
            <w:shd w:val="clear" w:color="auto" w:fill="auto"/>
            <w:tcMar>
              <w:top w:w="50" w:type="dxa"/>
              <w:left w:w="50" w:type="dxa"/>
              <w:bottom w:w="50" w:type="dxa"/>
              <w:right w:w="50" w:type="dxa"/>
            </w:tcMar>
            <w:vAlign w:val="center"/>
          </w:tcPr>
          <w:p w14:paraId="7339F6B4" w14:textId="633D6E2A" w:rsidR="00915A3A" w:rsidRPr="00361570" w:rsidRDefault="00915A3A" w:rsidP="00361570">
            <w:pPr>
              <w:spacing w:after="0" w:line="240" w:lineRule="auto"/>
              <w:rPr>
                <w:rFonts w:ascii="Times New Roman" w:hAnsi="Times New Roman" w:cs="Times New Roman"/>
                <w:color w:val="auto"/>
                <w:sz w:val="18"/>
                <w:szCs w:val="18"/>
              </w:rPr>
            </w:pPr>
            <w:r w:rsidRPr="00361570">
              <w:rPr>
                <w:rFonts w:ascii="Times New Roman" w:hAnsi="Times New Roman" w:cs="Times New Roman"/>
                <w:bCs/>
                <w:color w:val="000000"/>
                <w:sz w:val="18"/>
                <w:szCs w:val="18"/>
              </w:rPr>
              <w:t>1Kg</w:t>
            </w:r>
          </w:p>
        </w:tc>
        <w:tc>
          <w:tcPr>
            <w:tcW w:w="959" w:type="dxa"/>
            <w:shd w:val="clear" w:color="auto" w:fill="auto"/>
            <w:tcMar>
              <w:top w:w="50" w:type="dxa"/>
              <w:left w:w="50" w:type="dxa"/>
              <w:bottom w:w="50" w:type="dxa"/>
              <w:right w:w="50" w:type="dxa"/>
            </w:tcMar>
            <w:vAlign w:val="center"/>
          </w:tcPr>
          <w:p w14:paraId="11BA58F2" w14:textId="3D461FF9" w:rsidR="00915A3A" w:rsidRPr="00361570" w:rsidRDefault="00915A3A" w:rsidP="00361570">
            <w:pPr>
              <w:spacing w:after="0" w:line="240" w:lineRule="auto"/>
              <w:rPr>
                <w:rFonts w:ascii="Times New Roman" w:hAnsi="Times New Roman" w:cs="Times New Roman"/>
                <w:color w:val="auto"/>
                <w:sz w:val="18"/>
                <w:szCs w:val="18"/>
              </w:rPr>
            </w:pPr>
            <w:proofErr w:type="spellStart"/>
            <w:r w:rsidRPr="00361570">
              <w:rPr>
                <w:rFonts w:ascii="Times New Roman" w:hAnsi="Times New Roman" w:cs="Times New Roman"/>
                <w:bCs/>
                <w:color w:val="000000"/>
                <w:sz w:val="18"/>
                <w:szCs w:val="18"/>
              </w:rPr>
              <w:t>kgs</w:t>
            </w:r>
            <w:proofErr w:type="spellEnd"/>
          </w:p>
        </w:tc>
      </w:tr>
      <w:tr w:rsidR="00915A3A" w:rsidRPr="00361570" w14:paraId="11501018" w14:textId="77777777" w:rsidTr="00361570">
        <w:trPr>
          <w:jc w:val="center"/>
        </w:trPr>
        <w:tc>
          <w:tcPr>
            <w:tcW w:w="609" w:type="dxa"/>
            <w:shd w:val="clear" w:color="auto" w:fill="FAFAFA"/>
            <w:tcMar>
              <w:top w:w="50" w:type="dxa"/>
              <w:left w:w="50" w:type="dxa"/>
              <w:bottom w:w="50" w:type="dxa"/>
              <w:right w:w="50" w:type="dxa"/>
            </w:tcMar>
            <w:vAlign w:val="center"/>
          </w:tcPr>
          <w:p w14:paraId="50E87143" w14:textId="50D0DBA1" w:rsidR="00915A3A" w:rsidRPr="00361570" w:rsidRDefault="00915A3A" w:rsidP="00361570">
            <w:pPr>
              <w:spacing w:after="0" w:line="240" w:lineRule="auto"/>
              <w:ind w:left="90"/>
              <w:jc w:val="center"/>
              <w:rPr>
                <w:rFonts w:ascii="Times New Roman" w:hAnsi="Times New Roman" w:cs="Times New Roman"/>
                <w:color w:val="auto"/>
                <w:sz w:val="18"/>
                <w:szCs w:val="18"/>
              </w:rPr>
            </w:pPr>
            <w:r w:rsidRPr="00361570">
              <w:rPr>
                <w:rFonts w:ascii="Times New Roman" w:hAnsi="Times New Roman" w:cs="Times New Roman"/>
                <w:bCs/>
                <w:color w:val="000000"/>
                <w:sz w:val="18"/>
                <w:szCs w:val="18"/>
              </w:rPr>
              <w:t>54</w:t>
            </w:r>
          </w:p>
        </w:tc>
        <w:tc>
          <w:tcPr>
            <w:tcW w:w="3703" w:type="dxa"/>
            <w:gridSpan w:val="2"/>
            <w:shd w:val="clear" w:color="auto" w:fill="auto"/>
            <w:tcMar>
              <w:top w:w="50" w:type="dxa"/>
              <w:left w:w="50" w:type="dxa"/>
              <w:bottom w:w="50" w:type="dxa"/>
              <w:right w:w="50" w:type="dxa"/>
            </w:tcMar>
            <w:vAlign w:val="center"/>
          </w:tcPr>
          <w:p w14:paraId="004DEF16" w14:textId="77869C5B" w:rsidR="00915A3A" w:rsidRPr="00361570" w:rsidRDefault="00915A3A" w:rsidP="00361570">
            <w:pPr>
              <w:spacing w:after="0" w:line="240" w:lineRule="auto"/>
              <w:rPr>
                <w:rFonts w:ascii="Times New Roman" w:hAnsi="Times New Roman" w:cs="Times New Roman"/>
                <w:color w:val="auto"/>
                <w:sz w:val="18"/>
                <w:szCs w:val="18"/>
              </w:rPr>
            </w:pPr>
            <w:r w:rsidRPr="00361570">
              <w:rPr>
                <w:rFonts w:ascii="Times New Roman" w:hAnsi="Times New Roman" w:cs="Times New Roman"/>
                <w:bCs/>
                <w:color w:val="000000"/>
                <w:sz w:val="18"/>
                <w:szCs w:val="18"/>
              </w:rPr>
              <w:t>Gallium Liquid Metal</w:t>
            </w:r>
          </w:p>
        </w:tc>
        <w:tc>
          <w:tcPr>
            <w:tcW w:w="4266" w:type="dxa"/>
            <w:shd w:val="clear" w:color="auto" w:fill="auto"/>
            <w:vAlign w:val="center"/>
          </w:tcPr>
          <w:p w14:paraId="48D9C701" w14:textId="02294C58" w:rsidR="00915A3A" w:rsidRPr="00361570" w:rsidRDefault="00915A3A" w:rsidP="00361570">
            <w:pPr>
              <w:spacing w:after="0" w:line="240" w:lineRule="auto"/>
              <w:rPr>
                <w:rFonts w:ascii="Times New Roman" w:hAnsi="Times New Roman" w:cs="Times New Roman"/>
                <w:color w:val="auto"/>
                <w:sz w:val="18"/>
                <w:szCs w:val="18"/>
              </w:rPr>
            </w:pPr>
            <w:proofErr w:type="spellStart"/>
            <w:r w:rsidRPr="00361570">
              <w:rPr>
                <w:rFonts w:ascii="Times New Roman" w:hAnsi="Times New Roman" w:cs="Times New Roman"/>
                <w:bCs/>
                <w:color w:val="000000"/>
                <w:sz w:val="18"/>
                <w:szCs w:val="18"/>
              </w:rPr>
              <w:t>EGaIn</w:t>
            </w:r>
            <w:proofErr w:type="spellEnd"/>
            <w:r w:rsidRPr="00361570">
              <w:rPr>
                <w:rFonts w:ascii="Times New Roman" w:hAnsi="Times New Roman" w:cs="Times New Roman"/>
                <w:bCs/>
                <w:color w:val="000000"/>
                <w:sz w:val="18"/>
                <w:szCs w:val="18"/>
              </w:rPr>
              <w:t xml:space="preserve"> Liquid Metal</w:t>
            </w:r>
          </w:p>
        </w:tc>
        <w:tc>
          <w:tcPr>
            <w:tcW w:w="1204" w:type="dxa"/>
            <w:shd w:val="clear" w:color="auto" w:fill="auto"/>
            <w:tcMar>
              <w:top w:w="50" w:type="dxa"/>
              <w:left w:w="50" w:type="dxa"/>
              <w:bottom w:w="50" w:type="dxa"/>
              <w:right w:w="50" w:type="dxa"/>
            </w:tcMar>
            <w:vAlign w:val="center"/>
          </w:tcPr>
          <w:p w14:paraId="65B44B0D" w14:textId="46B8249D" w:rsidR="00915A3A" w:rsidRPr="00361570" w:rsidRDefault="00915A3A" w:rsidP="00361570">
            <w:pPr>
              <w:spacing w:after="0" w:line="240" w:lineRule="auto"/>
              <w:rPr>
                <w:rFonts w:ascii="Times New Roman" w:hAnsi="Times New Roman" w:cs="Times New Roman"/>
                <w:color w:val="auto"/>
                <w:sz w:val="18"/>
                <w:szCs w:val="18"/>
              </w:rPr>
            </w:pPr>
            <w:r w:rsidRPr="00361570">
              <w:rPr>
                <w:rFonts w:ascii="Times New Roman" w:hAnsi="Times New Roman" w:cs="Times New Roman"/>
                <w:bCs/>
                <w:color w:val="000000"/>
                <w:sz w:val="18"/>
                <w:szCs w:val="18"/>
              </w:rPr>
              <w:t>50g 01 Bottle</w:t>
            </w:r>
          </w:p>
        </w:tc>
        <w:tc>
          <w:tcPr>
            <w:tcW w:w="959" w:type="dxa"/>
            <w:shd w:val="clear" w:color="auto" w:fill="auto"/>
            <w:tcMar>
              <w:top w:w="50" w:type="dxa"/>
              <w:left w:w="50" w:type="dxa"/>
              <w:bottom w:w="50" w:type="dxa"/>
              <w:right w:w="50" w:type="dxa"/>
            </w:tcMar>
            <w:vAlign w:val="center"/>
          </w:tcPr>
          <w:p w14:paraId="50B02A35" w14:textId="4645723E" w:rsidR="00915A3A" w:rsidRPr="00361570" w:rsidRDefault="00915A3A" w:rsidP="00361570">
            <w:pPr>
              <w:spacing w:after="0" w:line="240" w:lineRule="auto"/>
              <w:rPr>
                <w:rFonts w:ascii="Times New Roman" w:hAnsi="Times New Roman" w:cs="Times New Roman"/>
                <w:color w:val="auto"/>
                <w:sz w:val="18"/>
                <w:szCs w:val="18"/>
              </w:rPr>
            </w:pPr>
            <w:proofErr w:type="spellStart"/>
            <w:r w:rsidRPr="00361570">
              <w:rPr>
                <w:rFonts w:ascii="Times New Roman" w:hAnsi="Times New Roman" w:cs="Times New Roman"/>
                <w:bCs/>
                <w:color w:val="000000"/>
                <w:sz w:val="18"/>
                <w:szCs w:val="18"/>
              </w:rPr>
              <w:t>kgs</w:t>
            </w:r>
            <w:proofErr w:type="spellEnd"/>
          </w:p>
        </w:tc>
      </w:tr>
      <w:tr w:rsidR="00915A3A" w:rsidRPr="00361570" w14:paraId="2AAEF36A" w14:textId="77777777" w:rsidTr="00361570">
        <w:trPr>
          <w:jc w:val="center"/>
        </w:trPr>
        <w:tc>
          <w:tcPr>
            <w:tcW w:w="609" w:type="dxa"/>
            <w:shd w:val="clear" w:color="auto" w:fill="FAFAFA"/>
            <w:tcMar>
              <w:top w:w="50" w:type="dxa"/>
              <w:left w:w="50" w:type="dxa"/>
              <w:bottom w:w="50" w:type="dxa"/>
              <w:right w:w="50" w:type="dxa"/>
            </w:tcMar>
            <w:vAlign w:val="center"/>
          </w:tcPr>
          <w:p w14:paraId="10B98F13" w14:textId="0562740F" w:rsidR="00915A3A" w:rsidRPr="00361570" w:rsidRDefault="00915A3A" w:rsidP="00361570">
            <w:pPr>
              <w:spacing w:after="0" w:line="240" w:lineRule="auto"/>
              <w:ind w:left="90"/>
              <w:jc w:val="center"/>
              <w:rPr>
                <w:rFonts w:ascii="Times New Roman" w:hAnsi="Times New Roman" w:cs="Times New Roman"/>
                <w:color w:val="auto"/>
                <w:sz w:val="18"/>
                <w:szCs w:val="18"/>
              </w:rPr>
            </w:pPr>
            <w:r w:rsidRPr="00361570">
              <w:rPr>
                <w:rFonts w:ascii="Times New Roman" w:hAnsi="Times New Roman" w:cs="Times New Roman"/>
                <w:bCs/>
                <w:color w:val="000000"/>
                <w:sz w:val="18"/>
                <w:szCs w:val="18"/>
              </w:rPr>
              <w:t>55</w:t>
            </w:r>
          </w:p>
        </w:tc>
        <w:tc>
          <w:tcPr>
            <w:tcW w:w="3703" w:type="dxa"/>
            <w:gridSpan w:val="2"/>
            <w:shd w:val="clear" w:color="auto" w:fill="auto"/>
            <w:tcMar>
              <w:top w:w="50" w:type="dxa"/>
              <w:left w:w="50" w:type="dxa"/>
              <w:bottom w:w="50" w:type="dxa"/>
              <w:right w:w="50" w:type="dxa"/>
            </w:tcMar>
            <w:vAlign w:val="center"/>
          </w:tcPr>
          <w:p w14:paraId="39B29362" w14:textId="2D0B1DBF" w:rsidR="00915A3A" w:rsidRPr="00361570" w:rsidRDefault="00915A3A" w:rsidP="00361570">
            <w:pPr>
              <w:spacing w:after="0" w:line="240" w:lineRule="auto"/>
              <w:rPr>
                <w:rFonts w:ascii="Times New Roman" w:hAnsi="Times New Roman" w:cs="Times New Roman"/>
                <w:color w:val="auto"/>
                <w:sz w:val="18"/>
                <w:szCs w:val="18"/>
              </w:rPr>
            </w:pPr>
            <w:r w:rsidRPr="00361570">
              <w:rPr>
                <w:rFonts w:ascii="Times New Roman" w:hAnsi="Times New Roman" w:cs="Times New Roman"/>
                <w:bCs/>
                <w:color w:val="000000"/>
                <w:sz w:val="18"/>
                <w:szCs w:val="18"/>
              </w:rPr>
              <w:t>PTFE (Teflon)</w:t>
            </w:r>
          </w:p>
        </w:tc>
        <w:tc>
          <w:tcPr>
            <w:tcW w:w="4266" w:type="dxa"/>
            <w:shd w:val="clear" w:color="auto" w:fill="auto"/>
            <w:vAlign w:val="center"/>
          </w:tcPr>
          <w:p w14:paraId="12CCFB62" w14:textId="1E80FEFF" w:rsidR="00915A3A" w:rsidRPr="00361570" w:rsidRDefault="00915A3A" w:rsidP="00361570">
            <w:pPr>
              <w:spacing w:after="0" w:line="240" w:lineRule="auto"/>
              <w:rPr>
                <w:rFonts w:ascii="Times New Roman" w:hAnsi="Times New Roman" w:cs="Times New Roman"/>
                <w:color w:val="auto"/>
                <w:sz w:val="18"/>
                <w:szCs w:val="18"/>
              </w:rPr>
            </w:pPr>
            <w:r w:rsidRPr="00361570">
              <w:rPr>
                <w:rFonts w:ascii="Times New Roman" w:hAnsi="Times New Roman" w:cs="Times New Roman"/>
                <w:bCs/>
                <w:color w:val="000000"/>
                <w:sz w:val="18"/>
                <w:szCs w:val="18"/>
              </w:rPr>
              <w:t>Tensile Test Specimen Mold</w:t>
            </w:r>
          </w:p>
        </w:tc>
        <w:tc>
          <w:tcPr>
            <w:tcW w:w="1204" w:type="dxa"/>
            <w:shd w:val="clear" w:color="auto" w:fill="auto"/>
            <w:tcMar>
              <w:top w:w="50" w:type="dxa"/>
              <w:left w:w="50" w:type="dxa"/>
              <w:bottom w:w="50" w:type="dxa"/>
              <w:right w:w="50" w:type="dxa"/>
            </w:tcMar>
            <w:vAlign w:val="center"/>
          </w:tcPr>
          <w:p w14:paraId="5CD49DD7" w14:textId="21616F55" w:rsidR="00915A3A" w:rsidRPr="00361570" w:rsidRDefault="00915A3A" w:rsidP="00361570">
            <w:pPr>
              <w:spacing w:after="0" w:line="240" w:lineRule="auto"/>
              <w:rPr>
                <w:rFonts w:ascii="Times New Roman" w:hAnsi="Times New Roman" w:cs="Times New Roman"/>
                <w:color w:val="auto"/>
                <w:sz w:val="18"/>
                <w:szCs w:val="18"/>
              </w:rPr>
            </w:pPr>
            <w:r w:rsidRPr="00361570">
              <w:rPr>
                <w:rFonts w:ascii="Times New Roman" w:hAnsi="Times New Roman" w:cs="Times New Roman"/>
                <w:bCs/>
                <w:color w:val="000000"/>
                <w:sz w:val="18"/>
                <w:szCs w:val="18"/>
              </w:rPr>
              <w:t>3 Molds</w:t>
            </w:r>
          </w:p>
        </w:tc>
        <w:tc>
          <w:tcPr>
            <w:tcW w:w="959" w:type="dxa"/>
            <w:shd w:val="clear" w:color="auto" w:fill="auto"/>
            <w:tcMar>
              <w:top w:w="50" w:type="dxa"/>
              <w:left w:w="50" w:type="dxa"/>
              <w:bottom w:w="50" w:type="dxa"/>
              <w:right w:w="50" w:type="dxa"/>
            </w:tcMar>
            <w:vAlign w:val="center"/>
          </w:tcPr>
          <w:p w14:paraId="63B826A2" w14:textId="713C85BE" w:rsidR="00915A3A" w:rsidRPr="00361570" w:rsidRDefault="00915A3A" w:rsidP="00361570">
            <w:pPr>
              <w:spacing w:after="0" w:line="240" w:lineRule="auto"/>
              <w:rPr>
                <w:rFonts w:ascii="Times New Roman" w:hAnsi="Times New Roman" w:cs="Times New Roman"/>
                <w:color w:val="auto"/>
                <w:sz w:val="18"/>
                <w:szCs w:val="18"/>
              </w:rPr>
            </w:pPr>
            <w:r w:rsidRPr="00361570">
              <w:rPr>
                <w:rFonts w:ascii="Times New Roman" w:hAnsi="Times New Roman" w:cs="Times New Roman"/>
                <w:bCs/>
                <w:color w:val="000000"/>
                <w:sz w:val="18"/>
                <w:szCs w:val="18"/>
              </w:rPr>
              <w:t>Nos</w:t>
            </w:r>
          </w:p>
        </w:tc>
      </w:tr>
      <w:tr w:rsidR="00915A3A" w:rsidRPr="00361570" w14:paraId="2F780751" w14:textId="77777777" w:rsidTr="00361570">
        <w:trPr>
          <w:jc w:val="center"/>
        </w:trPr>
        <w:tc>
          <w:tcPr>
            <w:tcW w:w="609" w:type="dxa"/>
            <w:shd w:val="clear" w:color="auto" w:fill="FAFAFA"/>
            <w:tcMar>
              <w:top w:w="50" w:type="dxa"/>
              <w:left w:w="50" w:type="dxa"/>
              <w:bottom w:w="50" w:type="dxa"/>
              <w:right w:w="50" w:type="dxa"/>
            </w:tcMar>
            <w:vAlign w:val="center"/>
          </w:tcPr>
          <w:p w14:paraId="01A7237E" w14:textId="55C34654" w:rsidR="00915A3A" w:rsidRPr="00361570" w:rsidRDefault="00915A3A" w:rsidP="00361570">
            <w:pPr>
              <w:spacing w:after="0" w:line="240" w:lineRule="auto"/>
              <w:ind w:left="90"/>
              <w:jc w:val="center"/>
              <w:rPr>
                <w:rFonts w:ascii="Times New Roman" w:hAnsi="Times New Roman" w:cs="Times New Roman"/>
                <w:color w:val="auto"/>
                <w:sz w:val="18"/>
                <w:szCs w:val="18"/>
              </w:rPr>
            </w:pPr>
            <w:r w:rsidRPr="00361570">
              <w:rPr>
                <w:rFonts w:ascii="Times New Roman" w:hAnsi="Times New Roman" w:cs="Times New Roman"/>
                <w:bCs/>
                <w:color w:val="000000"/>
                <w:sz w:val="18"/>
                <w:szCs w:val="18"/>
              </w:rPr>
              <w:t>56</w:t>
            </w:r>
          </w:p>
        </w:tc>
        <w:tc>
          <w:tcPr>
            <w:tcW w:w="3703" w:type="dxa"/>
            <w:gridSpan w:val="2"/>
            <w:shd w:val="clear" w:color="auto" w:fill="auto"/>
            <w:tcMar>
              <w:top w:w="50" w:type="dxa"/>
              <w:left w:w="50" w:type="dxa"/>
              <w:bottom w:w="50" w:type="dxa"/>
              <w:right w:w="50" w:type="dxa"/>
            </w:tcMar>
            <w:vAlign w:val="center"/>
          </w:tcPr>
          <w:p w14:paraId="04094177" w14:textId="3F6DE3DD" w:rsidR="00915A3A" w:rsidRPr="00361570" w:rsidRDefault="00915A3A" w:rsidP="00361570">
            <w:pPr>
              <w:spacing w:after="0" w:line="240" w:lineRule="auto"/>
              <w:rPr>
                <w:rFonts w:ascii="Times New Roman" w:hAnsi="Times New Roman" w:cs="Times New Roman"/>
                <w:color w:val="auto"/>
                <w:sz w:val="18"/>
                <w:szCs w:val="18"/>
              </w:rPr>
            </w:pPr>
            <w:r w:rsidRPr="00361570">
              <w:rPr>
                <w:rFonts w:ascii="Times New Roman" w:hAnsi="Times New Roman" w:cs="Times New Roman"/>
                <w:bCs/>
                <w:color w:val="000000"/>
                <w:sz w:val="18"/>
                <w:szCs w:val="18"/>
              </w:rPr>
              <w:t>PMMA Molds</w:t>
            </w:r>
          </w:p>
        </w:tc>
        <w:tc>
          <w:tcPr>
            <w:tcW w:w="4266" w:type="dxa"/>
            <w:shd w:val="clear" w:color="auto" w:fill="auto"/>
            <w:vAlign w:val="center"/>
          </w:tcPr>
          <w:p w14:paraId="7221178B" w14:textId="75CB6142" w:rsidR="00915A3A" w:rsidRPr="00361570" w:rsidRDefault="00915A3A" w:rsidP="00361570">
            <w:pPr>
              <w:spacing w:after="0" w:line="240" w:lineRule="auto"/>
              <w:rPr>
                <w:rFonts w:ascii="Times New Roman" w:hAnsi="Times New Roman" w:cs="Times New Roman"/>
                <w:color w:val="auto"/>
                <w:sz w:val="18"/>
                <w:szCs w:val="18"/>
              </w:rPr>
            </w:pPr>
            <w:r w:rsidRPr="00361570">
              <w:rPr>
                <w:rFonts w:ascii="Times New Roman" w:hAnsi="Times New Roman" w:cs="Times New Roman"/>
                <w:bCs/>
                <w:color w:val="000000"/>
                <w:sz w:val="18"/>
                <w:szCs w:val="18"/>
              </w:rPr>
              <w:t>PDMS casting Molds</w:t>
            </w:r>
          </w:p>
        </w:tc>
        <w:tc>
          <w:tcPr>
            <w:tcW w:w="1204" w:type="dxa"/>
            <w:shd w:val="clear" w:color="auto" w:fill="auto"/>
            <w:tcMar>
              <w:top w:w="50" w:type="dxa"/>
              <w:left w:w="50" w:type="dxa"/>
              <w:bottom w:w="50" w:type="dxa"/>
              <w:right w:w="50" w:type="dxa"/>
            </w:tcMar>
            <w:vAlign w:val="center"/>
          </w:tcPr>
          <w:p w14:paraId="7A91265D" w14:textId="31F8D09E" w:rsidR="00915A3A" w:rsidRPr="00361570" w:rsidRDefault="00915A3A" w:rsidP="00361570">
            <w:pPr>
              <w:spacing w:after="0" w:line="240" w:lineRule="auto"/>
              <w:rPr>
                <w:rFonts w:ascii="Times New Roman" w:hAnsi="Times New Roman" w:cs="Times New Roman"/>
                <w:color w:val="auto"/>
                <w:sz w:val="18"/>
                <w:szCs w:val="18"/>
              </w:rPr>
            </w:pPr>
            <w:r w:rsidRPr="00361570">
              <w:rPr>
                <w:rFonts w:ascii="Times New Roman" w:hAnsi="Times New Roman" w:cs="Times New Roman"/>
                <w:bCs/>
                <w:color w:val="000000"/>
                <w:sz w:val="18"/>
                <w:szCs w:val="18"/>
              </w:rPr>
              <w:t>3 Molds</w:t>
            </w:r>
          </w:p>
        </w:tc>
        <w:tc>
          <w:tcPr>
            <w:tcW w:w="959" w:type="dxa"/>
            <w:shd w:val="clear" w:color="auto" w:fill="auto"/>
            <w:tcMar>
              <w:top w:w="50" w:type="dxa"/>
              <w:left w:w="50" w:type="dxa"/>
              <w:bottom w:w="50" w:type="dxa"/>
              <w:right w:w="50" w:type="dxa"/>
            </w:tcMar>
            <w:vAlign w:val="center"/>
          </w:tcPr>
          <w:p w14:paraId="2D79A9E8" w14:textId="39E3C655" w:rsidR="00915A3A" w:rsidRPr="00361570" w:rsidRDefault="00915A3A" w:rsidP="00361570">
            <w:pPr>
              <w:spacing w:after="0" w:line="240" w:lineRule="auto"/>
              <w:rPr>
                <w:rFonts w:ascii="Times New Roman" w:hAnsi="Times New Roman" w:cs="Times New Roman"/>
                <w:color w:val="auto"/>
                <w:sz w:val="18"/>
                <w:szCs w:val="18"/>
              </w:rPr>
            </w:pPr>
            <w:r w:rsidRPr="00361570">
              <w:rPr>
                <w:rFonts w:ascii="Times New Roman" w:hAnsi="Times New Roman" w:cs="Times New Roman"/>
                <w:bCs/>
                <w:color w:val="000000"/>
                <w:sz w:val="18"/>
                <w:szCs w:val="18"/>
              </w:rPr>
              <w:t>Nos</w:t>
            </w:r>
          </w:p>
        </w:tc>
      </w:tr>
      <w:tr w:rsidR="00915A3A" w:rsidRPr="00361570" w14:paraId="47696082" w14:textId="77777777" w:rsidTr="00361570">
        <w:trPr>
          <w:jc w:val="center"/>
        </w:trPr>
        <w:tc>
          <w:tcPr>
            <w:tcW w:w="609" w:type="dxa"/>
            <w:shd w:val="clear" w:color="auto" w:fill="FAFAFA"/>
            <w:tcMar>
              <w:top w:w="50" w:type="dxa"/>
              <w:left w:w="50" w:type="dxa"/>
              <w:bottom w:w="50" w:type="dxa"/>
              <w:right w:w="50" w:type="dxa"/>
            </w:tcMar>
            <w:vAlign w:val="center"/>
          </w:tcPr>
          <w:p w14:paraId="2E708161" w14:textId="165F283A" w:rsidR="00915A3A" w:rsidRPr="00361570" w:rsidRDefault="00915A3A" w:rsidP="00361570">
            <w:pPr>
              <w:spacing w:after="0" w:line="240" w:lineRule="auto"/>
              <w:ind w:left="90"/>
              <w:jc w:val="center"/>
              <w:rPr>
                <w:rFonts w:ascii="Times New Roman" w:hAnsi="Times New Roman" w:cs="Times New Roman"/>
                <w:color w:val="auto"/>
                <w:sz w:val="18"/>
                <w:szCs w:val="18"/>
              </w:rPr>
            </w:pPr>
            <w:r w:rsidRPr="00361570">
              <w:rPr>
                <w:rFonts w:ascii="Times New Roman" w:hAnsi="Times New Roman" w:cs="Times New Roman"/>
                <w:bCs/>
                <w:color w:val="000000"/>
                <w:sz w:val="18"/>
                <w:szCs w:val="18"/>
              </w:rPr>
              <w:t>57</w:t>
            </w:r>
          </w:p>
        </w:tc>
        <w:tc>
          <w:tcPr>
            <w:tcW w:w="3703" w:type="dxa"/>
            <w:gridSpan w:val="2"/>
            <w:shd w:val="clear" w:color="auto" w:fill="auto"/>
            <w:tcMar>
              <w:top w:w="50" w:type="dxa"/>
              <w:left w:w="50" w:type="dxa"/>
              <w:bottom w:w="50" w:type="dxa"/>
              <w:right w:w="50" w:type="dxa"/>
            </w:tcMar>
            <w:vAlign w:val="center"/>
          </w:tcPr>
          <w:p w14:paraId="2D2025C7" w14:textId="5B96E74D" w:rsidR="00915A3A" w:rsidRPr="00361570" w:rsidRDefault="00915A3A" w:rsidP="00361570">
            <w:pPr>
              <w:spacing w:after="0" w:line="240" w:lineRule="auto"/>
              <w:rPr>
                <w:rFonts w:ascii="Times New Roman" w:hAnsi="Times New Roman" w:cs="Times New Roman"/>
                <w:color w:val="000000"/>
                <w:sz w:val="18"/>
                <w:szCs w:val="18"/>
              </w:rPr>
            </w:pPr>
            <w:proofErr w:type="spellStart"/>
            <w:r w:rsidRPr="00361570">
              <w:rPr>
                <w:rFonts w:ascii="Times New Roman" w:hAnsi="Times New Roman" w:cs="Times New Roman"/>
                <w:bCs/>
                <w:color w:val="000000"/>
                <w:sz w:val="18"/>
                <w:szCs w:val="18"/>
              </w:rPr>
              <w:t>Polymethy</w:t>
            </w:r>
            <w:proofErr w:type="spellEnd"/>
            <w:r w:rsidRPr="00361570">
              <w:rPr>
                <w:rFonts w:ascii="Times New Roman" w:hAnsi="Times New Roman" w:cs="Times New Roman"/>
                <w:bCs/>
                <w:color w:val="000000"/>
                <w:sz w:val="18"/>
                <w:szCs w:val="18"/>
              </w:rPr>
              <w:t xml:space="preserve"> Methacrylate (PMMA) rods/sticks</w:t>
            </w:r>
          </w:p>
        </w:tc>
        <w:tc>
          <w:tcPr>
            <w:tcW w:w="4266" w:type="dxa"/>
            <w:shd w:val="clear" w:color="auto" w:fill="auto"/>
            <w:vAlign w:val="center"/>
          </w:tcPr>
          <w:p w14:paraId="45561E55" w14:textId="47345195" w:rsidR="00915A3A" w:rsidRPr="00361570" w:rsidRDefault="00915A3A" w:rsidP="00361570">
            <w:pPr>
              <w:spacing w:after="0" w:line="240" w:lineRule="auto"/>
              <w:rPr>
                <w:rFonts w:ascii="Times New Roman" w:hAnsi="Times New Roman" w:cs="Times New Roman"/>
                <w:color w:val="000000"/>
                <w:sz w:val="18"/>
                <w:szCs w:val="18"/>
              </w:rPr>
            </w:pPr>
            <w:r w:rsidRPr="00361570">
              <w:rPr>
                <w:rFonts w:ascii="Times New Roman" w:hAnsi="Times New Roman" w:cs="Times New Roman"/>
                <w:bCs/>
                <w:color w:val="000000"/>
                <w:sz w:val="18"/>
                <w:szCs w:val="18"/>
              </w:rPr>
              <w:t>In the form of small rods or sticks</w:t>
            </w:r>
          </w:p>
        </w:tc>
        <w:tc>
          <w:tcPr>
            <w:tcW w:w="1204" w:type="dxa"/>
            <w:shd w:val="clear" w:color="auto" w:fill="auto"/>
            <w:tcMar>
              <w:top w:w="50" w:type="dxa"/>
              <w:left w:w="50" w:type="dxa"/>
              <w:bottom w:w="50" w:type="dxa"/>
              <w:right w:w="50" w:type="dxa"/>
            </w:tcMar>
            <w:vAlign w:val="center"/>
          </w:tcPr>
          <w:p w14:paraId="13D670F5" w14:textId="316814D7" w:rsidR="00915A3A" w:rsidRPr="00361570" w:rsidRDefault="00915A3A" w:rsidP="00361570">
            <w:pPr>
              <w:spacing w:after="0" w:line="240" w:lineRule="auto"/>
              <w:rPr>
                <w:rFonts w:ascii="Times New Roman" w:hAnsi="Times New Roman" w:cs="Times New Roman"/>
                <w:color w:val="000000"/>
                <w:sz w:val="18"/>
                <w:szCs w:val="18"/>
              </w:rPr>
            </w:pPr>
            <w:r w:rsidRPr="00361570">
              <w:rPr>
                <w:rFonts w:ascii="Times New Roman" w:hAnsi="Times New Roman" w:cs="Times New Roman"/>
                <w:bCs/>
                <w:color w:val="000000"/>
                <w:sz w:val="18"/>
                <w:szCs w:val="18"/>
              </w:rPr>
              <w:t xml:space="preserve">5 </w:t>
            </w:r>
          </w:p>
        </w:tc>
        <w:tc>
          <w:tcPr>
            <w:tcW w:w="959" w:type="dxa"/>
            <w:shd w:val="clear" w:color="auto" w:fill="auto"/>
            <w:tcMar>
              <w:top w:w="50" w:type="dxa"/>
              <w:left w:w="50" w:type="dxa"/>
              <w:bottom w:w="50" w:type="dxa"/>
              <w:right w:w="50" w:type="dxa"/>
            </w:tcMar>
            <w:vAlign w:val="center"/>
          </w:tcPr>
          <w:p w14:paraId="24B824D2" w14:textId="723C6B8A" w:rsidR="00915A3A" w:rsidRPr="00361570" w:rsidRDefault="00915A3A" w:rsidP="00361570">
            <w:pPr>
              <w:spacing w:after="0" w:line="240" w:lineRule="auto"/>
              <w:rPr>
                <w:rFonts w:ascii="Times New Roman" w:hAnsi="Times New Roman" w:cs="Times New Roman"/>
                <w:color w:val="000000"/>
                <w:sz w:val="18"/>
                <w:szCs w:val="18"/>
              </w:rPr>
            </w:pPr>
            <w:r w:rsidRPr="00361570">
              <w:rPr>
                <w:rFonts w:ascii="Times New Roman" w:hAnsi="Times New Roman" w:cs="Times New Roman"/>
                <w:bCs/>
                <w:color w:val="000000"/>
                <w:sz w:val="18"/>
                <w:szCs w:val="18"/>
              </w:rPr>
              <w:t>Nos</w:t>
            </w:r>
          </w:p>
        </w:tc>
      </w:tr>
      <w:tr w:rsidR="00915A3A" w:rsidRPr="00361570" w14:paraId="0F331511" w14:textId="77777777" w:rsidTr="00361570">
        <w:trPr>
          <w:jc w:val="center"/>
        </w:trPr>
        <w:tc>
          <w:tcPr>
            <w:tcW w:w="609" w:type="dxa"/>
            <w:shd w:val="clear" w:color="auto" w:fill="FAFAFA"/>
            <w:tcMar>
              <w:top w:w="50" w:type="dxa"/>
              <w:left w:w="50" w:type="dxa"/>
              <w:bottom w:w="50" w:type="dxa"/>
              <w:right w:w="50" w:type="dxa"/>
            </w:tcMar>
            <w:vAlign w:val="center"/>
          </w:tcPr>
          <w:p w14:paraId="142985E3" w14:textId="3D2AAE73" w:rsidR="00915A3A" w:rsidRPr="00361570" w:rsidRDefault="00915A3A" w:rsidP="00361570">
            <w:pPr>
              <w:spacing w:after="0" w:line="240" w:lineRule="auto"/>
              <w:ind w:left="90"/>
              <w:jc w:val="center"/>
              <w:rPr>
                <w:rFonts w:ascii="Times New Roman" w:hAnsi="Times New Roman" w:cs="Times New Roman"/>
                <w:color w:val="auto"/>
                <w:sz w:val="18"/>
                <w:szCs w:val="18"/>
              </w:rPr>
            </w:pPr>
            <w:r w:rsidRPr="00361570">
              <w:rPr>
                <w:rFonts w:ascii="Times New Roman" w:hAnsi="Times New Roman" w:cs="Times New Roman"/>
                <w:bCs/>
                <w:color w:val="000000"/>
                <w:sz w:val="18"/>
                <w:szCs w:val="18"/>
              </w:rPr>
              <w:t>58</w:t>
            </w:r>
          </w:p>
        </w:tc>
        <w:tc>
          <w:tcPr>
            <w:tcW w:w="3703" w:type="dxa"/>
            <w:gridSpan w:val="2"/>
            <w:shd w:val="clear" w:color="auto" w:fill="auto"/>
            <w:tcMar>
              <w:top w:w="50" w:type="dxa"/>
              <w:left w:w="50" w:type="dxa"/>
              <w:bottom w:w="50" w:type="dxa"/>
              <w:right w:w="50" w:type="dxa"/>
            </w:tcMar>
            <w:vAlign w:val="center"/>
          </w:tcPr>
          <w:p w14:paraId="18021408" w14:textId="29734C24" w:rsidR="00915A3A" w:rsidRPr="00361570" w:rsidRDefault="00915A3A" w:rsidP="00361570">
            <w:pPr>
              <w:spacing w:after="0" w:line="240" w:lineRule="auto"/>
              <w:rPr>
                <w:rFonts w:ascii="Times New Roman" w:hAnsi="Times New Roman" w:cs="Times New Roman"/>
                <w:color w:val="000000"/>
                <w:sz w:val="18"/>
                <w:szCs w:val="18"/>
              </w:rPr>
            </w:pPr>
            <w:r w:rsidRPr="00361570">
              <w:rPr>
                <w:rFonts w:ascii="Times New Roman" w:hAnsi="Times New Roman" w:cs="Times New Roman"/>
                <w:bCs/>
                <w:color w:val="000000"/>
                <w:sz w:val="18"/>
                <w:szCs w:val="18"/>
              </w:rPr>
              <w:t xml:space="preserve">Tensile sample </w:t>
            </w:r>
            <w:proofErr w:type="spellStart"/>
            <w:r w:rsidRPr="00361570">
              <w:rPr>
                <w:rFonts w:ascii="Times New Roman" w:hAnsi="Times New Roman" w:cs="Times New Roman"/>
                <w:bCs/>
                <w:color w:val="000000"/>
                <w:sz w:val="18"/>
                <w:szCs w:val="18"/>
              </w:rPr>
              <w:t>polyethyene</w:t>
            </w:r>
            <w:proofErr w:type="spellEnd"/>
          </w:p>
        </w:tc>
        <w:tc>
          <w:tcPr>
            <w:tcW w:w="4266" w:type="dxa"/>
            <w:shd w:val="clear" w:color="auto" w:fill="auto"/>
            <w:vAlign w:val="center"/>
          </w:tcPr>
          <w:p w14:paraId="22C74416" w14:textId="473CDD2A" w:rsidR="00915A3A" w:rsidRPr="00361570" w:rsidRDefault="00915A3A" w:rsidP="00361570">
            <w:pPr>
              <w:spacing w:after="0" w:line="240" w:lineRule="auto"/>
              <w:rPr>
                <w:rFonts w:ascii="Times New Roman" w:hAnsi="Times New Roman" w:cs="Times New Roman"/>
                <w:color w:val="000000"/>
                <w:sz w:val="18"/>
                <w:szCs w:val="18"/>
              </w:rPr>
            </w:pPr>
            <w:r w:rsidRPr="00361570">
              <w:rPr>
                <w:rFonts w:ascii="Times New Roman" w:hAnsi="Times New Roman" w:cs="Times New Roman"/>
                <w:bCs/>
                <w:color w:val="000000"/>
                <w:sz w:val="18"/>
                <w:szCs w:val="18"/>
              </w:rPr>
              <w:t>ME-8235</w:t>
            </w:r>
          </w:p>
        </w:tc>
        <w:tc>
          <w:tcPr>
            <w:tcW w:w="1204" w:type="dxa"/>
            <w:shd w:val="clear" w:color="auto" w:fill="auto"/>
            <w:tcMar>
              <w:top w:w="50" w:type="dxa"/>
              <w:left w:w="50" w:type="dxa"/>
              <w:bottom w:w="50" w:type="dxa"/>
              <w:right w:w="50" w:type="dxa"/>
            </w:tcMar>
            <w:vAlign w:val="center"/>
          </w:tcPr>
          <w:p w14:paraId="518BB6EA" w14:textId="00F454F9" w:rsidR="00915A3A" w:rsidRPr="00361570" w:rsidRDefault="00915A3A" w:rsidP="00361570">
            <w:pPr>
              <w:spacing w:after="0" w:line="240" w:lineRule="auto"/>
              <w:rPr>
                <w:rFonts w:ascii="Times New Roman" w:hAnsi="Times New Roman" w:cs="Times New Roman"/>
                <w:color w:val="000000"/>
                <w:sz w:val="18"/>
                <w:szCs w:val="18"/>
              </w:rPr>
            </w:pPr>
            <w:r w:rsidRPr="00361570">
              <w:rPr>
                <w:rFonts w:ascii="Times New Roman" w:hAnsi="Times New Roman" w:cs="Times New Roman"/>
                <w:bCs/>
                <w:color w:val="000000"/>
                <w:sz w:val="18"/>
                <w:szCs w:val="18"/>
              </w:rPr>
              <w:t>20</w:t>
            </w:r>
          </w:p>
        </w:tc>
        <w:tc>
          <w:tcPr>
            <w:tcW w:w="959" w:type="dxa"/>
            <w:shd w:val="clear" w:color="auto" w:fill="auto"/>
            <w:tcMar>
              <w:top w:w="50" w:type="dxa"/>
              <w:left w:w="50" w:type="dxa"/>
              <w:bottom w:w="50" w:type="dxa"/>
              <w:right w:w="50" w:type="dxa"/>
            </w:tcMar>
            <w:vAlign w:val="center"/>
          </w:tcPr>
          <w:p w14:paraId="77F50E50" w14:textId="12F683F9" w:rsidR="00915A3A" w:rsidRPr="00361570" w:rsidRDefault="00915A3A" w:rsidP="00361570">
            <w:pPr>
              <w:spacing w:after="0" w:line="240" w:lineRule="auto"/>
              <w:rPr>
                <w:rFonts w:ascii="Times New Roman" w:hAnsi="Times New Roman" w:cs="Times New Roman"/>
                <w:color w:val="000000"/>
                <w:sz w:val="18"/>
                <w:szCs w:val="18"/>
              </w:rPr>
            </w:pPr>
            <w:r w:rsidRPr="00361570">
              <w:rPr>
                <w:rFonts w:ascii="Times New Roman" w:hAnsi="Times New Roman" w:cs="Times New Roman"/>
                <w:bCs/>
                <w:color w:val="000000"/>
                <w:sz w:val="18"/>
                <w:szCs w:val="18"/>
              </w:rPr>
              <w:t>Nos</w:t>
            </w:r>
          </w:p>
        </w:tc>
      </w:tr>
      <w:tr w:rsidR="00915A3A" w:rsidRPr="00361570" w14:paraId="245760CD" w14:textId="77777777" w:rsidTr="00361570">
        <w:trPr>
          <w:jc w:val="center"/>
        </w:trPr>
        <w:tc>
          <w:tcPr>
            <w:tcW w:w="609" w:type="dxa"/>
            <w:shd w:val="clear" w:color="auto" w:fill="FAFAFA"/>
            <w:tcMar>
              <w:top w:w="50" w:type="dxa"/>
              <w:left w:w="50" w:type="dxa"/>
              <w:bottom w:w="50" w:type="dxa"/>
              <w:right w:w="50" w:type="dxa"/>
            </w:tcMar>
            <w:vAlign w:val="center"/>
          </w:tcPr>
          <w:p w14:paraId="2C237080" w14:textId="04FD772B" w:rsidR="00915A3A" w:rsidRPr="00361570" w:rsidRDefault="00915A3A" w:rsidP="00361570">
            <w:pPr>
              <w:spacing w:after="0" w:line="240" w:lineRule="auto"/>
              <w:ind w:left="90"/>
              <w:jc w:val="center"/>
              <w:rPr>
                <w:rFonts w:ascii="Times New Roman" w:hAnsi="Times New Roman" w:cs="Times New Roman"/>
                <w:color w:val="auto"/>
                <w:sz w:val="18"/>
                <w:szCs w:val="18"/>
              </w:rPr>
            </w:pPr>
            <w:r w:rsidRPr="00361570">
              <w:rPr>
                <w:rFonts w:ascii="Times New Roman" w:hAnsi="Times New Roman" w:cs="Times New Roman"/>
                <w:bCs/>
                <w:color w:val="000000"/>
                <w:sz w:val="18"/>
                <w:szCs w:val="18"/>
              </w:rPr>
              <w:t>59</w:t>
            </w:r>
          </w:p>
        </w:tc>
        <w:tc>
          <w:tcPr>
            <w:tcW w:w="3703" w:type="dxa"/>
            <w:gridSpan w:val="2"/>
            <w:shd w:val="clear" w:color="auto" w:fill="auto"/>
            <w:tcMar>
              <w:top w:w="50" w:type="dxa"/>
              <w:left w:w="50" w:type="dxa"/>
              <w:bottom w:w="50" w:type="dxa"/>
              <w:right w:w="50" w:type="dxa"/>
            </w:tcMar>
            <w:vAlign w:val="center"/>
          </w:tcPr>
          <w:p w14:paraId="0AD1571C" w14:textId="77777777" w:rsidR="00915A3A" w:rsidRPr="00361570" w:rsidRDefault="00915A3A" w:rsidP="00361570">
            <w:pPr>
              <w:spacing w:after="0" w:line="240" w:lineRule="auto"/>
              <w:rPr>
                <w:rFonts w:ascii="Times New Roman" w:hAnsi="Times New Roman" w:cs="Times New Roman"/>
                <w:bCs/>
                <w:color w:val="000000"/>
                <w:sz w:val="18"/>
                <w:szCs w:val="18"/>
              </w:rPr>
            </w:pPr>
            <w:r w:rsidRPr="00361570">
              <w:rPr>
                <w:rFonts w:ascii="Times New Roman" w:hAnsi="Times New Roman" w:cs="Times New Roman"/>
                <w:bCs/>
                <w:color w:val="000000"/>
                <w:sz w:val="18"/>
                <w:szCs w:val="18"/>
              </w:rPr>
              <w:t>Tensile sample</w:t>
            </w:r>
          </w:p>
          <w:p w14:paraId="669FB44A" w14:textId="1C078047" w:rsidR="00915A3A" w:rsidRPr="00361570" w:rsidRDefault="00915A3A" w:rsidP="00361570">
            <w:pPr>
              <w:spacing w:after="0" w:line="240" w:lineRule="auto"/>
              <w:rPr>
                <w:rFonts w:ascii="Times New Roman" w:hAnsi="Times New Roman" w:cs="Times New Roman"/>
                <w:color w:val="000000"/>
                <w:sz w:val="18"/>
                <w:szCs w:val="18"/>
              </w:rPr>
            </w:pPr>
            <w:r w:rsidRPr="00361570">
              <w:rPr>
                <w:rFonts w:ascii="Times New Roman" w:hAnsi="Times New Roman" w:cs="Times New Roman"/>
                <w:bCs/>
                <w:color w:val="000000"/>
                <w:sz w:val="18"/>
                <w:szCs w:val="18"/>
              </w:rPr>
              <w:t>steel</w:t>
            </w:r>
          </w:p>
        </w:tc>
        <w:tc>
          <w:tcPr>
            <w:tcW w:w="4266" w:type="dxa"/>
            <w:shd w:val="clear" w:color="auto" w:fill="auto"/>
            <w:vAlign w:val="center"/>
          </w:tcPr>
          <w:p w14:paraId="17D47A44" w14:textId="66D0D29F" w:rsidR="00915A3A" w:rsidRPr="00361570" w:rsidRDefault="00915A3A" w:rsidP="00361570">
            <w:pPr>
              <w:spacing w:after="0" w:line="240" w:lineRule="auto"/>
              <w:rPr>
                <w:rFonts w:ascii="Times New Roman" w:hAnsi="Times New Roman" w:cs="Times New Roman"/>
                <w:color w:val="000000"/>
                <w:sz w:val="18"/>
                <w:szCs w:val="18"/>
              </w:rPr>
            </w:pPr>
            <w:r w:rsidRPr="00361570">
              <w:rPr>
                <w:rFonts w:ascii="Times New Roman" w:hAnsi="Times New Roman" w:cs="Times New Roman"/>
                <w:bCs/>
                <w:color w:val="000000"/>
                <w:sz w:val="18"/>
                <w:szCs w:val="18"/>
              </w:rPr>
              <w:t>ME-8243</w:t>
            </w:r>
          </w:p>
        </w:tc>
        <w:tc>
          <w:tcPr>
            <w:tcW w:w="1204" w:type="dxa"/>
            <w:shd w:val="clear" w:color="auto" w:fill="auto"/>
            <w:tcMar>
              <w:top w:w="50" w:type="dxa"/>
              <w:left w:w="50" w:type="dxa"/>
              <w:bottom w:w="50" w:type="dxa"/>
              <w:right w:w="50" w:type="dxa"/>
            </w:tcMar>
            <w:vAlign w:val="center"/>
          </w:tcPr>
          <w:p w14:paraId="4D632E16" w14:textId="386C9845" w:rsidR="00915A3A" w:rsidRPr="00361570" w:rsidRDefault="00915A3A" w:rsidP="00361570">
            <w:pPr>
              <w:spacing w:after="0" w:line="240" w:lineRule="auto"/>
              <w:rPr>
                <w:rFonts w:ascii="Times New Roman" w:hAnsi="Times New Roman" w:cs="Times New Roman"/>
                <w:color w:val="000000"/>
                <w:sz w:val="18"/>
                <w:szCs w:val="18"/>
              </w:rPr>
            </w:pPr>
            <w:r w:rsidRPr="00361570">
              <w:rPr>
                <w:rFonts w:ascii="Times New Roman" w:hAnsi="Times New Roman" w:cs="Times New Roman"/>
                <w:bCs/>
                <w:color w:val="000000"/>
                <w:sz w:val="18"/>
                <w:szCs w:val="18"/>
              </w:rPr>
              <w:t>20</w:t>
            </w:r>
          </w:p>
        </w:tc>
        <w:tc>
          <w:tcPr>
            <w:tcW w:w="959" w:type="dxa"/>
            <w:shd w:val="clear" w:color="auto" w:fill="auto"/>
            <w:tcMar>
              <w:top w:w="50" w:type="dxa"/>
              <w:left w:w="50" w:type="dxa"/>
              <w:bottom w:w="50" w:type="dxa"/>
              <w:right w:w="50" w:type="dxa"/>
            </w:tcMar>
            <w:vAlign w:val="center"/>
          </w:tcPr>
          <w:p w14:paraId="70EBE259" w14:textId="16319E3C" w:rsidR="00915A3A" w:rsidRPr="00361570" w:rsidRDefault="00915A3A" w:rsidP="00361570">
            <w:pPr>
              <w:spacing w:after="0" w:line="240" w:lineRule="auto"/>
              <w:rPr>
                <w:rFonts w:ascii="Times New Roman" w:hAnsi="Times New Roman" w:cs="Times New Roman"/>
                <w:color w:val="000000"/>
                <w:sz w:val="18"/>
                <w:szCs w:val="18"/>
              </w:rPr>
            </w:pPr>
            <w:r w:rsidRPr="00361570">
              <w:rPr>
                <w:rFonts w:ascii="Times New Roman" w:hAnsi="Times New Roman" w:cs="Times New Roman"/>
                <w:bCs/>
                <w:color w:val="000000"/>
                <w:sz w:val="18"/>
                <w:szCs w:val="18"/>
              </w:rPr>
              <w:t>Nos</w:t>
            </w:r>
          </w:p>
        </w:tc>
      </w:tr>
      <w:tr w:rsidR="00915A3A" w:rsidRPr="00361570" w14:paraId="71B0AA4F" w14:textId="77777777" w:rsidTr="00361570">
        <w:trPr>
          <w:jc w:val="center"/>
        </w:trPr>
        <w:tc>
          <w:tcPr>
            <w:tcW w:w="609" w:type="dxa"/>
            <w:shd w:val="clear" w:color="auto" w:fill="FAFAFA"/>
            <w:tcMar>
              <w:top w:w="50" w:type="dxa"/>
              <w:left w:w="50" w:type="dxa"/>
              <w:bottom w:w="50" w:type="dxa"/>
              <w:right w:w="50" w:type="dxa"/>
            </w:tcMar>
            <w:vAlign w:val="center"/>
          </w:tcPr>
          <w:p w14:paraId="3859F819" w14:textId="742D0BC1" w:rsidR="00915A3A" w:rsidRPr="00361570" w:rsidRDefault="00915A3A" w:rsidP="00361570">
            <w:pPr>
              <w:spacing w:after="0" w:line="240" w:lineRule="auto"/>
              <w:ind w:left="90"/>
              <w:jc w:val="center"/>
              <w:rPr>
                <w:rFonts w:ascii="Times New Roman" w:hAnsi="Times New Roman" w:cs="Times New Roman"/>
                <w:color w:val="auto"/>
                <w:sz w:val="18"/>
                <w:szCs w:val="18"/>
              </w:rPr>
            </w:pPr>
            <w:r w:rsidRPr="00361570">
              <w:rPr>
                <w:rFonts w:ascii="Times New Roman" w:hAnsi="Times New Roman" w:cs="Times New Roman"/>
                <w:bCs/>
                <w:color w:val="000000"/>
                <w:sz w:val="18"/>
                <w:szCs w:val="18"/>
              </w:rPr>
              <w:t>60</w:t>
            </w:r>
          </w:p>
        </w:tc>
        <w:tc>
          <w:tcPr>
            <w:tcW w:w="3703" w:type="dxa"/>
            <w:gridSpan w:val="2"/>
            <w:shd w:val="clear" w:color="auto" w:fill="auto"/>
            <w:tcMar>
              <w:top w:w="50" w:type="dxa"/>
              <w:left w:w="50" w:type="dxa"/>
              <w:bottom w:w="50" w:type="dxa"/>
              <w:right w:w="50" w:type="dxa"/>
            </w:tcMar>
            <w:vAlign w:val="center"/>
          </w:tcPr>
          <w:p w14:paraId="7F28DDD3" w14:textId="77777777" w:rsidR="00915A3A" w:rsidRPr="00361570" w:rsidRDefault="00915A3A" w:rsidP="00361570">
            <w:pPr>
              <w:spacing w:after="0" w:line="240" w:lineRule="auto"/>
              <w:rPr>
                <w:rFonts w:ascii="Times New Roman" w:hAnsi="Times New Roman" w:cs="Times New Roman"/>
                <w:bCs/>
                <w:color w:val="000000"/>
                <w:sz w:val="18"/>
                <w:szCs w:val="18"/>
              </w:rPr>
            </w:pPr>
            <w:r w:rsidRPr="00361570">
              <w:rPr>
                <w:rFonts w:ascii="Times New Roman" w:hAnsi="Times New Roman" w:cs="Times New Roman"/>
                <w:bCs/>
                <w:color w:val="000000"/>
                <w:sz w:val="18"/>
                <w:szCs w:val="18"/>
              </w:rPr>
              <w:t>Tensile sample</w:t>
            </w:r>
          </w:p>
          <w:p w14:paraId="6E8F95F2" w14:textId="355D231B" w:rsidR="00915A3A" w:rsidRPr="00361570" w:rsidRDefault="009E49EA" w:rsidP="00361570">
            <w:pPr>
              <w:spacing w:after="0" w:line="240" w:lineRule="auto"/>
              <w:rPr>
                <w:rFonts w:ascii="Times New Roman" w:hAnsi="Times New Roman" w:cs="Times New Roman"/>
                <w:color w:val="000000"/>
                <w:sz w:val="18"/>
                <w:szCs w:val="18"/>
              </w:rPr>
            </w:pPr>
            <w:r>
              <w:rPr>
                <w:rFonts w:ascii="Times New Roman" w:hAnsi="Times New Roman" w:cs="Times New Roman"/>
                <w:bCs/>
                <w:color w:val="000000"/>
                <w:sz w:val="18"/>
                <w:szCs w:val="18"/>
              </w:rPr>
              <w:t>Aluminum</w:t>
            </w:r>
          </w:p>
        </w:tc>
        <w:tc>
          <w:tcPr>
            <w:tcW w:w="4266" w:type="dxa"/>
            <w:shd w:val="clear" w:color="auto" w:fill="auto"/>
            <w:vAlign w:val="center"/>
          </w:tcPr>
          <w:p w14:paraId="15784DF7" w14:textId="7F9F8818" w:rsidR="00915A3A" w:rsidRPr="00361570" w:rsidRDefault="00915A3A" w:rsidP="00361570">
            <w:pPr>
              <w:spacing w:after="0" w:line="240" w:lineRule="auto"/>
              <w:rPr>
                <w:rFonts w:ascii="Times New Roman" w:hAnsi="Times New Roman" w:cs="Times New Roman"/>
                <w:color w:val="000000"/>
                <w:sz w:val="18"/>
                <w:szCs w:val="18"/>
              </w:rPr>
            </w:pPr>
            <w:r w:rsidRPr="00361570">
              <w:rPr>
                <w:rFonts w:ascii="Times New Roman" w:hAnsi="Times New Roman" w:cs="Times New Roman"/>
                <w:bCs/>
                <w:color w:val="000000"/>
                <w:sz w:val="18"/>
                <w:szCs w:val="18"/>
              </w:rPr>
              <w:t>ME-8231</w:t>
            </w:r>
          </w:p>
        </w:tc>
        <w:tc>
          <w:tcPr>
            <w:tcW w:w="1204" w:type="dxa"/>
            <w:shd w:val="clear" w:color="auto" w:fill="auto"/>
            <w:tcMar>
              <w:top w:w="50" w:type="dxa"/>
              <w:left w:w="50" w:type="dxa"/>
              <w:bottom w:w="50" w:type="dxa"/>
              <w:right w:w="50" w:type="dxa"/>
            </w:tcMar>
            <w:vAlign w:val="center"/>
          </w:tcPr>
          <w:p w14:paraId="4353C9AF" w14:textId="391A514E" w:rsidR="00915A3A" w:rsidRPr="00361570" w:rsidRDefault="00915A3A" w:rsidP="00361570">
            <w:pPr>
              <w:spacing w:after="0" w:line="240" w:lineRule="auto"/>
              <w:rPr>
                <w:rFonts w:ascii="Times New Roman" w:hAnsi="Times New Roman" w:cs="Times New Roman"/>
                <w:color w:val="000000"/>
                <w:sz w:val="18"/>
                <w:szCs w:val="18"/>
              </w:rPr>
            </w:pPr>
            <w:r w:rsidRPr="00361570">
              <w:rPr>
                <w:rFonts w:ascii="Times New Roman" w:hAnsi="Times New Roman" w:cs="Times New Roman"/>
                <w:bCs/>
                <w:color w:val="000000"/>
                <w:sz w:val="18"/>
                <w:szCs w:val="18"/>
              </w:rPr>
              <w:t>20</w:t>
            </w:r>
          </w:p>
        </w:tc>
        <w:tc>
          <w:tcPr>
            <w:tcW w:w="959" w:type="dxa"/>
            <w:shd w:val="clear" w:color="auto" w:fill="auto"/>
            <w:tcMar>
              <w:top w:w="50" w:type="dxa"/>
              <w:left w:w="50" w:type="dxa"/>
              <w:bottom w:w="50" w:type="dxa"/>
              <w:right w:w="50" w:type="dxa"/>
            </w:tcMar>
            <w:vAlign w:val="center"/>
          </w:tcPr>
          <w:p w14:paraId="006D06F6" w14:textId="08900ECF" w:rsidR="00915A3A" w:rsidRPr="00361570" w:rsidRDefault="00915A3A" w:rsidP="00361570">
            <w:pPr>
              <w:spacing w:after="0" w:line="240" w:lineRule="auto"/>
              <w:rPr>
                <w:rFonts w:ascii="Times New Roman" w:hAnsi="Times New Roman" w:cs="Times New Roman"/>
                <w:color w:val="000000"/>
                <w:sz w:val="18"/>
                <w:szCs w:val="18"/>
              </w:rPr>
            </w:pPr>
            <w:r w:rsidRPr="00361570">
              <w:rPr>
                <w:rFonts w:ascii="Times New Roman" w:hAnsi="Times New Roman" w:cs="Times New Roman"/>
                <w:bCs/>
                <w:color w:val="000000"/>
                <w:sz w:val="18"/>
                <w:szCs w:val="18"/>
              </w:rPr>
              <w:t>Nos</w:t>
            </w:r>
          </w:p>
        </w:tc>
      </w:tr>
      <w:tr w:rsidR="00915A3A" w:rsidRPr="00361570" w14:paraId="76274038" w14:textId="77777777" w:rsidTr="00361570">
        <w:trPr>
          <w:jc w:val="center"/>
        </w:trPr>
        <w:tc>
          <w:tcPr>
            <w:tcW w:w="609" w:type="dxa"/>
            <w:shd w:val="clear" w:color="auto" w:fill="FAFAFA"/>
            <w:tcMar>
              <w:top w:w="50" w:type="dxa"/>
              <w:left w:w="50" w:type="dxa"/>
              <w:bottom w:w="50" w:type="dxa"/>
              <w:right w:w="50" w:type="dxa"/>
            </w:tcMar>
            <w:vAlign w:val="center"/>
          </w:tcPr>
          <w:p w14:paraId="67E90FD7" w14:textId="26350173" w:rsidR="00915A3A" w:rsidRPr="00361570" w:rsidRDefault="00915A3A" w:rsidP="00361570">
            <w:pPr>
              <w:spacing w:after="0" w:line="240" w:lineRule="auto"/>
              <w:ind w:left="90"/>
              <w:jc w:val="center"/>
              <w:rPr>
                <w:rFonts w:ascii="Times New Roman" w:hAnsi="Times New Roman" w:cs="Times New Roman"/>
                <w:color w:val="auto"/>
                <w:sz w:val="18"/>
                <w:szCs w:val="18"/>
              </w:rPr>
            </w:pPr>
            <w:r w:rsidRPr="00361570">
              <w:rPr>
                <w:rFonts w:ascii="Times New Roman" w:hAnsi="Times New Roman" w:cs="Times New Roman"/>
                <w:bCs/>
                <w:color w:val="000000"/>
                <w:sz w:val="18"/>
                <w:szCs w:val="18"/>
              </w:rPr>
              <w:t>61</w:t>
            </w:r>
          </w:p>
        </w:tc>
        <w:tc>
          <w:tcPr>
            <w:tcW w:w="3703" w:type="dxa"/>
            <w:gridSpan w:val="2"/>
            <w:shd w:val="clear" w:color="auto" w:fill="auto"/>
            <w:tcMar>
              <w:top w:w="50" w:type="dxa"/>
              <w:left w:w="50" w:type="dxa"/>
              <w:bottom w:w="50" w:type="dxa"/>
              <w:right w:w="50" w:type="dxa"/>
            </w:tcMar>
            <w:vAlign w:val="center"/>
          </w:tcPr>
          <w:p w14:paraId="7311A7DC" w14:textId="5A854EA6" w:rsidR="00915A3A" w:rsidRPr="00361570" w:rsidRDefault="00915A3A" w:rsidP="00361570">
            <w:pPr>
              <w:spacing w:after="0" w:line="240" w:lineRule="auto"/>
              <w:rPr>
                <w:rFonts w:ascii="Times New Roman" w:hAnsi="Times New Roman" w:cs="Times New Roman"/>
                <w:color w:val="000000"/>
                <w:sz w:val="18"/>
                <w:szCs w:val="18"/>
              </w:rPr>
            </w:pPr>
            <w:r w:rsidRPr="00361570">
              <w:rPr>
                <w:rFonts w:ascii="Times New Roman" w:hAnsi="Times New Roman" w:cs="Times New Roman"/>
                <w:bCs/>
                <w:color w:val="000000"/>
                <w:sz w:val="18"/>
                <w:szCs w:val="18"/>
              </w:rPr>
              <w:t>Stress/strain coupons</w:t>
            </w:r>
          </w:p>
        </w:tc>
        <w:tc>
          <w:tcPr>
            <w:tcW w:w="4266" w:type="dxa"/>
            <w:shd w:val="clear" w:color="auto" w:fill="auto"/>
            <w:vAlign w:val="center"/>
          </w:tcPr>
          <w:p w14:paraId="47272726" w14:textId="77777777" w:rsidR="00915A3A" w:rsidRPr="00361570" w:rsidRDefault="00915A3A" w:rsidP="00361570">
            <w:pPr>
              <w:spacing w:after="0" w:line="240" w:lineRule="auto"/>
              <w:rPr>
                <w:rFonts w:ascii="Times New Roman" w:hAnsi="Times New Roman" w:cs="Times New Roman"/>
                <w:bCs/>
                <w:color w:val="000000"/>
                <w:sz w:val="18"/>
                <w:szCs w:val="18"/>
              </w:rPr>
            </w:pPr>
            <w:r w:rsidRPr="00361570">
              <w:rPr>
                <w:rFonts w:ascii="Times New Roman" w:hAnsi="Times New Roman" w:cs="Times New Roman"/>
                <w:bCs/>
                <w:color w:val="000000"/>
                <w:sz w:val="18"/>
                <w:szCs w:val="18"/>
              </w:rPr>
              <w:t>648-07654</w:t>
            </w:r>
          </w:p>
          <w:p w14:paraId="4415A569" w14:textId="77777777" w:rsidR="00915A3A" w:rsidRPr="00361570" w:rsidRDefault="00915A3A" w:rsidP="00361570">
            <w:pPr>
              <w:spacing w:after="0" w:line="240" w:lineRule="auto"/>
              <w:rPr>
                <w:rFonts w:ascii="Times New Roman" w:hAnsi="Times New Roman" w:cs="Times New Roman"/>
                <w:bCs/>
                <w:color w:val="000000"/>
                <w:sz w:val="18"/>
                <w:szCs w:val="18"/>
              </w:rPr>
            </w:pPr>
            <w:r w:rsidRPr="00361570">
              <w:rPr>
                <w:rFonts w:ascii="Times New Roman" w:hAnsi="Times New Roman" w:cs="Times New Roman"/>
                <w:bCs/>
                <w:color w:val="000000"/>
                <w:sz w:val="18"/>
                <w:szCs w:val="18"/>
              </w:rPr>
              <w:t>.003in CR STEEL</w:t>
            </w:r>
          </w:p>
          <w:p w14:paraId="07618D53" w14:textId="7B7358D0" w:rsidR="00915A3A" w:rsidRPr="00361570" w:rsidRDefault="00915A3A" w:rsidP="00361570">
            <w:pPr>
              <w:spacing w:after="0" w:line="240" w:lineRule="auto"/>
              <w:rPr>
                <w:rFonts w:ascii="Times New Roman" w:hAnsi="Times New Roman" w:cs="Times New Roman"/>
                <w:color w:val="000000"/>
                <w:sz w:val="18"/>
                <w:szCs w:val="18"/>
              </w:rPr>
            </w:pPr>
          </w:p>
        </w:tc>
        <w:tc>
          <w:tcPr>
            <w:tcW w:w="1204" w:type="dxa"/>
            <w:shd w:val="clear" w:color="auto" w:fill="auto"/>
            <w:tcMar>
              <w:top w:w="50" w:type="dxa"/>
              <w:left w:w="50" w:type="dxa"/>
              <w:bottom w:w="50" w:type="dxa"/>
              <w:right w:w="50" w:type="dxa"/>
            </w:tcMar>
            <w:vAlign w:val="center"/>
          </w:tcPr>
          <w:p w14:paraId="447759EE" w14:textId="41ADF228" w:rsidR="00915A3A" w:rsidRPr="00361570" w:rsidRDefault="00915A3A" w:rsidP="00361570">
            <w:pPr>
              <w:spacing w:after="0" w:line="240" w:lineRule="auto"/>
              <w:rPr>
                <w:rFonts w:ascii="Times New Roman" w:hAnsi="Times New Roman" w:cs="Times New Roman"/>
                <w:color w:val="000000"/>
                <w:sz w:val="18"/>
                <w:szCs w:val="18"/>
              </w:rPr>
            </w:pPr>
            <w:r w:rsidRPr="00361570">
              <w:rPr>
                <w:rFonts w:ascii="Times New Roman" w:hAnsi="Times New Roman" w:cs="Times New Roman"/>
                <w:bCs/>
                <w:color w:val="000000"/>
                <w:sz w:val="18"/>
                <w:szCs w:val="18"/>
              </w:rPr>
              <w:t>20</w:t>
            </w:r>
          </w:p>
        </w:tc>
        <w:tc>
          <w:tcPr>
            <w:tcW w:w="959" w:type="dxa"/>
            <w:shd w:val="clear" w:color="auto" w:fill="auto"/>
            <w:tcMar>
              <w:top w:w="50" w:type="dxa"/>
              <w:left w:w="50" w:type="dxa"/>
              <w:bottom w:w="50" w:type="dxa"/>
              <w:right w:w="50" w:type="dxa"/>
            </w:tcMar>
            <w:vAlign w:val="center"/>
          </w:tcPr>
          <w:p w14:paraId="31C1E2D1" w14:textId="1994D8B8" w:rsidR="00915A3A" w:rsidRPr="00361570" w:rsidRDefault="00915A3A" w:rsidP="00361570">
            <w:pPr>
              <w:spacing w:after="0" w:line="240" w:lineRule="auto"/>
              <w:rPr>
                <w:rFonts w:ascii="Times New Roman" w:hAnsi="Times New Roman" w:cs="Times New Roman"/>
                <w:color w:val="000000"/>
                <w:sz w:val="18"/>
                <w:szCs w:val="18"/>
              </w:rPr>
            </w:pPr>
            <w:r w:rsidRPr="00361570">
              <w:rPr>
                <w:rFonts w:ascii="Times New Roman" w:hAnsi="Times New Roman" w:cs="Times New Roman"/>
                <w:bCs/>
                <w:color w:val="000000"/>
                <w:sz w:val="18"/>
                <w:szCs w:val="18"/>
              </w:rPr>
              <w:t>Nos</w:t>
            </w:r>
          </w:p>
        </w:tc>
      </w:tr>
      <w:tr w:rsidR="00915A3A" w:rsidRPr="00361570" w14:paraId="51CDD39B" w14:textId="77777777" w:rsidTr="00361570">
        <w:trPr>
          <w:jc w:val="center"/>
        </w:trPr>
        <w:tc>
          <w:tcPr>
            <w:tcW w:w="609" w:type="dxa"/>
            <w:shd w:val="clear" w:color="auto" w:fill="FAFAFA"/>
            <w:tcMar>
              <w:top w:w="50" w:type="dxa"/>
              <w:left w:w="50" w:type="dxa"/>
              <w:bottom w:w="50" w:type="dxa"/>
              <w:right w:w="50" w:type="dxa"/>
            </w:tcMar>
            <w:vAlign w:val="center"/>
          </w:tcPr>
          <w:p w14:paraId="792C8CF4" w14:textId="0D77875D" w:rsidR="00915A3A" w:rsidRPr="00361570" w:rsidRDefault="00915A3A" w:rsidP="00361570">
            <w:pPr>
              <w:spacing w:after="0" w:line="240" w:lineRule="auto"/>
              <w:ind w:left="90"/>
              <w:jc w:val="center"/>
              <w:rPr>
                <w:rFonts w:ascii="Times New Roman" w:hAnsi="Times New Roman" w:cs="Times New Roman"/>
                <w:color w:val="auto"/>
                <w:sz w:val="18"/>
                <w:szCs w:val="18"/>
              </w:rPr>
            </w:pPr>
            <w:r w:rsidRPr="00361570">
              <w:rPr>
                <w:rFonts w:ascii="Times New Roman" w:hAnsi="Times New Roman" w:cs="Times New Roman"/>
                <w:bCs/>
                <w:color w:val="000000"/>
                <w:sz w:val="18"/>
                <w:szCs w:val="18"/>
              </w:rPr>
              <w:t>62</w:t>
            </w:r>
          </w:p>
        </w:tc>
        <w:tc>
          <w:tcPr>
            <w:tcW w:w="3703" w:type="dxa"/>
            <w:gridSpan w:val="2"/>
            <w:shd w:val="clear" w:color="auto" w:fill="auto"/>
            <w:tcMar>
              <w:top w:w="50" w:type="dxa"/>
              <w:left w:w="50" w:type="dxa"/>
              <w:bottom w:w="50" w:type="dxa"/>
              <w:right w:w="50" w:type="dxa"/>
            </w:tcMar>
            <w:vAlign w:val="center"/>
          </w:tcPr>
          <w:p w14:paraId="3D28662D" w14:textId="3D90A293" w:rsidR="00915A3A" w:rsidRPr="00361570" w:rsidRDefault="00915A3A" w:rsidP="00361570">
            <w:pPr>
              <w:spacing w:after="0" w:line="240" w:lineRule="auto"/>
              <w:rPr>
                <w:rFonts w:ascii="Times New Roman" w:hAnsi="Times New Roman" w:cs="Times New Roman"/>
                <w:color w:val="000000"/>
                <w:sz w:val="18"/>
                <w:szCs w:val="18"/>
              </w:rPr>
            </w:pPr>
            <w:r w:rsidRPr="00361570">
              <w:rPr>
                <w:rFonts w:ascii="Times New Roman" w:hAnsi="Times New Roman" w:cs="Times New Roman"/>
                <w:bCs/>
                <w:color w:val="000000"/>
                <w:sz w:val="18"/>
                <w:szCs w:val="18"/>
              </w:rPr>
              <w:t>Stress/strain coupons</w:t>
            </w:r>
          </w:p>
        </w:tc>
        <w:tc>
          <w:tcPr>
            <w:tcW w:w="4266" w:type="dxa"/>
            <w:shd w:val="clear" w:color="auto" w:fill="auto"/>
            <w:vAlign w:val="center"/>
          </w:tcPr>
          <w:p w14:paraId="70B9A62F" w14:textId="77777777" w:rsidR="00915A3A" w:rsidRPr="00361570" w:rsidRDefault="00915A3A" w:rsidP="00361570">
            <w:pPr>
              <w:spacing w:after="0" w:line="240" w:lineRule="auto"/>
              <w:rPr>
                <w:rFonts w:ascii="Times New Roman" w:hAnsi="Times New Roman" w:cs="Times New Roman"/>
                <w:bCs/>
                <w:color w:val="000000"/>
                <w:sz w:val="18"/>
                <w:szCs w:val="18"/>
              </w:rPr>
            </w:pPr>
            <w:r w:rsidRPr="00361570">
              <w:rPr>
                <w:rFonts w:ascii="Times New Roman" w:hAnsi="Times New Roman" w:cs="Times New Roman"/>
                <w:bCs/>
                <w:color w:val="000000"/>
                <w:sz w:val="18"/>
                <w:szCs w:val="18"/>
              </w:rPr>
              <w:t>648-07655</w:t>
            </w:r>
          </w:p>
          <w:p w14:paraId="1D294F8A" w14:textId="77777777" w:rsidR="00915A3A" w:rsidRPr="00361570" w:rsidRDefault="00915A3A" w:rsidP="00361570">
            <w:pPr>
              <w:spacing w:after="0" w:line="240" w:lineRule="auto"/>
              <w:rPr>
                <w:rFonts w:ascii="Times New Roman" w:hAnsi="Times New Roman" w:cs="Times New Roman"/>
                <w:bCs/>
                <w:color w:val="000000"/>
                <w:sz w:val="18"/>
                <w:szCs w:val="18"/>
              </w:rPr>
            </w:pPr>
            <w:r w:rsidRPr="00361570">
              <w:rPr>
                <w:rFonts w:ascii="Times New Roman" w:hAnsi="Times New Roman" w:cs="Times New Roman"/>
                <w:bCs/>
                <w:color w:val="000000"/>
                <w:sz w:val="18"/>
                <w:szCs w:val="18"/>
              </w:rPr>
              <w:t>.003in STL ANNEAL</w:t>
            </w:r>
          </w:p>
          <w:p w14:paraId="51E497CD" w14:textId="5139CA16" w:rsidR="00915A3A" w:rsidRPr="00361570" w:rsidRDefault="00915A3A" w:rsidP="00361570">
            <w:pPr>
              <w:spacing w:after="0" w:line="240" w:lineRule="auto"/>
              <w:rPr>
                <w:rFonts w:ascii="Times New Roman" w:hAnsi="Times New Roman" w:cs="Times New Roman"/>
                <w:color w:val="000000"/>
                <w:sz w:val="18"/>
                <w:szCs w:val="18"/>
              </w:rPr>
            </w:pPr>
          </w:p>
        </w:tc>
        <w:tc>
          <w:tcPr>
            <w:tcW w:w="1204" w:type="dxa"/>
            <w:shd w:val="clear" w:color="auto" w:fill="auto"/>
            <w:tcMar>
              <w:top w:w="50" w:type="dxa"/>
              <w:left w:w="50" w:type="dxa"/>
              <w:bottom w:w="50" w:type="dxa"/>
              <w:right w:w="50" w:type="dxa"/>
            </w:tcMar>
            <w:vAlign w:val="center"/>
          </w:tcPr>
          <w:p w14:paraId="49A069F1" w14:textId="492FB3AF" w:rsidR="00915A3A" w:rsidRPr="00361570" w:rsidRDefault="00915A3A" w:rsidP="00361570">
            <w:pPr>
              <w:spacing w:after="0" w:line="240" w:lineRule="auto"/>
              <w:rPr>
                <w:rFonts w:ascii="Times New Roman" w:hAnsi="Times New Roman" w:cs="Times New Roman"/>
                <w:color w:val="000000"/>
                <w:sz w:val="18"/>
                <w:szCs w:val="18"/>
              </w:rPr>
            </w:pPr>
            <w:r w:rsidRPr="00361570">
              <w:rPr>
                <w:rFonts w:ascii="Times New Roman" w:hAnsi="Times New Roman" w:cs="Times New Roman"/>
                <w:bCs/>
                <w:color w:val="000000"/>
                <w:sz w:val="18"/>
                <w:szCs w:val="18"/>
              </w:rPr>
              <w:t>20</w:t>
            </w:r>
          </w:p>
        </w:tc>
        <w:tc>
          <w:tcPr>
            <w:tcW w:w="959" w:type="dxa"/>
            <w:shd w:val="clear" w:color="auto" w:fill="auto"/>
            <w:tcMar>
              <w:top w:w="50" w:type="dxa"/>
              <w:left w:w="50" w:type="dxa"/>
              <w:bottom w:w="50" w:type="dxa"/>
              <w:right w:w="50" w:type="dxa"/>
            </w:tcMar>
            <w:vAlign w:val="center"/>
          </w:tcPr>
          <w:p w14:paraId="2A0D0D8E" w14:textId="7E4AC330" w:rsidR="00915A3A" w:rsidRPr="00361570" w:rsidRDefault="00915A3A" w:rsidP="00361570">
            <w:pPr>
              <w:spacing w:after="0" w:line="240" w:lineRule="auto"/>
              <w:rPr>
                <w:rFonts w:ascii="Times New Roman" w:hAnsi="Times New Roman" w:cs="Times New Roman"/>
                <w:color w:val="000000"/>
                <w:sz w:val="18"/>
                <w:szCs w:val="18"/>
              </w:rPr>
            </w:pPr>
            <w:r w:rsidRPr="00361570">
              <w:rPr>
                <w:rFonts w:ascii="Times New Roman" w:hAnsi="Times New Roman" w:cs="Times New Roman"/>
                <w:bCs/>
                <w:color w:val="000000"/>
                <w:sz w:val="18"/>
                <w:szCs w:val="18"/>
              </w:rPr>
              <w:t>Nos</w:t>
            </w:r>
          </w:p>
        </w:tc>
      </w:tr>
      <w:tr w:rsidR="00915A3A" w:rsidRPr="00361570" w14:paraId="587A5190" w14:textId="77777777" w:rsidTr="00361570">
        <w:trPr>
          <w:jc w:val="center"/>
        </w:trPr>
        <w:tc>
          <w:tcPr>
            <w:tcW w:w="609" w:type="dxa"/>
            <w:shd w:val="clear" w:color="auto" w:fill="FAFAFA"/>
            <w:tcMar>
              <w:top w:w="50" w:type="dxa"/>
              <w:left w:w="50" w:type="dxa"/>
              <w:bottom w:w="50" w:type="dxa"/>
              <w:right w:w="50" w:type="dxa"/>
            </w:tcMar>
            <w:vAlign w:val="center"/>
          </w:tcPr>
          <w:p w14:paraId="6EED08B9" w14:textId="54DD1B5A" w:rsidR="00915A3A" w:rsidRPr="00361570" w:rsidRDefault="00915A3A" w:rsidP="00361570">
            <w:pPr>
              <w:spacing w:after="0" w:line="240" w:lineRule="auto"/>
              <w:ind w:left="90"/>
              <w:jc w:val="center"/>
              <w:rPr>
                <w:rFonts w:ascii="Times New Roman" w:hAnsi="Times New Roman" w:cs="Times New Roman"/>
                <w:color w:val="auto"/>
                <w:sz w:val="18"/>
                <w:szCs w:val="18"/>
              </w:rPr>
            </w:pPr>
            <w:r w:rsidRPr="00361570">
              <w:rPr>
                <w:rFonts w:ascii="Times New Roman" w:hAnsi="Times New Roman" w:cs="Times New Roman"/>
                <w:bCs/>
                <w:color w:val="000000"/>
                <w:sz w:val="18"/>
                <w:szCs w:val="18"/>
              </w:rPr>
              <w:t>63</w:t>
            </w:r>
          </w:p>
        </w:tc>
        <w:tc>
          <w:tcPr>
            <w:tcW w:w="3703" w:type="dxa"/>
            <w:gridSpan w:val="2"/>
            <w:shd w:val="clear" w:color="auto" w:fill="auto"/>
            <w:tcMar>
              <w:top w:w="50" w:type="dxa"/>
              <w:left w:w="50" w:type="dxa"/>
              <w:bottom w:w="50" w:type="dxa"/>
              <w:right w:w="50" w:type="dxa"/>
            </w:tcMar>
            <w:vAlign w:val="center"/>
          </w:tcPr>
          <w:p w14:paraId="1674938D" w14:textId="416F2AB4" w:rsidR="00915A3A" w:rsidRPr="00361570" w:rsidRDefault="00915A3A" w:rsidP="00361570">
            <w:pPr>
              <w:spacing w:after="0" w:line="240" w:lineRule="auto"/>
              <w:rPr>
                <w:rFonts w:ascii="Times New Roman" w:hAnsi="Times New Roman" w:cs="Times New Roman"/>
                <w:color w:val="000000"/>
                <w:sz w:val="18"/>
                <w:szCs w:val="18"/>
              </w:rPr>
            </w:pPr>
            <w:r w:rsidRPr="00361570">
              <w:rPr>
                <w:rFonts w:ascii="Times New Roman" w:hAnsi="Times New Roman" w:cs="Times New Roman"/>
                <w:bCs/>
                <w:color w:val="000000"/>
                <w:sz w:val="18"/>
                <w:szCs w:val="18"/>
              </w:rPr>
              <w:t>Stress/strain coupons</w:t>
            </w:r>
          </w:p>
        </w:tc>
        <w:tc>
          <w:tcPr>
            <w:tcW w:w="4266" w:type="dxa"/>
            <w:shd w:val="clear" w:color="auto" w:fill="auto"/>
            <w:vAlign w:val="center"/>
          </w:tcPr>
          <w:p w14:paraId="60C62184" w14:textId="77777777" w:rsidR="00915A3A" w:rsidRPr="00361570" w:rsidRDefault="00915A3A" w:rsidP="00361570">
            <w:pPr>
              <w:spacing w:after="0" w:line="240" w:lineRule="auto"/>
              <w:rPr>
                <w:rFonts w:ascii="Times New Roman" w:hAnsi="Times New Roman" w:cs="Times New Roman"/>
                <w:bCs/>
                <w:color w:val="000000"/>
                <w:sz w:val="18"/>
                <w:szCs w:val="18"/>
              </w:rPr>
            </w:pPr>
            <w:r w:rsidRPr="00361570">
              <w:rPr>
                <w:rFonts w:ascii="Times New Roman" w:hAnsi="Times New Roman" w:cs="Times New Roman"/>
                <w:bCs/>
                <w:color w:val="000000"/>
                <w:sz w:val="18"/>
                <w:szCs w:val="18"/>
              </w:rPr>
              <w:t>648-07656</w:t>
            </w:r>
          </w:p>
          <w:p w14:paraId="2C00B4E6" w14:textId="77777777" w:rsidR="00915A3A" w:rsidRPr="00361570" w:rsidRDefault="00915A3A" w:rsidP="00361570">
            <w:pPr>
              <w:spacing w:after="0" w:line="240" w:lineRule="auto"/>
              <w:rPr>
                <w:rFonts w:ascii="Times New Roman" w:hAnsi="Times New Roman" w:cs="Times New Roman"/>
                <w:bCs/>
                <w:color w:val="000000"/>
                <w:sz w:val="18"/>
                <w:szCs w:val="18"/>
              </w:rPr>
            </w:pPr>
            <w:r w:rsidRPr="00361570">
              <w:rPr>
                <w:rFonts w:ascii="Times New Roman" w:hAnsi="Times New Roman" w:cs="Times New Roman"/>
                <w:bCs/>
                <w:color w:val="000000"/>
                <w:sz w:val="18"/>
                <w:szCs w:val="18"/>
              </w:rPr>
              <w:t>.005in BRASS</w:t>
            </w:r>
          </w:p>
          <w:p w14:paraId="114D42E5" w14:textId="2E3507D8" w:rsidR="00915A3A" w:rsidRPr="00361570" w:rsidRDefault="00915A3A" w:rsidP="00361570">
            <w:pPr>
              <w:spacing w:after="0" w:line="240" w:lineRule="auto"/>
              <w:rPr>
                <w:rFonts w:ascii="Times New Roman" w:hAnsi="Times New Roman" w:cs="Times New Roman"/>
                <w:color w:val="000000"/>
                <w:sz w:val="18"/>
                <w:szCs w:val="18"/>
              </w:rPr>
            </w:pPr>
          </w:p>
        </w:tc>
        <w:tc>
          <w:tcPr>
            <w:tcW w:w="1204" w:type="dxa"/>
            <w:shd w:val="clear" w:color="auto" w:fill="auto"/>
            <w:tcMar>
              <w:top w:w="50" w:type="dxa"/>
              <w:left w:w="50" w:type="dxa"/>
              <w:bottom w:w="50" w:type="dxa"/>
              <w:right w:w="50" w:type="dxa"/>
            </w:tcMar>
            <w:vAlign w:val="center"/>
          </w:tcPr>
          <w:p w14:paraId="5C0C0748" w14:textId="460D2188" w:rsidR="00915A3A" w:rsidRPr="00361570" w:rsidRDefault="00915A3A" w:rsidP="00361570">
            <w:pPr>
              <w:spacing w:after="0" w:line="240" w:lineRule="auto"/>
              <w:rPr>
                <w:rFonts w:ascii="Times New Roman" w:hAnsi="Times New Roman" w:cs="Times New Roman"/>
                <w:color w:val="000000"/>
                <w:sz w:val="18"/>
                <w:szCs w:val="18"/>
              </w:rPr>
            </w:pPr>
            <w:r w:rsidRPr="00361570">
              <w:rPr>
                <w:rFonts w:ascii="Times New Roman" w:hAnsi="Times New Roman" w:cs="Times New Roman"/>
                <w:bCs/>
                <w:color w:val="000000"/>
                <w:sz w:val="18"/>
                <w:szCs w:val="18"/>
              </w:rPr>
              <w:t>20</w:t>
            </w:r>
          </w:p>
        </w:tc>
        <w:tc>
          <w:tcPr>
            <w:tcW w:w="959" w:type="dxa"/>
            <w:shd w:val="clear" w:color="auto" w:fill="auto"/>
            <w:tcMar>
              <w:top w:w="50" w:type="dxa"/>
              <w:left w:w="50" w:type="dxa"/>
              <w:bottom w:w="50" w:type="dxa"/>
              <w:right w:w="50" w:type="dxa"/>
            </w:tcMar>
            <w:vAlign w:val="center"/>
          </w:tcPr>
          <w:p w14:paraId="548048EB" w14:textId="152EF90F" w:rsidR="00915A3A" w:rsidRPr="00361570" w:rsidRDefault="00915A3A" w:rsidP="00361570">
            <w:pPr>
              <w:spacing w:after="0" w:line="240" w:lineRule="auto"/>
              <w:rPr>
                <w:rFonts w:ascii="Times New Roman" w:hAnsi="Times New Roman" w:cs="Times New Roman"/>
                <w:color w:val="000000"/>
                <w:sz w:val="18"/>
                <w:szCs w:val="18"/>
              </w:rPr>
            </w:pPr>
            <w:r w:rsidRPr="00361570">
              <w:rPr>
                <w:rFonts w:ascii="Times New Roman" w:hAnsi="Times New Roman" w:cs="Times New Roman"/>
                <w:bCs/>
                <w:color w:val="000000"/>
                <w:sz w:val="18"/>
                <w:szCs w:val="18"/>
              </w:rPr>
              <w:t>Nos</w:t>
            </w:r>
          </w:p>
        </w:tc>
      </w:tr>
      <w:tr w:rsidR="00915A3A" w:rsidRPr="00361570" w14:paraId="68A63644" w14:textId="77777777" w:rsidTr="00361570">
        <w:trPr>
          <w:jc w:val="center"/>
        </w:trPr>
        <w:tc>
          <w:tcPr>
            <w:tcW w:w="609" w:type="dxa"/>
            <w:shd w:val="clear" w:color="auto" w:fill="FAFAFA"/>
            <w:tcMar>
              <w:top w:w="50" w:type="dxa"/>
              <w:left w:w="50" w:type="dxa"/>
              <w:bottom w:w="50" w:type="dxa"/>
              <w:right w:w="50" w:type="dxa"/>
            </w:tcMar>
            <w:vAlign w:val="center"/>
          </w:tcPr>
          <w:p w14:paraId="20A470B8" w14:textId="32289D45" w:rsidR="00915A3A" w:rsidRPr="00361570" w:rsidRDefault="00915A3A" w:rsidP="00361570">
            <w:pPr>
              <w:spacing w:after="0" w:line="240" w:lineRule="auto"/>
              <w:ind w:left="90"/>
              <w:jc w:val="center"/>
              <w:rPr>
                <w:rFonts w:ascii="Times New Roman" w:hAnsi="Times New Roman" w:cs="Times New Roman"/>
                <w:color w:val="auto"/>
                <w:sz w:val="18"/>
                <w:szCs w:val="18"/>
              </w:rPr>
            </w:pPr>
            <w:r w:rsidRPr="00361570">
              <w:rPr>
                <w:rFonts w:ascii="Times New Roman" w:hAnsi="Times New Roman" w:cs="Times New Roman"/>
                <w:bCs/>
                <w:color w:val="000000"/>
                <w:sz w:val="18"/>
                <w:szCs w:val="18"/>
              </w:rPr>
              <w:t>64</w:t>
            </w:r>
          </w:p>
        </w:tc>
        <w:tc>
          <w:tcPr>
            <w:tcW w:w="3703" w:type="dxa"/>
            <w:gridSpan w:val="2"/>
            <w:shd w:val="clear" w:color="auto" w:fill="auto"/>
            <w:tcMar>
              <w:top w:w="50" w:type="dxa"/>
              <w:left w:w="50" w:type="dxa"/>
              <w:bottom w:w="50" w:type="dxa"/>
              <w:right w:w="50" w:type="dxa"/>
            </w:tcMar>
            <w:vAlign w:val="center"/>
          </w:tcPr>
          <w:p w14:paraId="5F8510D8" w14:textId="5B261F01" w:rsidR="00915A3A" w:rsidRPr="00361570" w:rsidRDefault="00915A3A" w:rsidP="00361570">
            <w:pPr>
              <w:spacing w:after="0" w:line="240" w:lineRule="auto"/>
              <w:rPr>
                <w:rFonts w:ascii="Times New Roman" w:hAnsi="Times New Roman" w:cs="Times New Roman"/>
                <w:color w:val="000000"/>
                <w:sz w:val="18"/>
                <w:szCs w:val="18"/>
              </w:rPr>
            </w:pPr>
            <w:r w:rsidRPr="00361570">
              <w:rPr>
                <w:rFonts w:ascii="Times New Roman" w:hAnsi="Times New Roman" w:cs="Times New Roman"/>
                <w:bCs/>
                <w:color w:val="000000"/>
                <w:sz w:val="18"/>
                <w:szCs w:val="18"/>
              </w:rPr>
              <w:t>Stress/strain coupons</w:t>
            </w:r>
          </w:p>
        </w:tc>
        <w:tc>
          <w:tcPr>
            <w:tcW w:w="4266" w:type="dxa"/>
            <w:shd w:val="clear" w:color="auto" w:fill="auto"/>
            <w:vAlign w:val="center"/>
          </w:tcPr>
          <w:p w14:paraId="60805961" w14:textId="77777777" w:rsidR="00915A3A" w:rsidRPr="00361570" w:rsidRDefault="00915A3A" w:rsidP="00361570">
            <w:pPr>
              <w:spacing w:after="0" w:line="240" w:lineRule="auto"/>
              <w:rPr>
                <w:rFonts w:ascii="Times New Roman" w:hAnsi="Times New Roman" w:cs="Times New Roman"/>
                <w:bCs/>
                <w:color w:val="000000"/>
                <w:sz w:val="18"/>
                <w:szCs w:val="18"/>
              </w:rPr>
            </w:pPr>
            <w:r w:rsidRPr="00361570">
              <w:rPr>
                <w:rFonts w:ascii="Times New Roman" w:hAnsi="Times New Roman" w:cs="Times New Roman"/>
                <w:bCs/>
                <w:color w:val="000000"/>
                <w:sz w:val="18"/>
                <w:szCs w:val="18"/>
              </w:rPr>
              <w:t>648-07657</w:t>
            </w:r>
          </w:p>
          <w:p w14:paraId="36F1CD48" w14:textId="77777777" w:rsidR="00915A3A" w:rsidRPr="00361570" w:rsidRDefault="00915A3A" w:rsidP="00361570">
            <w:pPr>
              <w:spacing w:after="0" w:line="240" w:lineRule="auto"/>
              <w:rPr>
                <w:rFonts w:ascii="Times New Roman" w:hAnsi="Times New Roman" w:cs="Times New Roman"/>
                <w:bCs/>
                <w:color w:val="000000"/>
                <w:sz w:val="18"/>
                <w:szCs w:val="18"/>
              </w:rPr>
            </w:pPr>
            <w:r w:rsidRPr="00361570">
              <w:rPr>
                <w:rFonts w:ascii="Times New Roman" w:hAnsi="Times New Roman" w:cs="Times New Roman"/>
                <w:bCs/>
                <w:color w:val="000000"/>
                <w:sz w:val="18"/>
                <w:szCs w:val="18"/>
              </w:rPr>
              <w:t>.003in AL FOIL</w:t>
            </w:r>
          </w:p>
          <w:p w14:paraId="0EE40BAF" w14:textId="24D43DEC" w:rsidR="00915A3A" w:rsidRPr="00361570" w:rsidRDefault="00915A3A" w:rsidP="00361570">
            <w:pPr>
              <w:spacing w:after="0" w:line="240" w:lineRule="auto"/>
              <w:rPr>
                <w:rFonts w:ascii="Times New Roman" w:hAnsi="Times New Roman" w:cs="Times New Roman"/>
                <w:color w:val="000000"/>
                <w:sz w:val="18"/>
                <w:szCs w:val="18"/>
              </w:rPr>
            </w:pPr>
          </w:p>
        </w:tc>
        <w:tc>
          <w:tcPr>
            <w:tcW w:w="1204" w:type="dxa"/>
            <w:shd w:val="clear" w:color="auto" w:fill="auto"/>
            <w:tcMar>
              <w:top w:w="50" w:type="dxa"/>
              <w:left w:w="50" w:type="dxa"/>
              <w:bottom w:w="50" w:type="dxa"/>
              <w:right w:w="50" w:type="dxa"/>
            </w:tcMar>
            <w:vAlign w:val="center"/>
          </w:tcPr>
          <w:p w14:paraId="5DA0EA8D" w14:textId="00CC39E6" w:rsidR="00915A3A" w:rsidRPr="00361570" w:rsidRDefault="00915A3A" w:rsidP="00361570">
            <w:pPr>
              <w:spacing w:after="0" w:line="240" w:lineRule="auto"/>
              <w:rPr>
                <w:rFonts w:ascii="Times New Roman" w:hAnsi="Times New Roman" w:cs="Times New Roman"/>
                <w:color w:val="000000"/>
                <w:sz w:val="18"/>
                <w:szCs w:val="18"/>
              </w:rPr>
            </w:pPr>
            <w:r w:rsidRPr="00361570">
              <w:rPr>
                <w:rFonts w:ascii="Times New Roman" w:hAnsi="Times New Roman" w:cs="Times New Roman"/>
                <w:bCs/>
                <w:color w:val="000000"/>
                <w:sz w:val="18"/>
                <w:szCs w:val="18"/>
              </w:rPr>
              <w:t>20</w:t>
            </w:r>
          </w:p>
        </w:tc>
        <w:tc>
          <w:tcPr>
            <w:tcW w:w="959" w:type="dxa"/>
            <w:shd w:val="clear" w:color="auto" w:fill="auto"/>
            <w:tcMar>
              <w:top w:w="50" w:type="dxa"/>
              <w:left w:w="50" w:type="dxa"/>
              <w:bottom w:w="50" w:type="dxa"/>
              <w:right w:w="50" w:type="dxa"/>
            </w:tcMar>
            <w:vAlign w:val="center"/>
          </w:tcPr>
          <w:p w14:paraId="015302FC" w14:textId="4615683A" w:rsidR="00915A3A" w:rsidRPr="00361570" w:rsidRDefault="00915A3A" w:rsidP="00361570">
            <w:pPr>
              <w:spacing w:after="0" w:line="240" w:lineRule="auto"/>
              <w:rPr>
                <w:rFonts w:ascii="Times New Roman" w:hAnsi="Times New Roman" w:cs="Times New Roman"/>
                <w:color w:val="000000"/>
                <w:sz w:val="18"/>
                <w:szCs w:val="18"/>
              </w:rPr>
            </w:pPr>
            <w:r w:rsidRPr="00361570">
              <w:rPr>
                <w:rFonts w:ascii="Times New Roman" w:hAnsi="Times New Roman" w:cs="Times New Roman"/>
                <w:bCs/>
                <w:color w:val="000000"/>
                <w:sz w:val="18"/>
                <w:szCs w:val="18"/>
              </w:rPr>
              <w:t>Nos</w:t>
            </w:r>
          </w:p>
        </w:tc>
      </w:tr>
      <w:tr w:rsidR="00915A3A" w:rsidRPr="00361570" w14:paraId="3BC19FD1" w14:textId="77777777" w:rsidTr="00361570">
        <w:trPr>
          <w:jc w:val="center"/>
        </w:trPr>
        <w:tc>
          <w:tcPr>
            <w:tcW w:w="609" w:type="dxa"/>
            <w:shd w:val="clear" w:color="auto" w:fill="FAFAFA"/>
            <w:tcMar>
              <w:top w:w="50" w:type="dxa"/>
              <w:left w:w="50" w:type="dxa"/>
              <w:bottom w:w="50" w:type="dxa"/>
              <w:right w:w="50" w:type="dxa"/>
            </w:tcMar>
            <w:vAlign w:val="center"/>
          </w:tcPr>
          <w:p w14:paraId="49CDF419" w14:textId="755D2456" w:rsidR="00915A3A" w:rsidRPr="00361570" w:rsidRDefault="00915A3A" w:rsidP="00361570">
            <w:pPr>
              <w:spacing w:after="0" w:line="240" w:lineRule="auto"/>
              <w:ind w:left="90"/>
              <w:jc w:val="center"/>
              <w:rPr>
                <w:rFonts w:ascii="Times New Roman" w:hAnsi="Times New Roman" w:cs="Times New Roman"/>
                <w:color w:val="auto"/>
                <w:sz w:val="18"/>
                <w:szCs w:val="18"/>
              </w:rPr>
            </w:pPr>
            <w:r w:rsidRPr="00361570">
              <w:rPr>
                <w:rFonts w:ascii="Times New Roman" w:hAnsi="Times New Roman" w:cs="Times New Roman"/>
                <w:bCs/>
                <w:color w:val="000000"/>
                <w:sz w:val="18"/>
                <w:szCs w:val="18"/>
              </w:rPr>
              <w:t>65</w:t>
            </w:r>
          </w:p>
        </w:tc>
        <w:tc>
          <w:tcPr>
            <w:tcW w:w="3703" w:type="dxa"/>
            <w:gridSpan w:val="2"/>
            <w:shd w:val="clear" w:color="auto" w:fill="auto"/>
            <w:tcMar>
              <w:top w:w="50" w:type="dxa"/>
              <w:left w:w="50" w:type="dxa"/>
              <w:bottom w:w="50" w:type="dxa"/>
              <w:right w:w="50" w:type="dxa"/>
            </w:tcMar>
            <w:vAlign w:val="center"/>
          </w:tcPr>
          <w:p w14:paraId="7D1A5233" w14:textId="1147E7A3" w:rsidR="00915A3A" w:rsidRPr="00361570" w:rsidRDefault="00915A3A" w:rsidP="00361570">
            <w:pPr>
              <w:spacing w:after="0" w:line="240" w:lineRule="auto"/>
              <w:rPr>
                <w:rFonts w:ascii="Times New Roman" w:hAnsi="Times New Roman" w:cs="Times New Roman"/>
                <w:color w:val="000000"/>
                <w:sz w:val="18"/>
                <w:szCs w:val="18"/>
              </w:rPr>
            </w:pPr>
            <w:r w:rsidRPr="00361570">
              <w:rPr>
                <w:rFonts w:ascii="Times New Roman" w:hAnsi="Times New Roman" w:cs="Times New Roman"/>
                <w:bCs/>
                <w:color w:val="000000"/>
                <w:sz w:val="18"/>
                <w:szCs w:val="18"/>
              </w:rPr>
              <w:t xml:space="preserve">Calibration cubits for UV </w:t>
            </w:r>
            <w:proofErr w:type="spellStart"/>
            <w:r w:rsidRPr="00361570">
              <w:rPr>
                <w:rFonts w:ascii="Times New Roman" w:hAnsi="Times New Roman" w:cs="Times New Roman"/>
                <w:bCs/>
                <w:color w:val="000000"/>
                <w:sz w:val="18"/>
                <w:szCs w:val="18"/>
              </w:rPr>
              <w:t>spectrophoto</w:t>
            </w:r>
            <w:proofErr w:type="spellEnd"/>
            <w:r w:rsidRPr="00361570">
              <w:rPr>
                <w:rFonts w:ascii="Times New Roman" w:hAnsi="Times New Roman" w:cs="Times New Roman"/>
                <w:bCs/>
                <w:color w:val="000000"/>
                <w:sz w:val="18"/>
                <w:szCs w:val="18"/>
              </w:rPr>
              <w:t xml:space="preserve"> meter</w:t>
            </w:r>
          </w:p>
        </w:tc>
        <w:tc>
          <w:tcPr>
            <w:tcW w:w="4266" w:type="dxa"/>
            <w:shd w:val="clear" w:color="auto" w:fill="auto"/>
            <w:vAlign w:val="center"/>
          </w:tcPr>
          <w:p w14:paraId="75D056AD" w14:textId="0E8E1D61" w:rsidR="00915A3A" w:rsidRPr="00361570" w:rsidRDefault="00915A3A" w:rsidP="00361570">
            <w:pPr>
              <w:spacing w:after="0" w:line="240" w:lineRule="auto"/>
              <w:rPr>
                <w:rFonts w:ascii="Times New Roman" w:hAnsi="Times New Roman" w:cs="Times New Roman"/>
                <w:color w:val="000000"/>
                <w:sz w:val="18"/>
                <w:szCs w:val="18"/>
              </w:rPr>
            </w:pPr>
            <w:r w:rsidRPr="00361570">
              <w:rPr>
                <w:rFonts w:ascii="Times New Roman" w:hAnsi="Times New Roman" w:cs="Times New Roman"/>
                <w:bCs/>
                <w:color w:val="000000"/>
                <w:sz w:val="18"/>
                <w:szCs w:val="18"/>
              </w:rPr>
              <w:t>C-7200</w:t>
            </w:r>
          </w:p>
        </w:tc>
        <w:tc>
          <w:tcPr>
            <w:tcW w:w="1204" w:type="dxa"/>
            <w:shd w:val="clear" w:color="auto" w:fill="auto"/>
            <w:tcMar>
              <w:top w:w="50" w:type="dxa"/>
              <w:left w:w="50" w:type="dxa"/>
              <w:bottom w:w="50" w:type="dxa"/>
              <w:right w:w="50" w:type="dxa"/>
            </w:tcMar>
            <w:vAlign w:val="center"/>
          </w:tcPr>
          <w:p w14:paraId="549A1745" w14:textId="35D5D7B7" w:rsidR="00915A3A" w:rsidRPr="00361570" w:rsidRDefault="00915A3A" w:rsidP="00361570">
            <w:pPr>
              <w:spacing w:after="0" w:line="240" w:lineRule="auto"/>
              <w:rPr>
                <w:rFonts w:ascii="Times New Roman" w:hAnsi="Times New Roman" w:cs="Times New Roman"/>
                <w:color w:val="000000"/>
                <w:sz w:val="18"/>
                <w:szCs w:val="18"/>
              </w:rPr>
            </w:pPr>
            <w:r w:rsidRPr="00361570">
              <w:rPr>
                <w:rFonts w:ascii="Times New Roman" w:hAnsi="Times New Roman" w:cs="Times New Roman"/>
                <w:bCs/>
                <w:color w:val="000000"/>
                <w:sz w:val="18"/>
                <w:szCs w:val="18"/>
              </w:rPr>
              <w:t>02</w:t>
            </w:r>
          </w:p>
        </w:tc>
        <w:tc>
          <w:tcPr>
            <w:tcW w:w="959" w:type="dxa"/>
            <w:shd w:val="clear" w:color="auto" w:fill="auto"/>
            <w:tcMar>
              <w:top w:w="50" w:type="dxa"/>
              <w:left w:w="50" w:type="dxa"/>
              <w:bottom w:w="50" w:type="dxa"/>
              <w:right w:w="50" w:type="dxa"/>
            </w:tcMar>
            <w:vAlign w:val="center"/>
          </w:tcPr>
          <w:p w14:paraId="367B859D" w14:textId="3E4C4041" w:rsidR="00915A3A" w:rsidRPr="00361570" w:rsidRDefault="00915A3A" w:rsidP="00361570">
            <w:pPr>
              <w:spacing w:after="0" w:line="240" w:lineRule="auto"/>
              <w:rPr>
                <w:rFonts w:ascii="Times New Roman" w:hAnsi="Times New Roman" w:cs="Times New Roman"/>
                <w:color w:val="000000"/>
                <w:sz w:val="18"/>
                <w:szCs w:val="18"/>
              </w:rPr>
            </w:pPr>
            <w:r w:rsidRPr="00361570">
              <w:rPr>
                <w:rFonts w:ascii="Times New Roman" w:hAnsi="Times New Roman" w:cs="Times New Roman"/>
                <w:bCs/>
                <w:color w:val="000000"/>
                <w:sz w:val="18"/>
                <w:szCs w:val="18"/>
              </w:rPr>
              <w:t>Nos</w:t>
            </w:r>
          </w:p>
        </w:tc>
      </w:tr>
      <w:tr w:rsidR="00915A3A" w:rsidRPr="00361570" w14:paraId="6C0B6B35" w14:textId="77777777" w:rsidTr="00361570">
        <w:trPr>
          <w:jc w:val="center"/>
        </w:trPr>
        <w:tc>
          <w:tcPr>
            <w:tcW w:w="609" w:type="dxa"/>
            <w:shd w:val="clear" w:color="auto" w:fill="FAFAFA"/>
            <w:tcMar>
              <w:top w:w="50" w:type="dxa"/>
              <w:left w:w="50" w:type="dxa"/>
              <w:bottom w:w="50" w:type="dxa"/>
              <w:right w:w="50" w:type="dxa"/>
            </w:tcMar>
            <w:vAlign w:val="center"/>
          </w:tcPr>
          <w:p w14:paraId="6D1A81E5" w14:textId="7D09B873" w:rsidR="00915A3A" w:rsidRPr="00361570" w:rsidRDefault="00915A3A" w:rsidP="00361570">
            <w:pPr>
              <w:spacing w:after="0" w:line="240" w:lineRule="auto"/>
              <w:ind w:left="90"/>
              <w:jc w:val="center"/>
              <w:rPr>
                <w:rFonts w:ascii="Times New Roman" w:hAnsi="Times New Roman" w:cs="Times New Roman"/>
                <w:color w:val="auto"/>
                <w:sz w:val="18"/>
                <w:szCs w:val="18"/>
              </w:rPr>
            </w:pPr>
            <w:r w:rsidRPr="00361570">
              <w:rPr>
                <w:rFonts w:ascii="Times New Roman" w:hAnsi="Times New Roman" w:cs="Times New Roman"/>
                <w:bCs/>
                <w:color w:val="000000"/>
                <w:sz w:val="18"/>
                <w:szCs w:val="18"/>
              </w:rPr>
              <w:t>66</w:t>
            </w:r>
          </w:p>
        </w:tc>
        <w:tc>
          <w:tcPr>
            <w:tcW w:w="3703" w:type="dxa"/>
            <w:gridSpan w:val="2"/>
            <w:shd w:val="clear" w:color="auto" w:fill="auto"/>
            <w:tcMar>
              <w:top w:w="50" w:type="dxa"/>
              <w:left w:w="50" w:type="dxa"/>
              <w:bottom w:w="50" w:type="dxa"/>
              <w:right w:w="50" w:type="dxa"/>
            </w:tcMar>
            <w:vAlign w:val="center"/>
          </w:tcPr>
          <w:p w14:paraId="2CF61A50" w14:textId="78F6060A" w:rsidR="00915A3A" w:rsidRPr="00361570" w:rsidRDefault="00915A3A" w:rsidP="00361570">
            <w:pPr>
              <w:spacing w:after="0" w:line="240" w:lineRule="auto"/>
              <w:rPr>
                <w:rFonts w:ascii="Times New Roman" w:hAnsi="Times New Roman" w:cs="Times New Roman"/>
                <w:color w:val="000000"/>
                <w:sz w:val="18"/>
                <w:szCs w:val="18"/>
              </w:rPr>
            </w:pPr>
            <w:proofErr w:type="spellStart"/>
            <w:r w:rsidRPr="00361570">
              <w:rPr>
                <w:rFonts w:ascii="Times New Roman" w:hAnsi="Times New Roman" w:cs="Times New Roman"/>
                <w:bCs/>
                <w:color w:val="000000"/>
                <w:sz w:val="18"/>
                <w:szCs w:val="18"/>
              </w:rPr>
              <w:t>Agros</w:t>
            </w:r>
            <w:proofErr w:type="spellEnd"/>
          </w:p>
        </w:tc>
        <w:tc>
          <w:tcPr>
            <w:tcW w:w="4266" w:type="dxa"/>
            <w:shd w:val="clear" w:color="auto" w:fill="auto"/>
            <w:vAlign w:val="center"/>
          </w:tcPr>
          <w:p w14:paraId="785C4D18" w14:textId="1152ADFD" w:rsidR="00915A3A" w:rsidRPr="00361570" w:rsidRDefault="00915A3A" w:rsidP="00361570">
            <w:pPr>
              <w:spacing w:after="0" w:line="240" w:lineRule="auto"/>
              <w:rPr>
                <w:rFonts w:ascii="Times New Roman" w:hAnsi="Times New Roman" w:cs="Times New Roman"/>
                <w:color w:val="000000"/>
                <w:sz w:val="18"/>
                <w:szCs w:val="18"/>
              </w:rPr>
            </w:pPr>
            <w:r w:rsidRPr="00361570">
              <w:rPr>
                <w:rFonts w:ascii="Times New Roman" w:hAnsi="Times New Roman" w:cs="Times New Roman"/>
                <w:bCs/>
                <w:color w:val="000000"/>
                <w:sz w:val="18"/>
                <w:szCs w:val="18"/>
              </w:rPr>
              <w:t>--</w:t>
            </w:r>
          </w:p>
        </w:tc>
        <w:tc>
          <w:tcPr>
            <w:tcW w:w="1204" w:type="dxa"/>
            <w:shd w:val="clear" w:color="auto" w:fill="auto"/>
            <w:tcMar>
              <w:top w:w="50" w:type="dxa"/>
              <w:left w:w="50" w:type="dxa"/>
              <w:bottom w:w="50" w:type="dxa"/>
              <w:right w:w="50" w:type="dxa"/>
            </w:tcMar>
            <w:vAlign w:val="center"/>
          </w:tcPr>
          <w:p w14:paraId="0806905A" w14:textId="67C152EF" w:rsidR="00915A3A" w:rsidRPr="00361570" w:rsidRDefault="00915A3A" w:rsidP="00361570">
            <w:pPr>
              <w:spacing w:after="0" w:line="240" w:lineRule="auto"/>
              <w:rPr>
                <w:rFonts w:ascii="Times New Roman" w:hAnsi="Times New Roman" w:cs="Times New Roman"/>
                <w:color w:val="000000"/>
                <w:sz w:val="18"/>
                <w:szCs w:val="18"/>
              </w:rPr>
            </w:pPr>
            <w:r w:rsidRPr="00361570">
              <w:rPr>
                <w:rFonts w:ascii="Times New Roman" w:hAnsi="Times New Roman" w:cs="Times New Roman"/>
                <w:bCs/>
                <w:color w:val="000000"/>
                <w:sz w:val="18"/>
                <w:szCs w:val="18"/>
              </w:rPr>
              <w:t>200gm</w:t>
            </w:r>
          </w:p>
        </w:tc>
        <w:tc>
          <w:tcPr>
            <w:tcW w:w="959" w:type="dxa"/>
            <w:shd w:val="clear" w:color="auto" w:fill="auto"/>
            <w:tcMar>
              <w:top w:w="50" w:type="dxa"/>
              <w:left w:w="50" w:type="dxa"/>
              <w:bottom w:w="50" w:type="dxa"/>
              <w:right w:w="50" w:type="dxa"/>
            </w:tcMar>
            <w:vAlign w:val="center"/>
          </w:tcPr>
          <w:p w14:paraId="7EDC7F45" w14:textId="0E49C686" w:rsidR="00915A3A" w:rsidRPr="00361570" w:rsidRDefault="00915A3A" w:rsidP="00361570">
            <w:pPr>
              <w:spacing w:after="0" w:line="240" w:lineRule="auto"/>
              <w:rPr>
                <w:rFonts w:ascii="Times New Roman" w:hAnsi="Times New Roman" w:cs="Times New Roman"/>
                <w:color w:val="000000"/>
                <w:sz w:val="18"/>
                <w:szCs w:val="18"/>
              </w:rPr>
            </w:pPr>
            <w:proofErr w:type="spellStart"/>
            <w:r w:rsidRPr="00361570">
              <w:rPr>
                <w:rFonts w:ascii="Times New Roman" w:hAnsi="Times New Roman" w:cs="Times New Roman"/>
                <w:sz w:val="18"/>
                <w:szCs w:val="18"/>
              </w:rPr>
              <w:t>kgs</w:t>
            </w:r>
            <w:proofErr w:type="spellEnd"/>
          </w:p>
        </w:tc>
      </w:tr>
      <w:tr w:rsidR="00915A3A" w:rsidRPr="00361570" w14:paraId="0848B07A" w14:textId="77777777" w:rsidTr="00361570">
        <w:trPr>
          <w:jc w:val="center"/>
        </w:trPr>
        <w:tc>
          <w:tcPr>
            <w:tcW w:w="609" w:type="dxa"/>
            <w:shd w:val="clear" w:color="auto" w:fill="FAFAFA"/>
            <w:tcMar>
              <w:top w:w="50" w:type="dxa"/>
              <w:left w:w="50" w:type="dxa"/>
              <w:bottom w:w="50" w:type="dxa"/>
              <w:right w:w="50" w:type="dxa"/>
            </w:tcMar>
            <w:vAlign w:val="center"/>
          </w:tcPr>
          <w:p w14:paraId="02458720" w14:textId="2BE97C3B" w:rsidR="00915A3A" w:rsidRPr="00361570" w:rsidRDefault="00915A3A" w:rsidP="00361570">
            <w:pPr>
              <w:spacing w:after="0" w:line="240" w:lineRule="auto"/>
              <w:ind w:left="90"/>
              <w:jc w:val="center"/>
              <w:rPr>
                <w:rFonts w:ascii="Times New Roman" w:hAnsi="Times New Roman" w:cs="Times New Roman"/>
                <w:color w:val="auto"/>
                <w:sz w:val="18"/>
                <w:szCs w:val="18"/>
              </w:rPr>
            </w:pPr>
            <w:r w:rsidRPr="00361570">
              <w:rPr>
                <w:rFonts w:ascii="Times New Roman" w:hAnsi="Times New Roman" w:cs="Times New Roman"/>
                <w:bCs/>
                <w:color w:val="000000"/>
                <w:sz w:val="18"/>
                <w:szCs w:val="18"/>
              </w:rPr>
              <w:t>67</w:t>
            </w:r>
          </w:p>
        </w:tc>
        <w:tc>
          <w:tcPr>
            <w:tcW w:w="3703" w:type="dxa"/>
            <w:gridSpan w:val="2"/>
            <w:shd w:val="clear" w:color="auto" w:fill="auto"/>
            <w:tcMar>
              <w:top w:w="50" w:type="dxa"/>
              <w:left w:w="50" w:type="dxa"/>
              <w:bottom w:w="50" w:type="dxa"/>
              <w:right w:w="50" w:type="dxa"/>
            </w:tcMar>
            <w:vAlign w:val="center"/>
          </w:tcPr>
          <w:p w14:paraId="405D7DBD" w14:textId="374FBB8D" w:rsidR="00915A3A" w:rsidRPr="00361570" w:rsidRDefault="00915A3A" w:rsidP="00361570">
            <w:pPr>
              <w:spacing w:after="0" w:line="240" w:lineRule="auto"/>
              <w:rPr>
                <w:rFonts w:ascii="Times New Roman" w:hAnsi="Times New Roman" w:cs="Times New Roman"/>
                <w:color w:val="000000"/>
                <w:sz w:val="18"/>
                <w:szCs w:val="18"/>
              </w:rPr>
            </w:pPr>
            <w:r w:rsidRPr="00361570">
              <w:rPr>
                <w:rFonts w:ascii="Times New Roman" w:hAnsi="Times New Roman" w:cs="Times New Roman"/>
                <w:bCs/>
                <w:color w:val="000000"/>
                <w:sz w:val="18"/>
                <w:szCs w:val="18"/>
              </w:rPr>
              <w:t>Stirrers</w:t>
            </w:r>
          </w:p>
        </w:tc>
        <w:tc>
          <w:tcPr>
            <w:tcW w:w="4266" w:type="dxa"/>
            <w:shd w:val="clear" w:color="auto" w:fill="auto"/>
            <w:vAlign w:val="center"/>
          </w:tcPr>
          <w:p w14:paraId="5DAD8E75" w14:textId="08DADB14" w:rsidR="00915A3A" w:rsidRPr="00361570" w:rsidRDefault="00915A3A" w:rsidP="00361570">
            <w:pPr>
              <w:spacing w:after="0" w:line="240" w:lineRule="auto"/>
              <w:rPr>
                <w:rFonts w:ascii="Times New Roman" w:hAnsi="Times New Roman" w:cs="Times New Roman"/>
                <w:color w:val="000000"/>
                <w:sz w:val="18"/>
                <w:szCs w:val="18"/>
              </w:rPr>
            </w:pPr>
            <w:r w:rsidRPr="00361570">
              <w:rPr>
                <w:rFonts w:ascii="Times New Roman" w:hAnsi="Times New Roman" w:cs="Times New Roman"/>
                <w:bCs/>
                <w:color w:val="000000"/>
                <w:sz w:val="18"/>
                <w:szCs w:val="18"/>
              </w:rPr>
              <w:t>Glass</w:t>
            </w:r>
          </w:p>
        </w:tc>
        <w:tc>
          <w:tcPr>
            <w:tcW w:w="1204" w:type="dxa"/>
            <w:shd w:val="clear" w:color="auto" w:fill="auto"/>
            <w:tcMar>
              <w:top w:w="50" w:type="dxa"/>
              <w:left w:w="50" w:type="dxa"/>
              <w:bottom w:w="50" w:type="dxa"/>
              <w:right w:w="50" w:type="dxa"/>
            </w:tcMar>
            <w:vAlign w:val="center"/>
          </w:tcPr>
          <w:p w14:paraId="663F0454" w14:textId="7E977CC1" w:rsidR="00915A3A" w:rsidRPr="00361570" w:rsidRDefault="00915A3A" w:rsidP="00361570">
            <w:pPr>
              <w:spacing w:after="0" w:line="240" w:lineRule="auto"/>
              <w:rPr>
                <w:rFonts w:ascii="Times New Roman" w:hAnsi="Times New Roman" w:cs="Times New Roman"/>
                <w:color w:val="000000"/>
                <w:sz w:val="18"/>
                <w:szCs w:val="18"/>
              </w:rPr>
            </w:pPr>
            <w:r w:rsidRPr="00361570">
              <w:rPr>
                <w:rFonts w:ascii="Times New Roman" w:hAnsi="Times New Roman" w:cs="Times New Roman"/>
                <w:bCs/>
                <w:color w:val="000000"/>
                <w:sz w:val="18"/>
                <w:szCs w:val="18"/>
              </w:rPr>
              <w:t>10</w:t>
            </w:r>
          </w:p>
        </w:tc>
        <w:tc>
          <w:tcPr>
            <w:tcW w:w="959" w:type="dxa"/>
            <w:shd w:val="clear" w:color="auto" w:fill="auto"/>
            <w:tcMar>
              <w:top w:w="50" w:type="dxa"/>
              <w:left w:w="50" w:type="dxa"/>
              <w:bottom w:w="50" w:type="dxa"/>
              <w:right w:w="50" w:type="dxa"/>
            </w:tcMar>
            <w:vAlign w:val="center"/>
          </w:tcPr>
          <w:p w14:paraId="1A9604F3" w14:textId="3F51AC0A" w:rsidR="00915A3A" w:rsidRPr="00361570" w:rsidRDefault="00915A3A" w:rsidP="00361570">
            <w:pPr>
              <w:spacing w:after="0" w:line="240" w:lineRule="auto"/>
              <w:rPr>
                <w:rFonts w:ascii="Times New Roman" w:hAnsi="Times New Roman" w:cs="Times New Roman"/>
                <w:color w:val="000000"/>
                <w:sz w:val="18"/>
                <w:szCs w:val="18"/>
              </w:rPr>
            </w:pPr>
            <w:r w:rsidRPr="00361570">
              <w:rPr>
                <w:rFonts w:ascii="Times New Roman" w:hAnsi="Times New Roman" w:cs="Times New Roman"/>
                <w:bCs/>
                <w:color w:val="000000"/>
                <w:sz w:val="18"/>
                <w:szCs w:val="18"/>
              </w:rPr>
              <w:t>Nos</w:t>
            </w:r>
          </w:p>
        </w:tc>
      </w:tr>
      <w:tr w:rsidR="00915A3A" w:rsidRPr="00361570" w14:paraId="73032D15" w14:textId="77777777" w:rsidTr="00361570">
        <w:trPr>
          <w:jc w:val="center"/>
        </w:trPr>
        <w:tc>
          <w:tcPr>
            <w:tcW w:w="609" w:type="dxa"/>
            <w:shd w:val="clear" w:color="auto" w:fill="FAFAFA"/>
            <w:tcMar>
              <w:top w:w="50" w:type="dxa"/>
              <w:left w:w="50" w:type="dxa"/>
              <w:bottom w:w="50" w:type="dxa"/>
              <w:right w:w="50" w:type="dxa"/>
            </w:tcMar>
            <w:vAlign w:val="center"/>
          </w:tcPr>
          <w:p w14:paraId="15D6D36C" w14:textId="4F135359" w:rsidR="00915A3A" w:rsidRPr="00361570" w:rsidRDefault="00915A3A" w:rsidP="00361570">
            <w:pPr>
              <w:spacing w:after="0" w:line="240" w:lineRule="auto"/>
              <w:ind w:left="90"/>
              <w:jc w:val="center"/>
              <w:rPr>
                <w:rFonts w:ascii="Times New Roman" w:hAnsi="Times New Roman" w:cs="Times New Roman"/>
                <w:color w:val="auto"/>
                <w:sz w:val="18"/>
                <w:szCs w:val="18"/>
              </w:rPr>
            </w:pPr>
            <w:r w:rsidRPr="00361570">
              <w:rPr>
                <w:rFonts w:ascii="Times New Roman" w:hAnsi="Times New Roman" w:cs="Times New Roman"/>
                <w:bCs/>
                <w:color w:val="000000"/>
                <w:sz w:val="18"/>
                <w:szCs w:val="18"/>
              </w:rPr>
              <w:t>68</w:t>
            </w:r>
          </w:p>
        </w:tc>
        <w:tc>
          <w:tcPr>
            <w:tcW w:w="3703" w:type="dxa"/>
            <w:gridSpan w:val="2"/>
            <w:shd w:val="clear" w:color="auto" w:fill="auto"/>
            <w:tcMar>
              <w:top w:w="50" w:type="dxa"/>
              <w:left w:w="50" w:type="dxa"/>
              <w:bottom w:w="50" w:type="dxa"/>
              <w:right w:w="50" w:type="dxa"/>
            </w:tcMar>
            <w:vAlign w:val="center"/>
          </w:tcPr>
          <w:p w14:paraId="6D79A3B5" w14:textId="3371694E" w:rsidR="00915A3A" w:rsidRPr="00361570" w:rsidRDefault="00915A3A" w:rsidP="00361570">
            <w:pPr>
              <w:spacing w:after="0" w:line="240" w:lineRule="auto"/>
              <w:rPr>
                <w:rFonts w:ascii="Times New Roman" w:hAnsi="Times New Roman" w:cs="Times New Roman"/>
                <w:color w:val="000000"/>
                <w:sz w:val="18"/>
                <w:szCs w:val="18"/>
              </w:rPr>
            </w:pPr>
            <w:r w:rsidRPr="00361570">
              <w:rPr>
                <w:rFonts w:ascii="Times New Roman" w:hAnsi="Times New Roman" w:cs="Times New Roman"/>
                <w:bCs/>
                <w:color w:val="000000"/>
                <w:sz w:val="18"/>
                <w:szCs w:val="18"/>
              </w:rPr>
              <w:t xml:space="preserve">Test Tubes </w:t>
            </w:r>
          </w:p>
        </w:tc>
        <w:tc>
          <w:tcPr>
            <w:tcW w:w="4266" w:type="dxa"/>
            <w:shd w:val="clear" w:color="auto" w:fill="auto"/>
            <w:vAlign w:val="center"/>
          </w:tcPr>
          <w:p w14:paraId="6E8A4FE9" w14:textId="20E1A55D" w:rsidR="00915A3A" w:rsidRPr="00361570" w:rsidRDefault="00915A3A" w:rsidP="00361570">
            <w:pPr>
              <w:spacing w:after="0" w:line="240" w:lineRule="auto"/>
              <w:rPr>
                <w:rFonts w:ascii="Times New Roman" w:hAnsi="Times New Roman" w:cs="Times New Roman"/>
                <w:color w:val="000000"/>
                <w:sz w:val="18"/>
                <w:szCs w:val="18"/>
              </w:rPr>
            </w:pPr>
            <w:r w:rsidRPr="00361570">
              <w:rPr>
                <w:rFonts w:ascii="Times New Roman" w:hAnsi="Times New Roman" w:cs="Times New Roman"/>
                <w:bCs/>
                <w:color w:val="000000"/>
                <w:sz w:val="18"/>
                <w:szCs w:val="18"/>
              </w:rPr>
              <w:t>Glass</w:t>
            </w:r>
          </w:p>
        </w:tc>
        <w:tc>
          <w:tcPr>
            <w:tcW w:w="1204" w:type="dxa"/>
            <w:shd w:val="clear" w:color="auto" w:fill="auto"/>
            <w:tcMar>
              <w:top w:w="50" w:type="dxa"/>
              <w:left w:w="50" w:type="dxa"/>
              <w:bottom w:w="50" w:type="dxa"/>
              <w:right w:w="50" w:type="dxa"/>
            </w:tcMar>
            <w:vAlign w:val="center"/>
          </w:tcPr>
          <w:p w14:paraId="4B2892E8" w14:textId="1499E177" w:rsidR="00915A3A" w:rsidRPr="00361570" w:rsidRDefault="00915A3A" w:rsidP="00361570">
            <w:pPr>
              <w:spacing w:after="0" w:line="240" w:lineRule="auto"/>
              <w:rPr>
                <w:rFonts w:ascii="Times New Roman" w:hAnsi="Times New Roman" w:cs="Times New Roman"/>
                <w:color w:val="000000"/>
                <w:sz w:val="18"/>
                <w:szCs w:val="18"/>
              </w:rPr>
            </w:pPr>
            <w:r w:rsidRPr="00361570">
              <w:rPr>
                <w:rFonts w:ascii="Times New Roman" w:hAnsi="Times New Roman" w:cs="Times New Roman"/>
                <w:bCs/>
                <w:color w:val="000000"/>
                <w:sz w:val="18"/>
                <w:szCs w:val="18"/>
              </w:rPr>
              <w:t>50</w:t>
            </w:r>
          </w:p>
        </w:tc>
        <w:tc>
          <w:tcPr>
            <w:tcW w:w="959" w:type="dxa"/>
            <w:shd w:val="clear" w:color="auto" w:fill="auto"/>
            <w:tcMar>
              <w:top w:w="50" w:type="dxa"/>
              <w:left w:w="50" w:type="dxa"/>
              <w:bottom w:w="50" w:type="dxa"/>
              <w:right w:w="50" w:type="dxa"/>
            </w:tcMar>
            <w:vAlign w:val="center"/>
          </w:tcPr>
          <w:p w14:paraId="6E98B275" w14:textId="3B41DFAA" w:rsidR="00915A3A" w:rsidRPr="00361570" w:rsidRDefault="00915A3A" w:rsidP="00361570">
            <w:pPr>
              <w:spacing w:after="0" w:line="240" w:lineRule="auto"/>
              <w:rPr>
                <w:rFonts w:ascii="Times New Roman" w:hAnsi="Times New Roman" w:cs="Times New Roman"/>
                <w:color w:val="000000"/>
                <w:sz w:val="18"/>
                <w:szCs w:val="18"/>
              </w:rPr>
            </w:pPr>
            <w:r w:rsidRPr="00361570">
              <w:rPr>
                <w:rFonts w:ascii="Times New Roman" w:hAnsi="Times New Roman" w:cs="Times New Roman"/>
                <w:bCs/>
                <w:color w:val="000000"/>
                <w:sz w:val="18"/>
                <w:szCs w:val="18"/>
              </w:rPr>
              <w:t>Nos</w:t>
            </w:r>
          </w:p>
        </w:tc>
      </w:tr>
      <w:tr w:rsidR="00915A3A" w:rsidRPr="00361570" w14:paraId="77558030" w14:textId="77777777" w:rsidTr="00361570">
        <w:trPr>
          <w:jc w:val="center"/>
        </w:trPr>
        <w:tc>
          <w:tcPr>
            <w:tcW w:w="609" w:type="dxa"/>
            <w:shd w:val="clear" w:color="auto" w:fill="FAFAFA"/>
            <w:tcMar>
              <w:top w:w="50" w:type="dxa"/>
              <w:left w:w="50" w:type="dxa"/>
              <w:bottom w:w="50" w:type="dxa"/>
              <w:right w:w="50" w:type="dxa"/>
            </w:tcMar>
            <w:vAlign w:val="center"/>
          </w:tcPr>
          <w:p w14:paraId="0BEB97B6" w14:textId="0B9193F7" w:rsidR="00915A3A" w:rsidRPr="00361570" w:rsidRDefault="00915A3A" w:rsidP="00361570">
            <w:pPr>
              <w:spacing w:after="0" w:line="240" w:lineRule="auto"/>
              <w:ind w:left="90"/>
              <w:jc w:val="center"/>
              <w:rPr>
                <w:rFonts w:ascii="Times New Roman" w:hAnsi="Times New Roman" w:cs="Times New Roman"/>
                <w:color w:val="auto"/>
                <w:sz w:val="18"/>
                <w:szCs w:val="18"/>
              </w:rPr>
            </w:pPr>
            <w:r w:rsidRPr="00361570">
              <w:rPr>
                <w:rFonts w:ascii="Times New Roman" w:hAnsi="Times New Roman" w:cs="Times New Roman"/>
                <w:bCs/>
                <w:color w:val="000000"/>
                <w:sz w:val="18"/>
                <w:szCs w:val="18"/>
              </w:rPr>
              <w:t>69</w:t>
            </w:r>
          </w:p>
        </w:tc>
        <w:tc>
          <w:tcPr>
            <w:tcW w:w="3703" w:type="dxa"/>
            <w:gridSpan w:val="2"/>
            <w:shd w:val="clear" w:color="auto" w:fill="auto"/>
            <w:tcMar>
              <w:top w:w="50" w:type="dxa"/>
              <w:left w:w="50" w:type="dxa"/>
              <w:bottom w:w="50" w:type="dxa"/>
              <w:right w:w="50" w:type="dxa"/>
            </w:tcMar>
            <w:vAlign w:val="center"/>
          </w:tcPr>
          <w:p w14:paraId="6827CAED" w14:textId="6AE62087" w:rsidR="00915A3A" w:rsidRPr="00361570" w:rsidRDefault="00915A3A" w:rsidP="00361570">
            <w:pPr>
              <w:spacing w:after="0" w:line="240" w:lineRule="auto"/>
              <w:rPr>
                <w:rFonts w:ascii="Times New Roman" w:hAnsi="Times New Roman" w:cs="Times New Roman"/>
                <w:color w:val="000000"/>
                <w:sz w:val="18"/>
                <w:szCs w:val="18"/>
              </w:rPr>
            </w:pPr>
            <w:r w:rsidRPr="00361570">
              <w:rPr>
                <w:rFonts w:ascii="Times New Roman" w:hAnsi="Times New Roman" w:cs="Times New Roman"/>
                <w:bCs/>
                <w:color w:val="000000"/>
                <w:sz w:val="18"/>
                <w:szCs w:val="18"/>
              </w:rPr>
              <w:t xml:space="preserve">Dropper </w:t>
            </w:r>
          </w:p>
        </w:tc>
        <w:tc>
          <w:tcPr>
            <w:tcW w:w="4266" w:type="dxa"/>
            <w:shd w:val="clear" w:color="auto" w:fill="auto"/>
            <w:vAlign w:val="center"/>
          </w:tcPr>
          <w:p w14:paraId="59A0CD93" w14:textId="197AC4EB" w:rsidR="00915A3A" w:rsidRPr="00361570" w:rsidRDefault="00915A3A" w:rsidP="00361570">
            <w:pPr>
              <w:spacing w:after="0" w:line="240" w:lineRule="auto"/>
              <w:rPr>
                <w:rFonts w:ascii="Times New Roman" w:hAnsi="Times New Roman" w:cs="Times New Roman"/>
                <w:color w:val="000000"/>
                <w:sz w:val="18"/>
                <w:szCs w:val="18"/>
              </w:rPr>
            </w:pPr>
            <w:r w:rsidRPr="00361570">
              <w:rPr>
                <w:rFonts w:ascii="Times New Roman" w:hAnsi="Times New Roman" w:cs="Times New Roman"/>
                <w:bCs/>
                <w:color w:val="000000"/>
                <w:sz w:val="18"/>
                <w:szCs w:val="18"/>
              </w:rPr>
              <w:t>Plastic</w:t>
            </w:r>
          </w:p>
        </w:tc>
        <w:tc>
          <w:tcPr>
            <w:tcW w:w="1204" w:type="dxa"/>
            <w:shd w:val="clear" w:color="auto" w:fill="auto"/>
            <w:tcMar>
              <w:top w:w="50" w:type="dxa"/>
              <w:left w:w="50" w:type="dxa"/>
              <w:bottom w:w="50" w:type="dxa"/>
              <w:right w:w="50" w:type="dxa"/>
            </w:tcMar>
            <w:vAlign w:val="center"/>
          </w:tcPr>
          <w:p w14:paraId="08FB5453" w14:textId="6E6B54B0" w:rsidR="00915A3A" w:rsidRPr="00361570" w:rsidRDefault="00915A3A" w:rsidP="00361570">
            <w:pPr>
              <w:spacing w:after="0" w:line="240" w:lineRule="auto"/>
              <w:rPr>
                <w:rFonts w:ascii="Times New Roman" w:hAnsi="Times New Roman" w:cs="Times New Roman"/>
                <w:color w:val="000000"/>
                <w:sz w:val="18"/>
                <w:szCs w:val="18"/>
              </w:rPr>
            </w:pPr>
            <w:r w:rsidRPr="00361570">
              <w:rPr>
                <w:rFonts w:ascii="Times New Roman" w:hAnsi="Times New Roman" w:cs="Times New Roman"/>
                <w:bCs/>
                <w:color w:val="000000"/>
                <w:sz w:val="18"/>
                <w:szCs w:val="18"/>
              </w:rPr>
              <w:t>20</w:t>
            </w:r>
          </w:p>
        </w:tc>
        <w:tc>
          <w:tcPr>
            <w:tcW w:w="959" w:type="dxa"/>
            <w:shd w:val="clear" w:color="auto" w:fill="auto"/>
            <w:tcMar>
              <w:top w:w="50" w:type="dxa"/>
              <w:left w:w="50" w:type="dxa"/>
              <w:bottom w:w="50" w:type="dxa"/>
              <w:right w:w="50" w:type="dxa"/>
            </w:tcMar>
            <w:vAlign w:val="center"/>
          </w:tcPr>
          <w:p w14:paraId="2CDEB86A" w14:textId="692E430A" w:rsidR="00915A3A" w:rsidRPr="00361570" w:rsidRDefault="00915A3A" w:rsidP="00361570">
            <w:pPr>
              <w:spacing w:after="0" w:line="240" w:lineRule="auto"/>
              <w:rPr>
                <w:rFonts w:ascii="Times New Roman" w:hAnsi="Times New Roman" w:cs="Times New Roman"/>
                <w:color w:val="000000"/>
                <w:sz w:val="18"/>
                <w:szCs w:val="18"/>
              </w:rPr>
            </w:pPr>
            <w:r w:rsidRPr="00361570">
              <w:rPr>
                <w:rFonts w:ascii="Times New Roman" w:hAnsi="Times New Roman" w:cs="Times New Roman"/>
                <w:bCs/>
                <w:color w:val="000000"/>
                <w:sz w:val="18"/>
                <w:szCs w:val="18"/>
              </w:rPr>
              <w:t>Nos</w:t>
            </w:r>
          </w:p>
        </w:tc>
      </w:tr>
      <w:tr w:rsidR="00915A3A" w:rsidRPr="00361570" w14:paraId="29CE0C42" w14:textId="77777777" w:rsidTr="00361570">
        <w:trPr>
          <w:jc w:val="center"/>
        </w:trPr>
        <w:tc>
          <w:tcPr>
            <w:tcW w:w="609" w:type="dxa"/>
            <w:shd w:val="clear" w:color="auto" w:fill="FAFAFA"/>
            <w:tcMar>
              <w:top w:w="50" w:type="dxa"/>
              <w:left w:w="50" w:type="dxa"/>
              <w:bottom w:w="50" w:type="dxa"/>
              <w:right w:w="50" w:type="dxa"/>
            </w:tcMar>
            <w:vAlign w:val="center"/>
          </w:tcPr>
          <w:p w14:paraId="0BC6CE42" w14:textId="15E1382D" w:rsidR="00915A3A" w:rsidRPr="00361570" w:rsidRDefault="00915A3A" w:rsidP="00361570">
            <w:pPr>
              <w:spacing w:after="0" w:line="240" w:lineRule="auto"/>
              <w:ind w:left="90"/>
              <w:jc w:val="center"/>
              <w:rPr>
                <w:rFonts w:ascii="Times New Roman" w:hAnsi="Times New Roman" w:cs="Times New Roman"/>
                <w:color w:val="auto"/>
                <w:sz w:val="18"/>
                <w:szCs w:val="18"/>
              </w:rPr>
            </w:pPr>
            <w:r w:rsidRPr="00361570">
              <w:rPr>
                <w:rFonts w:ascii="Times New Roman" w:hAnsi="Times New Roman" w:cs="Times New Roman"/>
                <w:bCs/>
                <w:color w:val="000000"/>
                <w:sz w:val="18"/>
                <w:szCs w:val="18"/>
              </w:rPr>
              <w:t>70</w:t>
            </w:r>
          </w:p>
        </w:tc>
        <w:tc>
          <w:tcPr>
            <w:tcW w:w="3703" w:type="dxa"/>
            <w:gridSpan w:val="2"/>
            <w:shd w:val="clear" w:color="auto" w:fill="auto"/>
            <w:tcMar>
              <w:top w:w="50" w:type="dxa"/>
              <w:left w:w="50" w:type="dxa"/>
              <w:bottom w:w="50" w:type="dxa"/>
              <w:right w:w="50" w:type="dxa"/>
            </w:tcMar>
            <w:vAlign w:val="center"/>
          </w:tcPr>
          <w:p w14:paraId="64E38371" w14:textId="7C34D0CA" w:rsidR="00915A3A" w:rsidRPr="00361570" w:rsidRDefault="00915A3A" w:rsidP="00361570">
            <w:pPr>
              <w:spacing w:after="0" w:line="240" w:lineRule="auto"/>
              <w:rPr>
                <w:rFonts w:ascii="Times New Roman" w:hAnsi="Times New Roman" w:cs="Times New Roman"/>
                <w:color w:val="000000"/>
                <w:sz w:val="18"/>
                <w:szCs w:val="18"/>
              </w:rPr>
            </w:pPr>
            <w:r w:rsidRPr="00361570">
              <w:rPr>
                <w:rFonts w:ascii="Times New Roman" w:hAnsi="Times New Roman" w:cs="Times New Roman"/>
                <w:bCs/>
                <w:color w:val="000000"/>
                <w:sz w:val="18"/>
                <w:szCs w:val="18"/>
              </w:rPr>
              <w:t xml:space="preserve">Filter Paper </w:t>
            </w:r>
          </w:p>
        </w:tc>
        <w:tc>
          <w:tcPr>
            <w:tcW w:w="4266" w:type="dxa"/>
            <w:shd w:val="clear" w:color="auto" w:fill="auto"/>
            <w:vAlign w:val="center"/>
          </w:tcPr>
          <w:p w14:paraId="073676DC" w14:textId="515DED9C" w:rsidR="00915A3A" w:rsidRPr="00361570" w:rsidRDefault="009B61EC" w:rsidP="00361570">
            <w:pPr>
              <w:spacing w:after="0" w:line="240" w:lineRule="auto"/>
              <w:rPr>
                <w:rFonts w:ascii="Times New Roman" w:hAnsi="Times New Roman" w:cs="Times New Roman"/>
                <w:color w:val="000000"/>
                <w:sz w:val="18"/>
                <w:szCs w:val="18"/>
              </w:rPr>
            </w:pPr>
            <w:r>
              <w:rPr>
                <w:rFonts w:ascii="Times New Roman" w:hAnsi="Times New Roman" w:cs="Times New Roman"/>
                <w:bCs/>
                <w:color w:val="000000"/>
                <w:sz w:val="18"/>
                <w:szCs w:val="18"/>
              </w:rPr>
              <w:t>Pack of 250</w:t>
            </w:r>
          </w:p>
        </w:tc>
        <w:tc>
          <w:tcPr>
            <w:tcW w:w="1204" w:type="dxa"/>
            <w:shd w:val="clear" w:color="auto" w:fill="auto"/>
            <w:tcMar>
              <w:top w:w="50" w:type="dxa"/>
              <w:left w:w="50" w:type="dxa"/>
              <w:bottom w:w="50" w:type="dxa"/>
              <w:right w:w="50" w:type="dxa"/>
            </w:tcMar>
            <w:vAlign w:val="center"/>
          </w:tcPr>
          <w:p w14:paraId="4F7A87D3" w14:textId="30C2BA07" w:rsidR="00915A3A" w:rsidRPr="00361570" w:rsidRDefault="009B61EC" w:rsidP="00361570">
            <w:pPr>
              <w:spacing w:after="0" w:line="240" w:lineRule="auto"/>
              <w:rPr>
                <w:rFonts w:ascii="Times New Roman" w:hAnsi="Times New Roman" w:cs="Times New Roman"/>
                <w:color w:val="000000"/>
                <w:sz w:val="18"/>
                <w:szCs w:val="18"/>
              </w:rPr>
            </w:pPr>
            <w:r>
              <w:rPr>
                <w:rFonts w:ascii="Times New Roman" w:hAnsi="Times New Roman" w:cs="Times New Roman"/>
                <w:bCs/>
                <w:color w:val="000000"/>
                <w:sz w:val="18"/>
                <w:szCs w:val="18"/>
              </w:rPr>
              <w:t>02</w:t>
            </w:r>
            <w:r w:rsidR="00915A3A" w:rsidRPr="00361570">
              <w:rPr>
                <w:rFonts w:ascii="Times New Roman" w:hAnsi="Times New Roman" w:cs="Times New Roman"/>
                <w:bCs/>
                <w:color w:val="000000"/>
                <w:sz w:val="18"/>
                <w:szCs w:val="18"/>
              </w:rPr>
              <w:t xml:space="preserve"> Box</w:t>
            </w:r>
            <w:r>
              <w:rPr>
                <w:rFonts w:ascii="Times New Roman" w:hAnsi="Times New Roman" w:cs="Times New Roman"/>
                <w:bCs/>
                <w:color w:val="000000"/>
                <w:sz w:val="18"/>
                <w:szCs w:val="18"/>
              </w:rPr>
              <w:t>es</w:t>
            </w:r>
          </w:p>
        </w:tc>
        <w:tc>
          <w:tcPr>
            <w:tcW w:w="959" w:type="dxa"/>
            <w:shd w:val="clear" w:color="auto" w:fill="auto"/>
            <w:tcMar>
              <w:top w:w="50" w:type="dxa"/>
              <w:left w:w="50" w:type="dxa"/>
              <w:bottom w:w="50" w:type="dxa"/>
              <w:right w:w="50" w:type="dxa"/>
            </w:tcMar>
            <w:vAlign w:val="center"/>
          </w:tcPr>
          <w:p w14:paraId="2AB98272" w14:textId="2ECEBF02" w:rsidR="00915A3A" w:rsidRPr="00361570" w:rsidRDefault="00915A3A" w:rsidP="00361570">
            <w:pPr>
              <w:spacing w:after="0" w:line="240" w:lineRule="auto"/>
              <w:rPr>
                <w:rFonts w:ascii="Times New Roman" w:hAnsi="Times New Roman" w:cs="Times New Roman"/>
                <w:color w:val="000000"/>
                <w:sz w:val="18"/>
                <w:szCs w:val="18"/>
              </w:rPr>
            </w:pPr>
            <w:r w:rsidRPr="00361570">
              <w:rPr>
                <w:rFonts w:ascii="Times New Roman" w:hAnsi="Times New Roman" w:cs="Times New Roman"/>
                <w:bCs/>
                <w:color w:val="000000"/>
                <w:sz w:val="18"/>
                <w:szCs w:val="18"/>
              </w:rPr>
              <w:t>Nos</w:t>
            </w:r>
          </w:p>
        </w:tc>
      </w:tr>
      <w:tr w:rsidR="00915A3A" w:rsidRPr="00361570" w14:paraId="1894990F" w14:textId="77777777" w:rsidTr="00361570">
        <w:trPr>
          <w:jc w:val="center"/>
        </w:trPr>
        <w:tc>
          <w:tcPr>
            <w:tcW w:w="609" w:type="dxa"/>
            <w:shd w:val="clear" w:color="auto" w:fill="FAFAFA"/>
            <w:tcMar>
              <w:top w:w="50" w:type="dxa"/>
              <w:left w:w="50" w:type="dxa"/>
              <w:bottom w:w="50" w:type="dxa"/>
              <w:right w:w="50" w:type="dxa"/>
            </w:tcMar>
            <w:vAlign w:val="center"/>
          </w:tcPr>
          <w:p w14:paraId="6CE063D1" w14:textId="17494274" w:rsidR="00915A3A" w:rsidRPr="00361570" w:rsidRDefault="00915A3A" w:rsidP="00361570">
            <w:pPr>
              <w:spacing w:after="0" w:line="240" w:lineRule="auto"/>
              <w:ind w:left="90"/>
              <w:jc w:val="center"/>
              <w:rPr>
                <w:rFonts w:ascii="Times New Roman" w:hAnsi="Times New Roman" w:cs="Times New Roman"/>
                <w:color w:val="auto"/>
                <w:sz w:val="18"/>
                <w:szCs w:val="18"/>
              </w:rPr>
            </w:pPr>
            <w:r w:rsidRPr="00361570">
              <w:rPr>
                <w:rFonts w:ascii="Times New Roman" w:hAnsi="Times New Roman" w:cs="Times New Roman"/>
                <w:bCs/>
                <w:color w:val="000000"/>
                <w:sz w:val="18"/>
                <w:szCs w:val="18"/>
              </w:rPr>
              <w:t>71</w:t>
            </w:r>
          </w:p>
        </w:tc>
        <w:tc>
          <w:tcPr>
            <w:tcW w:w="3703" w:type="dxa"/>
            <w:gridSpan w:val="2"/>
            <w:shd w:val="clear" w:color="auto" w:fill="auto"/>
            <w:tcMar>
              <w:top w:w="50" w:type="dxa"/>
              <w:left w:w="50" w:type="dxa"/>
              <w:bottom w:w="50" w:type="dxa"/>
              <w:right w:w="50" w:type="dxa"/>
            </w:tcMar>
            <w:vAlign w:val="center"/>
          </w:tcPr>
          <w:p w14:paraId="7762357E" w14:textId="70870772" w:rsidR="00915A3A" w:rsidRPr="00361570" w:rsidRDefault="00915A3A" w:rsidP="00361570">
            <w:pPr>
              <w:spacing w:after="0" w:line="240" w:lineRule="auto"/>
              <w:rPr>
                <w:rFonts w:ascii="Times New Roman" w:hAnsi="Times New Roman" w:cs="Times New Roman"/>
                <w:color w:val="000000"/>
                <w:sz w:val="18"/>
                <w:szCs w:val="18"/>
              </w:rPr>
            </w:pPr>
            <w:r w:rsidRPr="00361570">
              <w:rPr>
                <w:rFonts w:ascii="Times New Roman" w:hAnsi="Times New Roman" w:cs="Times New Roman"/>
                <w:bCs/>
                <w:color w:val="000000"/>
                <w:sz w:val="18"/>
                <w:szCs w:val="18"/>
              </w:rPr>
              <w:t xml:space="preserve">Beaker </w:t>
            </w:r>
          </w:p>
        </w:tc>
        <w:tc>
          <w:tcPr>
            <w:tcW w:w="4266" w:type="dxa"/>
            <w:shd w:val="clear" w:color="auto" w:fill="auto"/>
            <w:vAlign w:val="center"/>
          </w:tcPr>
          <w:p w14:paraId="0DAB2A9F" w14:textId="0735A02C" w:rsidR="00915A3A" w:rsidRPr="00361570" w:rsidRDefault="00915A3A" w:rsidP="00361570">
            <w:pPr>
              <w:spacing w:after="0" w:line="240" w:lineRule="auto"/>
              <w:rPr>
                <w:rFonts w:ascii="Times New Roman" w:hAnsi="Times New Roman" w:cs="Times New Roman"/>
                <w:color w:val="000000"/>
                <w:sz w:val="18"/>
                <w:szCs w:val="18"/>
              </w:rPr>
            </w:pPr>
            <w:r w:rsidRPr="00361570">
              <w:rPr>
                <w:rFonts w:ascii="Times New Roman" w:hAnsi="Times New Roman" w:cs="Times New Roman"/>
                <w:bCs/>
                <w:color w:val="000000"/>
                <w:sz w:val="18"/>
                <w:szCs w:val="18"/>
              </w:rPr>
              <w:t>50 ml</w:t>
            </w:r>
          </w:p>
        </w:tc>
        <w:tc>
          <w:tcPr>
            <w:tcW w:w="1204" w:type="dxa"/>
            <w:shd w:val="clear" w:color="auto" w:fill="auto"/>
            <w:tcMar>
              <w:top w:w="50" w:type="dxa"/>
              <w:left w:w="50" w:type="dxa"/>
              <w:bottom w:w="50" w:type="dxa"/>
              <w:right w:w="50" w:type="dxa"/>
            </w:tcMar>
            <w:vAlign w:val="center"/>
          </w:tcPr>
          <w:p w14:paraId="7A8ED55F" w14:textId="6C92A344" w:rsidR="00915A3A" w:rsidRPr="00361570" w:rsidRDefault="00915A3A" w:rsidP="00361570">
            <w:pPr>
              <w:spacing w:after="0" w:line="240" w:lineRule="auto"/>
              <w:rPr>
                <w:rFonts w:ascii="Times New Roman" w:hAnsi="Times New Roman" w:cs="Times New Roman"/>
                <w:color w:val="000000"/>
                <w:sz w:val="18"/>
                <w:szCs w:val="18"/>
              </w:rPr>
            </w:pPr>
            <w:r w:rsidRPr="00361570">
              <w:rPr>
                <w:rFonts w:ascii="Times New Roman" w:hAnsi="Times New Roman" w:cs="Times New Roman"/>
                <w:bCs/>
                <w:color w:val="000000"/>
                <w:sz w:val="18"/>
                <w:szCs w:val="18"/>
              </w:rPr>
              <w:t>20</w:t>
            </w:r>
          </w:p>
        </w:tc>
        <w:tc>
          <w:tcPr>
            <w:tcW w:w="959" w:type="dxa"/>
            <w:shd w:val="clear" w:color="auto" w:fill="auto"/>
            <w:tcMar>
              <w:top w:w="50" w:type="dxa"/>
              <w:left w:w="50" w:type="dxa"/>
              <w:bottom w:w="50" w:type="dxa"/>
              <w:right w:w="50" w:type="dxa"/>
            </w:tcMar>
            <w:vAlign w:val="center"/>
          </w:tcPr>
          <w:p w14:paraId="549CA5E1" w14:textId="4C828A8A" w:rsidR="00915A3A" w:rsidRPr="00361570" w:rsidRDefault="00915A3A" w:rsidP="00361570">
            <w:pPr>
              <w:spacing w:after="0" w:line="240" w:lineRule="auto"/>
              <w:rPr>
                <w:rFonts w:ascii="Times New Roman" w:hAnsi="Times New Roman" w:cs="Times New Roman"/>
                <w:color w:val="000000"/>
                <w:sz w:val="18"/>
                <w:szCs w:val="18"/>
              </w:rPr>
            </w:pPr>
            <w:r w:rsidRPr="00361570">
              <w:rPr>
                <w:rFonts w:ascii="Times New Roman" w:hAnsi="Times New Roman" w:cs="Times New Roman"/>
                <w:bCs/>
                <w:color w:val="000000"/>
                <w:sz w:val="18"/>
                <w:szCs w:val="18"/>
              </w:rPr>
              <w:t>Nos</w:t>
            </w:r>
          </w:p>
        </w:tc>
      </w:tr>
      <w:tr w:rsidR="00915A3A" w:rsidRPr="00361570" w14:paraId="52313608" w14:textId="77777777" w:rsidTr="00361570">
        <w:trPr>
          <w:jc w:val="center"/>
        </w:trPr>
        <w:tc>
          <w:tcPr>
            <w:tcW w:w="609" w:type="dxa"/>
            <w:shd w:val="clear" w:color="auto" w:fill="FAFAFA"/>
            <w:tcMar>
              <w:top w:w="50" w:type="dxa"/>
              <w:left w:w="50" w:type="dxa"/>
              <w:bottom w:w="50" w:type="dxa"/>
              <w:right w:w="50" w:type="dxa"/>
            </w:tcMar>
            <w:vAlign w:val="center"/>
          </w:tcPr>
          <w:p w14:paraId="09ED4ABB" w14:textId="2F4E5FEC" w:rsidR="00915A3A" w:rsidRPr="00361570" w:rsidRDefault="00915A3A" w:rsidP="00361570">
            <w:pPr>
              <w:spacing w:after="0" w:line="240" w:lineRule="auto"/>
              <w:ind w:left="90"/>
              <w:jc w:val="center"/>
              <w:rPr>
                <w:rFonts w:ascii="Times New Roman" w:hAnsi="Times New Roman" w:cs="Times New Roman"/>
                <w:color w:val="auto"/>
                <w:sz w:val="18"/>
                <w:szCs w:val="18"/>
              </w:rPr>
            </w:pPr>
            <w:r w:rsidRPr="00361570">
              <w:rPr>
                <w:rFonts w:ascii="Times New Roman" w:hAnsi="Times New Roman" w:cs="Times New Roman"/>
                <w:bCs/>
                <w:color w:val="000000"/>
                <w:sz w:val="18"/>
                <w:szCs w:val="18"/>
              </w:rPr>
              <w:t>72</w:t>
            </w:r>
          </w:p>
        </w:tc>
        <w:tc>
          <w:tcPr>
            <w:tcW w:w="3703" w:type="dxa"/>
            <w:gridSpan w:val="2"/>
            <w:shd w:val="clear" w:color="auto" w:fill="auto"/>
            <w:tcMar>
              <w:top w:w="50" w:type="dxa"/>
              <w:left w:w="50" w:type="dxa"/>
              <w:bottom w:w="50" w:type="dxa"/>
              <w:right w:w="50" w:type="dxa"/>
            </w:tcMar>
            <w:vAlign w:val="center"/>
          </w:tcPr>
          <w:p w14:paraId="6F58A06D" w14:textId="6CC2B374" w:rsidR="00915A3A" w:rsidRPr="00361570" w:rsidRDefault="00915A3A" w:rsidP="00361570">
            <w:pPr>
              <w:spacing w:after="0" w:line="240" w:lineRule="auto"/>
              <w:rPr>
                <w:rFonts w:ascii="Times New Roman" w:hAnsi="Times New Roman" w:cs="Times New Roman"/>
                <w:color w:val="000000"/>
                <w:sz w:val="18"/>
                <w:szCs w:val="18"/>
              </w:rPr>
            </w:pPr>
            <w:r w:rsidRPr="00361570">
              <w:rPr>
                <w:rFonts w:ascii="Times New Roman" w:hAnsi="Times New Roman" w:cs="Times New Roman"/>
                <w:bCs/>
                <w:color w:val="000000"/>
                <w:sz w:val="18"/>
                <w:szCs w:val="18"/>
              </w:rPr>
              <w:t xml:space="preserve">Beaker </w:t>
            </w:r>
          </w:p>
        </w:tc>
        <w:tc>
          <w:tcPr>
            <w:tcW w:w="4266" w:type="dxa"/>
            <w:shd w:val="clear" w:color="auto" w:fill="auto"/>
            <w:vAlign w:val="center"/>
          </w:tcPr>
          <w:p w14:paraId="360F7427" w14:textId="046B575D" w:rsidR="00915A3A" w:rsidRPr="00361570" w:rsidRDefault="00915A3A" w:rsidP="00361570">
            <w:pPr>
              <w:spacing w:after="0" w:line="240" w:lineRule="auto"/>
              <w:rPr>
                <w:rFonts w:ascii="Times New Roman" w:hAnsi="Times New Roman" w:cs="Times New Roman"/>
                <w:color w:val="000000"/>
                <w:sz w:val="18"/>
                <w:szCs w:val="18"/>
              </w:rPr>
            </w:pPr>
            <w:r w:rsidRPr="00361570">
              <w:rPr>
                <w:rFonts w:ascii="Times New Roman" w:hAnsi="Times New Roman" w:cs="Times New Roman"/>
                <w:bCs/>
                <w:color w:val="000000"/>
                <w:sz w:val="18"/>
                <w:szCs w:val="18"/>
              </w:rPr>
              <w:t>100 ml</w:t>
            </w:r>
          </w:p>
        </w:tc>
        <w:tc>
          <w:tcPr>
            <w:tcW w:w="1204" w:type="dxa"/>
            <w:shd w:val="clear" w:color="auto" w:fill="auto"/>
            <w:tcMar>
              <w:top w:w="50" w:type="dxa"/>
              <w:left w:w="50" w:type="dxa"/>
              <w:bottom w:w="50" w:type="dxa"/>
              <w:right w:w="50" w:type="dxa"/>
            </w:tcMar>
            <w:vAlign w:val="center"/>
          </w:tcPr>
          <w:p w14:paraId="09E7CE11" w14:textId="508E686E" w:rsidR="00915A3A" w:rsidRPr="00361570" w:rsidRDefault="00915A3A" w:rsidP="00361570">
            <w:pPr>
              <w:spacing w:after="0" w:line="240" w:lineRule="auto"/>
              <w:rPr>
                <w:rFonts w:ascii="Times New Roman" w:hAnsi="Times New Roman" w:cs="Times New Roman"/>
                <w:color w:val="000000"/>
                <w:sz w:val="18"/>
                <w:szCs w:val="18"/>
              </w:rPr>
            </w:pPr>
            <w:r w:rsidRPr="00361570">
              <w:rPr>
                <w:rFonts w:ascii="Times New Roman" w:hAnsi="Times New Roman" w:cs="Times New Roman"/>
                <w:bCs/>
                <w:color w:val="000000"/>
                <w:sz w:val="18"/>
                <w:szCs w:val="18"/>
              </w:rPr>
              <w:t>20</w:t>
            </w:r>
          </w:p>
        </w:tc>
        <w:tc>
          <w:tcPr>
            <w:tcW w:w="959" w:type="dxa"/>
            <w:shd w:val="clear" w:color="auto" w:fill="auto"/>
            <w:tcMar>
              <w:top w:w="50" w:type="dxa"/>
              <w:left w:w="50" w:type="dxa"/>
              <w:bottom w:w="50" w:type="dxa"/>
              <w:right w:w="50" w:type="dxa"/>
            </w:tcMar>
            <w:vAlign w:val="center"/>
          </w:tcPr>
          <w:p w14:paraId="1CD92A1C" w14:textId="4709AFAB" w:rsidR="00915A3A" w:rsidRPr="00361570" w:rsidRDefault="00915A3A" w:rsidP="00361570">
            <w:pPr>
              <w:spacing w:after="0" w:line="240" w:lineRule="auto"/>
              <w:rPr>
                <w:rFonts w:ascii="Times New Roman" w:hAnsi="Times New Roman" w:cs="Times New Roman"/>
                <w:color w:val="000000"/>
                <w:sz w:val="18"/>
                <w:szCs w:val="18"/>
              </w:rPr>
            </w:pPr>
            <w:r w:rsidRPr="00361570">
              <w:rPr>
                <w:rFonts w:ascii="Times New Roman" w:hAnsi="Times New Roman" w:cs="Times New Roman"/>
                <w:bCs/>
                <w:color w:val="000000"/>
                <w:sz w:val="18"/>
                <w:szCs w:val="18"/>
              </w:rPr>
              <w:t>Nos</w:t>
            </w:r>
          </w:p>
        </w:tc>
      </w:tr>
      <w:tr w:rsidR="00915A3A" w:rsidRPr="00361570" w14:paraId="564654A0" w14:textId="77777777" w:rsidTr="00361570">
        <w:trPr>
          <w:jc w:val="center"/>
        </w:trPr>
        <w:tc>
          <w:tcPr>
            <w:tcW w:w="609" w:type="dxa"/>
            <w:shd w:val="clear" w:color="auto" w:fill="FAFAFA"/>
            <w:tcMar>
              <w:top w:w="50" w:type="dxa"/>
              <w:left w:w="50" w:type="dxa"/>
              <w:bottom w:w="50" w:type="dxa"/>
              <w:right w:w="50" w:type="dxa"/>
            </w:tcMar>
            <w:vAlign w:val="center"/>
          </w:tcPr>
          <w:p w14:paraId="53A4E51D" w14:textId="250345C1" w:rsidR="00915A3A" w:rsidRPr="00361570" w:rsidRDefault="00915A3A" w:rsidP="00361570">
            <w:pPr>
              <w:spacing w:after="0" w:line="240" w:lineRule="auto"/>
              <w:ind w:left="90"/>
              <w:jc w:val="center"/>
              <w:rPr>
                <w:rFonts w:ascii="Times New Roman" w:hAnsi="Times New Roman" w:cs="Times New Roman"/>
                <w:color w:val="auto"/>
                <w:sz w:val="18"/>
                <w:szCs w:val="18"/>
              </w:rPr>
            </w:pPr>
            <w:r w:rsidRPr="00361570">
              <w:rPr>
                <w:rFonts w:ascii="Times New Roman" w:hAnsi="Times New Roman" w:cs="Times New Roman"/>
                <w:bCs/>
                <w:color w:val="000000"/>
                <w:sz w:val="18"/>
                <w:szCs w:val="18"/>
              </w:rPr>
              <w:t>73</w:t>
            </w:r>
          </w:p>
        </w:tc>
        <w:tc>
          <w:tcPr>
            <w:tcW w:w="3703" w:type="dxa"/>
            <w:gridSpan w:val="2"/>
            <w:shd w:val="clear" w:color="auto" w:fill="auto"/>
            <w:tcMar>
              <w:top w:w="50" w:type="dxa"/>
              <w:left w:w="50" w:type="dxa"/>
              <w:bottom w:w="50" w:type="dxa"/>
              <w:right w:w="50" w:type="dxa"/>
            </w:tcMar>
            <w:vAlign w:val="center"/>
          </w:tcPr>
          <w:p w14:paraId="77F65955" w14:textId="0997D515" w:rsidR="00915A3A" w:rsidRPr="00361570" w:rsidRDefault="00915A3A" w:rsidP="00361570">
            <w:pPr>
              <w:spacing w:after="0" w:line="240" w:lineRule="auto"/>
              <w:rPr>
                <w:rFonts w:ascii="Times New Roman" w:hAnsi="Times New Roman" w:cs="Times New Roman"/>
                <w:color w:val="000000"/>
                <w:sz w:val="18"/>
                <w:szCs w:val="18"/>
              </w:rPr>
            </w:pPr>
            <w:r w:rsidRPr="00361570">
              <w:rPr>
                <w:rFonts w:ascii="Times New Roman" w:hAnsi="Times New Roman" w:cs="Times New Roman"/>
                <w:bCs/>
                <w:color w:val="000000"/>
                <w:sz w:val="18"/>
                <w:szCs w:val="18"/>
              </w:rPr>
              <w:t xml:space="preserve">Beaker </w:t>
            </w:r>
          </w:p>
        </w:tc>
        <w:tc>
          <w:tcPr>
            <w:tcW w:w="4266" w:type="dxa"/>
            <w:shd w:val="clear" w:color="auto" w:fill="auto"/>
            <w:vAlign w:val="center"/>
          </w:tcPr>
          <w:p w14:paraId="40CDFCE0" w14:textId="20D6438C" w:rsidR="00915A3A" w:rsidRPr="00361570" w:rsidRDefault="00915A3A" w:rsidP="00361570">
            <w:pPr>
              <w:spacing w:after="0" w:line="240" w:lineRule="auto"/>
              <w:rPr>
                <w:rFonts w:ascii="Times New Roman" w:hAnsi="Times New Roman" w:cs="Times New Roman"/>
                <w:color w:val="000000"/>
                <w:sz w:val="18"/>
                <w:szCs w:val="18"/>
              </w:rPr>
            </w:pPr>
            <w:r w:rsidRPr="00361570">
              <w:rPr>
                <w:rFonts w:ascii="Times New Roman" w:hAnsi="Times New Roman" w:cs="Times New Roman"/>
                <w:bCs/>
                <w:color w:val="000000"/>
                <w:sz w:val="18"/>
                <w:szCs w:val="18"/>
              </w:rPr>
              <w:t>250 ml</w:t>
            </w:r>
          </w:p>
        </w:tc>
        <w:tc>
          <w:tcPr>
            <w:tcW w:w="1204" w:type="dxa"/>
            <w:shd w:val="clear" w:color="auto" w:fill="auto"/>
            <w:tcMar>
              <w:top w:w="50" w:type="dxa"/>
              <w:left w:w="50" w:type="dxa"/>
              <w:bottom w:w="50" w:type="dxa"/>
              <w:right w:w="50" w:type="dxa"/>
            </w:tcMar>
            <w:vAlign w:val="center"/>
          </w:tcPr>
          <w:p w14:paraId="396B05E7" w14:textId="02492034" w:rsidR="00915A3A" w:rsidRPr="00361570" w:rsidRDefault="00915A3A" w:rsidP="00361570">
            <w:pPr>
              <w:spacing w:after="0" w:line="240" w:lineRule="auto"/>
              <w:rPr>
                <w:rFonts w:ascii="Times New Roman" w:hAnsi="Times New Roman" w:cs="Times New Roman"/>
                <w:color w:val="000000"/>
                <w:sz w:val="18"/>
                <w:szCs w:val="18"/>
              </w:rPr>
            </w:pPr>
            <w:r w:rsidRPr="00361570">
              <w:rPr>
                <w:rFonts w:ascii="Times New Roman" w:hAnsi="Times New Roman" w:cs="Times New Roman"/>
                <w:bCs/>
                <w:color w:val="000000"/>
                <w:sz w:val="18"/>
                <w:szCs w:val="18"/>
              </w:rPr>
              <w:t>20</w:t>
            </w:r>
          </w:p>
        </w:tc>
        <w:tc>
          <w:tcPr>
            <w:tcW w:w="959" w:type="dxa"/>
            <w:shd w:val="clear" w:color="auto" w:fill="auto"/>
            <w:tcMar>
              <w:top w:w="50" w:type="dxa"/>
              <w:left w:w="50" w:type="dxa"/>
              <w:bottom w:w="50" w:type="dxa"/>
              <w:right w:w="50" w:type="dxa"/>
            </w:tcMar>
            <w:vAlign w:val="center"/>
          </w:tcPr>
          <w:p w14:paraId="59CE314E" w14:textId="59A4FD4D" w:rsidR="00915A3A" w:rsidRPr="00361570" w:rsidRDefault="00915A3A" w:rsidP="00361570">
            <w:pPr>
              <w:spacing w:after="0" w:line="240" w:lineRule="auto"/>
              <w:rPr>
                <w:rFonts w:ascii="Times New Roman" w:hAnsi="Times New Roman" w:cs="Times New Roman"/>
                <w:color w:val="000000"/>
                <w:sz w:val="18"/>
                <w:szCs w:val="18"/>
              </w:rPr>
            </w:pPr>
            <w:r w:rsidRPr="00361570">
              <w:rPr>
                <w:rFonts w:ascii="Times New Roman" w:hAnsi="Times New Roman" w:cs="Times New Roman"/>
                <w:bCs/>
                <w:color w:val="000000"/>
                <w:sz w:val="18"/>
                <w:szCs w:val="18"/>
              </w:rPr>
              <w:t>Nos</w:t>
            </w:r>
          </w:p>
        </w:tc>
      </w:tr>
      <w:tr w:rsidR="00915A3A" w:rsidRPr="00361570" w14:paraId="7B9C6738" w14:textId="77777777" w:rsidTr="00361570">
        <w:trPr>
          <w:jc w:val="center"/>
        </w:trPr>
        <w:tc>
          <w:tcPr>
            <w:tcW w:w="609" w:type="dxa"/>
            <w:shd w:val="clear" w:color="auto" w:fill="FAFAFA"/>
            <w:tcMar>
              <w:top w:w="50" w:type="dxa"/>
              <w:left w:w="50" w:type="dxa"/>
              <w:bottom w:w="50" w:type="dxa"/>
              <w:right w:w="50" w:type="dxa"/>
            </w:tcMar>
            <w:vAlign w:val="center"/>
          </w:tcPr>
          <w:p w14:paraId="0D287643" w14:textId="56EA1F2F" w:rsidR="00915A3A" w:rsidRPr="00361570" w:rsidRDefault="00915A3A" w:rsidP="00361570">
            <w:pPr>
              <w:spacing w:after="0" w:line="240" w:lineRule="auto"/>
              <w:ind w:left="90"/>
              <w:jc w:val="center"/>
              <w:rPr>
                <w:rFonts w:ascii="Times New Roman" w:hAnsi="Times New Roman" w:cs="Times New Roman"/>
                <w:color w:val="auto"/>
                <w:sz w:val="18"/>
                <w:szCs w:val="18"/>
              </w:rPr>
            </w:pPr>
            <w:r w:rsidRPr="00361570">
              <w:rPr>
                <w:rFonts w:ascii="Times New Roman" w:hAnsi="Times New Roman" w:cs="Times New Roman"/>
                <w:bCs/>
                <w:color w:val="000000"/>
                <w:sz w:val="18"/>
                <w:szCs w:val="18"/>
              </w:rPr>
              <w:t>74</w:t>
            </w:r>
          </w:p>
        </w:tc>
        <w:tc>
          <w:tcPr>
            <w:tcW w:w="3703" w:type="dxa"/>
            <w:gridSpan w:val="2"/>
            <w:shd w:val="clear" w:color="auto" w:fill="auto"/>
            <w:tcMar>
              <w:top w:w="50" w:type="dxa"/>
              <w:left w:w="50" w:type="dxa"/>
              <w:bottom w:w="50" w:type="dxa"/>
              <w:right w:w="50" w:type="dxa"/>
            </w:tcMar>
            <w:vAlign w:val="center"/>
          </w:tcPr>
          <w:p w14:paraId="644DA99A" w14:textId="3C10B040" w:rsidR="00915A3A" w:rsidRPr="00361570" w:rsidRDefault="00915A3A" w:rsidP="00361570">
            <w:pPr>
              <w:spacing w:after="0" w:line="240" w:lineRule="auto"/>
              <w:rPr>
                <w:rFonts w:ascii="Times New Roman" w:hAnsi="Times New Roman" w:cs="Times New Roman"/>
                <w:bCs/>
                <w:color w:val="000000"/>
                <w:sz w:val="18"/>
                <w:szCs w:val="18"/>
              </w:rPr>
            </w:pPr>
            <w:r w:rsidRPr="00361570">
              <w:rPr>
                <w:rFonts w:ascii="Times New Roman" w:hAnsi="Times New Roman" w:cs="Times New Roman"/>
                <w:bCs/>
                <w:color w:val="000000"/>
                <w:sz w:val="18"/>
                <w:szCs w:val="18"/>
              </w:rPr>
              <w:t>Laboratory Gloves</w:t>
            </w:r>
          </w:p>
        </w:tc>
        <w:tc>
          <w:tcPr>
            <w:tcW w:w="4266" w:type="dxa"/>
            <w:shd w:val="clear" w:color="auto" w:fill="auto"/>
            <w:vAlign w:val="center"/>
          </w:tcPr>
          <w:p w14:paraId="12705ACE" w14:textId="42B7CDA4" w:rsidR="00915A3A" w:rsidRPr="00361570" w:rsidRDefault="00BF58F8" w:rsidP="00361570">
            <w:pPr>
              <w:spacing w:after="0" w:line="240" w:lineRule="auto"/>
              <w:rPr>
                <w:rFonts w:ascii="Times New Roman" w:hAnsi="Times New Roman" w:cs="Times New Roman"/>
                <w:color w:val="000000"/>
                <w:sz w:val="18"/>
                <w:szCs w:val="18"/>
              </w:rPr>
            </w:pPr>
            <w:r>
              <w:rPr>
                <w:rFonts w:ascii="Times New Roman" w:hAnsi="Times New Roman" w:cs="Times New Roman"/>
                <w:bCs/>
                <w:color w:val="000000"/>
                <w:sz w:val="18"/>
                <w:szCs w:val="18"/>
              </w:rPr>
              <w:t>125</w:t>
            </w:r>
            <w:r w:rsidR="008E6111">
              <w:rPr>
                <w:rFonts w:ascii="Times New Roman" w:hAnsi="Times New Roman" w:cs="Times New Roman"/>
                <w:bCs/>
                <w:color w:val="000000"/>
                <w:sz w:val="18"/>
                <w:szCs w:val="18"/>
              </w:rPr>
              <w:t xml:space="preserve"> pairs box</w:t>
            </w:r>
          </w:p>
        </w:tc>
        <w:tc>
          <w:tcPr>
            <w:tcW w:w="1204" w:type="dxa"/>
            <w:shd w:val="clear" w:color="auto" w:fill="auto"/>
            <w:tcMar>
              <w:top w:w="50" w:type="dxa"/>
              <w:left w:w="50" w:type="dxa"/>
              <w:bottom w:w="50" w:type="dxa"/>
              <w:right w:w="50" w:type="dxa"/>
            </w:tcMar>
            <w:vAlign w:val="center"/>
          </w:tcPr>
          <w:p w14:paraId="7B584CDA" w14:textId="2058E0E0" w:rsidR="00915A3A" w:rsidRPr="00361570" w:rsidRDefault="00915A3A" w:rsidP="00361570">
            <w:pPr>
              <w:spacing w:after="0" w:line="240" w:lineRule="auto"/>
              <w:rPr>
                <w:rFonts w:ascii="Times New Roman" w:hAnsi="Times New Roman" w:cs="Times New Roman"/>
                <w:color w:val="000000"/>
                <w:sz w:val="18"/>
                <w:szCs w:val="18"/>
              </w:rPr>
            </w:pPr>
            <w:r w:rsidRPr="00361570">
              <w:rPr>
                <w:rFonts w:ascii="Times New Roman" w:hAnsi="Times New Roman" w:cs="Times New Roman"/>
                <w:bCs/>
                <w:color w:val="000000"/>
                <w:sz w:val="18"/>
                <w:szCs w:val="18"/>
              </w:rPr>
              <w:t>2 Box</w:t>
            </w:r>
            <w:r w:rsidR="00BF58F8">
              <w:rPr>
                <w:rFonts w:ascii="Times New Roman" w:hAnsi="Times New Roman" w:cs="Times New Roman"/>
                <w:bCs/>
                <w:color w:val="000000"/>
                <w:sz w:val="18"/>
                <w:szCs w:val="18"/>
              </w:rPr>
              <w:t>es</w:t>
            </w:r>
          </w:p>
        </w:tc>
        <w:tc>
          <w:tcPr>
            <w:tcW w:w="959" w:type="dxa"/>
            <w:shd w:val="clear" w:color="auto" w:fill="auto"/>
            <w:tcMar>
              <w:top w:w="50" w:type="dxa"/>
              <w:left w:w="50" w:type="dxa"/>
              <w:bottom w:w="50" w:type="dxa"/>
              <w:right w:w="50" w:type="dxa"/>
            </w:tcMar>
            <w:vAlign w:val="center"/>
          </w:tcPr>
          <w:p w14:paraId="058933FF" w14:textId="29964612" w:rsidR="00915A3A" w:rsidRPr="00361570" w:rsidRDefault="00915A3A" w:rsidP="00361570">
            <w:pPr>
              <w:spacing w:after="0" w:line="240" w:lineRule="auto"/>
              <w:rPr>
                <w:rFonts w:ascii="Times New Roman" w:hAnsi="Times New Roman" w:cs="Times New Roman"/>
                <w:color w:val="000000"/>
                <w:sz w:val="18"/>
                <w:szCs w:val="18"/>
              </w:rPr>
            </w:pPr>
            <w:r w:rsidRPr="00361570">
              <w:rPr>
                <w:rFonts w:ascii="Times New Roman" w:hAnsi="Times New Roman" w:cs="Times New Roman"/>
                <w:bCs/>
                <w:color w:val="000000"/>
                <w:sz w:val="18"/>
                <w:szCs w:val="18"/>
              </w:rPr>
              <w:t>Nos</w:t>
            </w:r>
          </w:p>
        </w:tc>
      </w:tr>
      <w:tr w:rsidR="00915A3A" w:rsidRPr="00361570" w14:paraId="62324833" w14:textId="77777777" w:rsidTr="00361570">
        <w:trPr>
          <w:jc w:val="center"/>
        </w:trPr>
        <w:tc>
          <w:tcPr>
            <w:tcW w:w="609" w:type="dxa"/>
            <w:shd w:val="clear" w:color="auto" w:fill="FAFAFA"/>
            <w:tcMar>
              <w:top w:w="50" w:type="dxa"/>
              <w:left w:w="50" w:type="dxa"/>
              <w:bottom w:w="50" w:type="dxa"/>
              <w:right w:w="50" w:type="dxa"/>
            </w:tcMar>
            <w:vAlign w:val="center"/>
          </w:tcPr>
          <w:p w14:paraId="2D2E1236" w14:textId="121041F5" w:rsidR="00915A3A" w:rsidRPr="00361570" w:rsidRDefault="00915A3A" w:rsidP="00361570">
            <w:pPr>
              <w:spacing w:after="0" w:line="240" w:lineRule="auto"/>
              <w:ind w:left="90"/>
              <w:jc w:val="center"/>
              <w:rPr>
                <w:rFonts w:ascii="Times New Roman" w:hAnsi="Times New Roman" w:cs="Times New Roman"/>
                <w:color w:val="auto"/>
                <w:sz w:val="18"/>
                <w:szCs w:val="18"/>
              </w:rPr>
            </w:pPr>
            <w:r w:rsidRPr="00361570">
              <w:rPr>
                <w:rFonts w:ascii="Times New Roman" w:hAnsi="Times New Roman" w:cs="Times New Roman"/>
                <w:bCs/>
                <w:color w:val="000000"/>
                <w:sz w:val="18"/>
                <w:szCs w:val="18"/>
              </w:rPr>
              <w:lastRenderedPageBreak/>
              <w:t>75</w:t>
            </w:r>
          </w:p>
        </w:tc>
        <w:tc>
          <w:tcPr>
            <w:tcW w:w="3703" w:type="dxa"/>
            <w:gridSpan w:val="2"/>
            <w:shd w:val="clear" w:color="auto" w:fill="auto"/>
            <w:tcMar>
              <w:top w:w="50" w:type="dxa"/>
              <w:left w:w="50" w:type="dxa"/>
              <w:bottom w:w="50" w:type="dxa"/>
              <w:right w:w="50" w:type="dxa"/>
            </w:tcMar>
            <w:vAlign w:val="center"/>
          </w:tcPr>
          <w:p w14:paraId="5B7D6427" w14:textId="14BF0C21" w:rsidR="00915A3A" w:rsidRPr="00361570" w:rsidRDefault="00915A3A" w:rsidP="00361570">
            <w:pPr>
              <w:spacing w:after="0" w:line="240" w:lineRule="auto"/>
              <w:rPr>
                <w:rFonts w:ascii="Times New Roman" w:hAnsi="Times New Roman" w:cs="Times New Roman"/>
                <w:color w:val="000000"/>
                <w:sz w:val="18"/>
                <w:szCs w:val="18"/>
              </w:rPr>
            </w:pPr>
            <w:r w:rsidRPr="00361570">
              <w:rPr>
                <w:rFonts w:ascii="Times New Roman" w:hAnsi="Times New Roman" w:cs="Times New Roman"/>
                <w:bCs/>
                <w:color w:val="000000"/>
                <w:sz w:val="18"/>
                <w:szCs w:val="18"/>
              </w:rPr>
              <w:t xml:space="preserve"> Face Mask</w:t>
            </w:r>
          </w:p>
        </w:tc>
        <w:tc>
          <w:tcPr>
            <w:tcW w:w="4266" w:type="dxa"/>
            <w:shd w:val="clear" w:color="auto" w:fill="auto"/>
            <w:vAlign w:val="center"/>
          </w:tcPr>
          <w:p w14:paraId="74781165" w14:textId="3787EB12" w:rsidR="00915A3A" w:rsidRPr="00361570" w:rsidRDefault="00BF58F8" w:rsidP="00361570">
            <w:pPr>
              <w:spacing w:after="0" w:line="240" w:lineRule="auto"/>
              <w:rPr>
                <w:rFonts w:ascii="Times New Roman" w:hAnsi="Times New Roman" w:cs="Times New Roman"/>
                <w:color w:val="000000"/>
                <w:sz w:val="18"/>
                <w:szCs w:val="18"/>
              </w:rPr>
            </w:pPr>
            <w:r>
              <w:rPr>
                <w:rFonts w:ascii="Times New Roman" w:hAnsi="Times New Roman" w:cs="Times New Roman"/>
                <w:bCs/>
                <w:color w:val="000000"/>
                <w:sz w:val="18"/>
                <w:szCs w:val="18"/>
              </w:rPr>
              <w:t>Pack of 200 box</w:t>
            </w:r>
          </w:p>
        </w:tc>
        <w:tc>
          <w:tcPr>
            <w:tcW w:w="1204" w:type="dxa"/>
            <w:shd w:val="clear" w:color="auto" w:fill="auto"/>
            <w:tcMar>
              <w:top w:w="50" w:type="dxa"/>
              <w:left w:w="50" w:type="dxa"/>
              <w:bottom w:w="50" w:type="dxa"/>
              <w:right w:w="50" w:type="dxa"/>
            </w:tcMar>
            <w:vAlign w:val="center"/>
          </w:tcPr>
          <w:p w14:paraId="3D4038BE" w14:textId="21FD8856" w:rsidR="00915A3A" w:rsidRPr="00361570" w:rsidRDefault="00915A3A" w:rsidP="00361570">
            <w:pPr>
              <w:spacing w:after="0" w:line="240" w:lineRule="auto"/>
              <w:rPr>
                <w:rFonts w:ascii="Times New Roman" w:hAnsi="Times New Roman" w:cs="Times New Roman"/>
                <w:color w:val="000000"/>
                <w:sz w:val="18"/>
                <w:szCs w:val="18"/>
              </w:rPr>
            </w:pPr>
            <w:r w:rsidRPr="00361570">
              <w:rPr>
                <w:rFonts w:ascii="Times New Roman" w:hAnsi="Times New Roman" w:cs="Times New Roman"/>
                <w:bCs/>
                <w:color w:val="000000"/>
                <w:sz w:val="18"/>
                <w:szCs w:val="18"/>
              </w:rPr>
              <w:t>04 box</w:t>
            </w:r>
          </w:p>
        </w:tc>
        <w:tc>
          <w:tcPr>
            <w:tcW w:w="959" w:type="dxa"/>
            <w:shd w:val="clear" w:color="auto" w:fill="auto"/>
            <w:tcMar>
              <w:top w:w="50" w:type="dxa"/>
              <w:left w:w="50" w:type="dxa"/>
              <w:bottom w:w="50" w:type="dxa"/>
              <w:right w:w="50" w:type="dxa"/>
            </w:tcMar>
            <w:vAlign w:val="center"/>
          </w:tcPr>
          <w:p w14:paraId="63CD9DF9" w14:textId="050AE4E1" w:rsidR="00915A3A" w:rsidRPr="00361570" w:rsidRDefault="00915A3A" w:rsidP="00361570">
            <w:pPr>
              <w:spacing w:after="0" w:line="240" w:lineRule="auto"/>
              <w:rPr>
                <w:rFonts w:ascii="Times New Roman" w:hAnsi="Times New Roman" w:cs="Times New Roman"/>
                <w:color w:val="000000"/>
                <w:sz w:val="18"/>
                <w:szCs w:val="18"/>
              </w:rPr>
            </w:pPr>
            <w:r w:rsidRPr="00361570">
              <w:rPr>
                <w:rFonts w:ascii="Times New Roman" w:hAnsi="Times New Roman" w:cs="Times New Roman"/>
                <w:bCs/>
                <w:color w:val="000000"/>
                <w:sz w:val="18"/>
                <w:szCs w:val="18"/>
              </w:rPr>
              <w:t>Nos</w:t>
            </w:r>
          </w:p>
        </w:tc>
      </w:tr>
      <w:tr w:rsidR="00915A3A" w:rsidRPr="00361570" w14:paraId="3AB72DC7" w14:textId="77777777" w:rsidTr="00361570">
        <w:trPr>
          <w:jc w:val="center"/>
        </w:trPr>
        <w:tc>
          <w:tcPr>
            <w:tcW w:w="609" w:type="dxa"/>
            <w:shd w:val="clear" w:color="auto" w:fill="FAFAFA"/>
            <w:tcMar>
              <w:top w:w="50" w:type="dxa"/>
              <w:left w:w="50" w:type="dxa"/>
              <w:bottom w:w="50" w:type="dxa"/>
              <w:right w:w="50" w:type="dxa"/>
            </w:tcMar>
            <w:vAlign w:val="center"/>
          </w:tcPr>
          <w:p w14:paraId="54C79FA7" w14:textId="5929E0AB" w:rsidR="00915A3A" w:rsidRPr="00361570" w:rsidRDefault="00915A3A" w:rsidP="00361570">
            <w:pPr>
              <w:spacing w:after="0" w:line="240" w:lineRule="auto"/>
              <w:ind w:left="90"/>
              <w:jc w:val="center"/>
              <w:rPr>
                <w:rFonts w:ascii="Times New Roman" w:hAnsi="Times New Roman" w:cs="Times New Roman"/>
                <w:color w:val="auto"/>
                <w:sz w:val="18"/>
                <w:szCs w:val="18"/>
              </w:rPr>
            </w:pPr>
            <w:r w:rsidRPr="00361570">
              <w:rPr>
                <w:rFonts w:ascii="Times New Roman" w:hAnsi="Times New Roman" w:cs="Times New Roman"/>
                <w:bCs/>
                <w:color w:val="000000"/>
                <w:sz w:val="18"/>
                <w:szCs w:val="18"/>
              </w:rPr>
              <w:t>76</w:t>
            </w:r>
          </w:p>
        </w:tc>
        <w:tc>
          <w:tcPr>
            <w:tcW w:w="3703" w:type="dxa"/>
            <w:gridSpan w:val="2"/>
            <w:shd w:val="clear" w:color="auto" w:fill="auto"/>
            <w:tcMar>
              <w:top w:w="50" w:type="dxa"/>
              <w:left w:w="50" w:type="dxa"/>
              <w:bottom w:w="50" w:type="dxa"/>
              <w:right w:w="50" w:type="dxa"/>
            </w:tcMar>
            <w:vAlign w:val="center"/>
          </w:tcPr>
          <w:p w14:paraId="09449C64" w14:textId="369CE594" w:rsidR="00915A3A" w:rsidRPr="00361570" w:rsidRDefault="00915A3A" w:rsidP="00361570">
            <w:pPr>
              <w:spacing w:after="0" w:line="240" w:lineRule="auto"/>
              <w:rPr>
                <w:rFonts w:ascii="Times New Roman" w:hAnsi="Times New Roman" w:cs="Times New Roman"/>
                <w:color w:val="000000"/>
                <w:sz w:val="18"/>
                <w:szCs w:val="18"/>
              </w:rPr>
            </w:pPr>
            <w:r w:rsidRPr="00361570">
              <w:rPr>
                <w:rFonts w:ascii="Times New Roman" w:hAnsi="Times New Roman" w:cs="Times New Roman"/>
                <w:bCs/>
                <w:color w:val="000000"/>
                <w:sz w:val="18"/>
                <w:szCs w:val="18"/>
              </w:rPr>
              <w:t>Microscope slides</w:t>
            </w:r>
          </w:p>
        </w:tc>
        <w:tc>
          <w:tcPr>
            <w:tcW w:w="4266" w:type="dxa"/>
            <w:shd w:val="clear" w:color="auto" w:fill="auto"/>
            <w:vAlign w:val="center"/>
          </w:tcPr>
          <w:p w14:paraId="28307030" w14:textId="3C201E61" w:rsidR="00915A3A" w:rsidRPr="00361570" w:rsidRDefault="00915A3A" w:rsidP="00361570">
            <w:pPr>
              <w:spacing w:after="0" w:line="240" w:lineRule="auto"/>
              <w:rPr>
                <w:rFonts w:ascii="Times New Roman" w:hAnsi="Times New Roman" w:cs="Times New Roman"/>
                <w:color w:val="000000"/>
                <w:sz w:val="18"/>
                <w:szCs w:val="18"/>
              </w:rPr>
            </w:pPr>
            <w:r w:rsidRPr="00361570">
              <w:rPr>
                <w:rFonts w:ascii="Times New Roman" w:hAnsi="Times New Roman" w:cs="Times New Roman"/>
                <w:bCs/>
                <w:color w:val="000000"/>
                <w:sz w:val="18"/>
                <w:szCs w:val="18"/>
              </w:rPr>
              <w:t>Pack of 50</w:t>
            </w:r>
          </w:p>
        </w:tc>
        <w:tc>
          <w:tcPr>
            <w:tcW w:w="1204" w:type="dxa"/>
            <w:shd w:val="clear" w:color="auto" w:fill="auto"/>
            <w:tcMar>
              <w:top w:w="50" w:type="dxa"/>
              <w:left w:w="50" w:type="dxa"/>
              <w:bottom w:w="50" w:type="dxa"/>
              <w:right w:w="50" w:type="dxa"/>
            </w:tcMar>
            <w:vAlign w:val="center"/>
          </w:tcPr>
          <w:p w14:paraId="654C9C54" w14:textId="16641619" w:rsidR="00915A3A" w:rsidRPr="00361570" w:rsidRDefault="00915A3A" w:rsidP="00361570">
            <w:pPr>
              <w:spacing w:after="0" w:line="240" w:lineRule="auto"/>
              <w:rPr>
                <w:rFonts w:ascii="Times New Roman" w:hAnsi="Times New Roman" w:cs="Times New Roman"/>
                <w:color w:val="000000"/>
                <w:sz w:val="18"/>
                <w:szCs w:val="18"/>
              </w:rPr>
            </w:pPr>
            <w:r w:rsidRPr="00361570">
              <w:rPr>
                <w:rFonts w:ascii="Times New Roman" w:hAnsi="Times New Roman" w:cs="Times New Roman"/>
                <w:bCs/>
                <w:color w:val="000000"/>
                <w:sz w:val="18"/>
                <w:szCs w:val="18"/>
              </w:rPr>
              <w:t>02 box</w:t>
            </w:r>
          </w:p>
        </w:tc>
        <w:tc>
          <w:tcPr>
            <w:tcW w:w="959" w:type="dxa"/>
            <w:shd w:val="clear" w:color="auto" w:fill="auto"/>
            <w:tcMar>
              <w:top w:w="50" w:type="dxa"/>
              <w:left w:w="50" w:type="dxa"/>
              <w:bottom w:w="50" w:type="dxa"/>
              <w:right w:w="50" w:type="dxa"/>
            </w:tcMar>
            <w:vAlign w:val="center"/>
          </w:tcPr>
          <w:p w14:paraId="471639E0" w14:textId="0DFB3208" w:rsidR="00915A3A" w:rsidRPr="00361570" w:rsidRDefault="00915A3A" w:rsidP="00361570">
            <w:pPr>
              <w:spacing w:after="0" w:line="240" w:lineRule="auto"/>
              <w:rPr>
                <w:rFonts w:ascii="Times New Roman" w:hAnsi="Times New Roman" w:cs="Times New Roman"/>
                <w:color w:val="000000"/>
                <w:sz w:val="18"/>
                <w:szCs w:val="18"/>
              </w:rPr>
            </w:pPr>
            <w:r w:rsidRPr="00361570">
              <w:rPr>
                <w:rFonts w:ascii="Times New Roman" w:hAnsi="Times New Roman" w:cs="Times New Roman"/>
                <w:bCs/>
                <w:color w:val="000000"/>
                <w:sz w:val="18"/>
                <w:szCs w:val="18"/>
              </w:rPr>
              <w:t>Nos</w:t>
            </w:r>
          </w:p>
        </w:tc>
      </w:tr>
      <w:tr w:rsidR="00915A3A" w:rsidRPr="00361570" w14:paraId="6CDB1B00" w14:textId="77777777" w:rsidTr="00361570">
        <w:trPr>
          <w:jc w:val="center"/>
        </w:trPr>
        <w:tc>
          <w:tcPr>
            <w:tcW w:w="609" w:type="dxa"/>
            <w:shd w:val="clear" w:color="auto" w:fill="FAFAFA"/>
            <w:tcMar>
              <w:top w:w="50" w:type="dxa"/>
              <w:left w:w="50" w:type="dxa"/>
              <w:bottom w:w="50" w:type="dxa"/>
              <w:right w:w="50" w:type="dxa"/>
            </w:tcMar>
            <w:vAlign w:val="center"/>
          </w:tcPr>
          <w:p w14:paraId="4820D094" w14:textId="373A513F" w:rsidR="00915A3A" w:rsidRPr="00361570" w:rsidRDefault="00915A3A" w:rsidP="00361570">
            <w:pPr>
              <w:spacing w:after="0" w:line="240" w:lineRule="auto"/>
              <w:ind w:left="90"/>
              <w:jc w:val="center"/>
              <w:rPr>
                <w:rFonts w:ascii="Times New Roman" w:hAnsi="Times New Roman" w:cs="Times New Roman"/>
                <w:color w:val="auto"/>
                <w:sz w:val="18"/>
                <w:szCs w:val="18"/>
              </w:rPr>
            </w:pPr>
            <w:r w:rsidRPr="00361570">
              <w:rPr>
                <w:rFonts w:ascii="Times New Roman" w:hAnsi="Times New Roman" w:cs="Times New Roman"/>
                <w:bCs/>
                <w:color w:val="000000"/>
                <w:sz w:val="18"/>
                <w:szCs w:val="18"/>
              </w:rPr>
              <w:t>77</w:t>
            </w:r>
          </w:p>
        </w:tc>
        <w:tc>
          <w:tcPr>
            <w:tcW w:w="3703" w:type="dxa"/>
            <w:gridSpan w:val="2"/>
            <w:shd w:val="clear" w:color="auto" w:fill="auto"/>
            <w:tcMar>
              <w:top w:w="50" w:type="dxa"/>
              <w:left w:w="50" w:type="dxa"/>
              <w:bottom w:w="50" w:type="dxa"/>
              <w:right w:w="50" w:type="dxa"/>
            </w:tcMar>
            <w:vAlign w:val="center"/>
          </w:tcPr>
          <w:p w14:paraId="2DEE864C" w14:textId="534BA7D7" w:rsidR="00915A3A" w:rsidRPr="00361570" w:rsidRDefault="00915A3A" w:rsidP="00361570">
            <w:pPr>
              <w:spacing w:after="0" w:line="240" w:lineRule="auto"/>
              <w:rPr>
                <w:rFonts w:ascii="Times New Roman" w:hAnsi="Times New Roman" w:cs="Times New Roman"/>
                <w:color w:val="000000"/>
                <w:sz w:val="18"/>
                <w:szCs w:val="18"/>
              </w:rPr>
            </w:pPr>
            <w:proofErr w:type="spellStart"/>
            <w:r w:rsidRPr="00361570">
              <w:rPr>
                <w:rFonts w:ascii="Times New Roman" w:hAnsi="Times New Roman" w:cs="Times New Roman"/>
                <w:bCs/>
                <w:color w:val="000000"/>
                <w:sz w:val="18"/>
                <w:szCs w:val="18"/>
              </w:rPr>
              <w:t>Alchohal</w:t>
            </w:r>
            <w:proofErr w:type="spellEnd"/>
            <w:r w:rsidRPr="00361570">
              <w:rPr>
                <w:rFonts w:ascii="Times New Roman" w:hAnsi="Times New Roman" w:cs="Times New Roman"/>
                <w:bCs/>
                <w:color w:val="000000"/>
                <w:sz w:val="18"/>
                <w:szCs w:val="18"/>
              </w:rPr>
              <w:t xml:space="preserve"> swab</w:t>
            </w:r>
          </w:p>
        </w:tc>
        <w:tc>
          <w:tcPr>
            <w:tcW w:w="4266" w:type="dxa"/>
            <w:shd w:val="clear" w:color="auto" w:fill="auto"/>
            <w:vAlign w:val="center"/>
          </w:tcPr>
          <w:p w14:paraId="32A2E4DB" w14:textId="737420A6" w:rsidR="00915A3A" w:rsidRPr="00361570" w:rsidRDefault="00BF58F8" w:rsidP="00361570">
            <w:pPr>
              <w:spacing w:after="0" w:line="240" w:lineRule="auto"/>
              <w:rPr>
                <w:rFonts w:ascii="Times New Roman" w:hAnsi="Times New Roman" w:cs="Times New Roman"/>
                <w:color w:val="000000"/>
                <w:sz w:val="18"/>
                <w:szCs w:val="18"/>
              </w:rPr>
            </w:pPr>
            <w:r>
              <w:rPr>
                <w:rFonts w:ascii="Times New Roman" w:hAnsi="Times New Roman" w:cs="Times New Roman"/>
                <w:bCs/>
                <w:color w:val="000000"/>
                <w:sz w:val="18"/>
                <w:szCs w:val="18"/>
              </w:rPr>
              <w:t>Pack of 250</w:t>
            </w:r>
          </w:p>
        </w:tc>
        <w:tc>
          <w:tcPr>
            <w:tcW w:w="1204" w:type="dxa"/>
            <w:shd w:val="clear" w:color="auto" w:fill="auto"/>
            <w:tcMar>
              <w:top w:w="50" w:type="dxa"/>
              <w:left w:w="50" w:type="dxa"/>
              <w:bottom w:w="50" w:type="dxa"/>
              <w:right w:w="50" w:type="dxa"/>
            </w:tcMar>
            <w:vAlign w:val="center"/>
          </w:tcPr>
          <w:p w14:paraId="2E3277D5" w14:textId="18B0822B" w:rsidR="00915A3A" w:rsidRPr="00361570" w:rsidRDefault="00915A3A" w:rsidP="00361570">
            <w:pPr>
              <w:spacing w:after="0" w:line="240" w:lineRule="auto"/>
              <w:rPr>
                <w:rFonts w:ascii="Times New Roman" w:hAnsi="Times New Roman" w:cs="Times New Roman"/>
                <w:color w:val="000000"/>
                <w:sz w:val="18"/>
                <w:szCs w:val="18"/>
              </w:rPr>
            </w:pPr>
            <w:r w:rsidRPr="00361570">
              <w:rPr>
                <w:rFonts w:ascii="Times New Roman" w:hAnsi="Times New Roman" w:cs="Times New Roman"/>
                <w:bCs/>
                <w:color w:val="000000"/>
                <w:sz w:val="18"/>
                <w:szCs w:val="18"/>
              </w:rPr>
              <w:t>03 box</w:t>
            </w:r>
            <w:bookmarkStart w:id="0" w:name="_GoBack"/>
            <w:bookmarkEnd w:id="0"/>
          </w:p>
        </w:tc>
        <w:tc>
          <w:tcPr>
            <w:tcW w:w="959" w:type="dxa"/>
            <w:shd w:val="clear" w:color="auto" w:fill="auto"/>
            <w:tcMar>
              <w:top w:w="50" w:type="dxa"/>
              <w:left w:w="50" w:type="dxa"/>
              <w:bottom w:w="50" w:type="dxa"/>
              <w:right w:w="50" w:type="dxa"/>
            </w:tcMar>
            <w:vAlign w:val="center"/>
          </w:tcPr>
          <w:p w14:paraId="612BEAC9" w14:textId="78BB0969" w:rsidR="00915A3A" w:rsidRPr="00361570" w:rsidRDefault="00915A3A" w:rsidP="00361570">
            <w:pPr>
              <w:spacing w:after="0" w:line="240" w:lineRule="auto"/>
              <w:rPr>
                <w:rFonts w:ascii="Times New Roman" w:hAnsi="Times New Roman" w:cs="Times New Roman"/>
                <w:color w:val="000000"/>
                <w:sz w:val="18"/>
                <w:szCs w:val="18"/>
              </w:rPr>
            </w:pPr>
            <w:r w:rsidRPr="00361570">
              <w:rPr>
                <w:rFonts w:ascii="Times New Roman" w:hAnsi="Times New Roman" w:cs="Times New Roman"/>
                <w:bCs/>
                <w:color w:val="000000"/>
                <w:sz w:val="18"/>
                <w:szCs w:val="18"/>
              </w:rPr>
              <w:t>Nos</w:t>
            </w:r>
          </w:p>
        </w:tc>
      </w:tr>
      <w:tr w:rsidR="00915A3A" w:rsidRPr="00361570" w14:paraId="2431FABC" w14:textId="77777777" w:rsidTr="00361570">
        <w:trPr>
          <w:jc w:val="center"/>
        </w:trPr>
        <w:tc>
          <w:tcPr>
            <w:tcW w:w="609" w:type="dxa"/>
            <w:shd w:val="clear" w:color="auto" w:fill="FAFAFA"/>
            <w:tcMar>
              <w:top w:w="50" w:type="dxa"/>
              <w:left w:w="50" w:type="dxa"/>
              <w:bottom w:w="50" w:type="dxa"/>
              <w:right w:w="50" w:type="dxa"/>
            </w:tcMar>
            <w:vAlign w:val="center"/>
          </w:tcPr>
          <w:p w14:paraId="25BB215D" w14:textId="06626F19" w:rsidR="00915A3A" w:rsidRPr="00361570" w:rsidRDefault="00915A3A" w:rsidP="00361570">
            <w:pPr>
              <w:spacing w:after="0" w:line="240" w:lineRule="auto"/>
              <w:ind w:left="90"/>
              <w:jc w:val="center"/>
              <w:rPr>
                <w:rFonts w:ascii="Times New Roman" w:hAnsi="Times New Roman" w:cs="Times New Roman"/>
                <w:color w:val="auto"/>
                <w:sz w:val="18"/>
                <w:szCs w:val="18"/>
              </w:rPr>
            </w:pPr>
            <w:r w:rsidRPr="00361570">
              <w:rPr>
                <w:rFonts w:ascii="Times New Roman" w:hAnsi="Times New Roman" w:cs="Times New Roman"/>
                <w:bCs/>
                <w:color w:val="000000"/>
                <w:sz w:val="18"/>
                <w:szCs w:val="18"/>
              </w:rPr>
              <w:t>78</w:t>
            </w:r>
          </w:p>
        </w:tc>
        <w:tc>
          <w:tcPr>
            <w:tcW w:w="3703" w:type="dxa"/>
            <w:gridSpan w:val="2"/>
            <w:shd w:val="clear" w:color="auto" w:fill="auto"/>
            <w:tcMar>
              <w:top w:w="50" w:type="dxa"/>
              <w:left w:w="50" w:type="dxa"/>
              <w:bottom w:w="50" w:type="dxa"/>
              <w:right w:w="50" w:type="dxa"/>
            </w:tcMar>
            <w:vAlign w:val="center"/>
          </w:tcPr>
          <w:p w14:paraId="16FBB060" w14:textId="094CB740" w:rsidR="00915A3A" w:rsidRPr="00361570" w:rsidRDefault="00915A3A" w:rsidP="00361570">
            <w:pPr>
              <w:spacing w:after="0" w:line="240" w:lineRule="auto"/>
              <w:rPr>
                <w:rFonts w:ascii="Times New Roman" w:hAnsi="Times New Roman" w:cs="Times New Roman"/>
                <w:color w:val="000000"/>
                <w:sz w:val="18"/>
                <w:szCs w:val="18"/>
              </w:rPr>
            </w:pPr>
            <w:r w:rsidRPr="00361570">
              <w:rPr>
                <w:rFonts w:ascii="Times New Roman" w:hAnsi="Times New Roman" w:cs="Times New Roman"/>
                <w:bCs/>
                <w:color w:val="000000"/>
                <w:sz w:val="18"/>
                <w:szCs w:val="18"/>
              </w:rPr>
              <w:t>Glucose-D</w:t>
            </w:r>
          </w:p>
        </w:tc>
        <w:tc>
          <w:tcPr>
            <w:tcW w:w="4266" w:type="dxa"/>
            <w:shd w:val="clear" w:color="auto" w:fill="auto"/>
            <w:vAlign w:val="center"/>
          </w:tcPr>
          <w:p w14:paraId="50AA0035" w14:textId="5F1EC952" w:rsidR="00915A3A" w:rsidRPr="00361570" w:rsidRDefault="00915A3A" w:rsidP="00361570">
            <w:pPr>
              <w:spacing w:after="0" w:line="240" w:lineRule="auto"/>
              <w:rPr>
                <w:rFonts w:ascii="Times New Roman" w:hAnsi="Times New Roman" w:cs="Times New Roman"/>
                <w:color w:val="000000"/>
                <w:sz w:val="18"/>
                <w:szCs w:val="18"/>
              </w:rPr>
            </w:pPr>
            <w:r w:rsidRPr="00361570">
              <w:rPr>
                <w:rFonts w:ascii="Times New Roman" w:hAnsi="Times New Roman" w:cs="Times New Roman"/>
                <w:bCs/>
                <w:color w:val="000000"/>
                <w:sz w:val="18"/>
                <w:szCs w:val="18"/>
              </w:rPr>
              <w:t>Pakistani Glucose-D manufactured by United Pak Food Limited</w:t>
            </w:r>
          </w:p>
        </w:tc>
        <w:tc>
          <w:tcPr>
            <w:tcW w:w="1204" w:type="dxa"/>
            <w:shd w:val="clear" w:color="auto" w:fill="auto"/>
            <w:tcMar>
              <w:top w:w="50" w:type="dxa"/>
              <w:left w:w="50" w:type="dxa"/>
              <w:bottom w:w="50" w:type="dxa"/>
              <w:right w:w="50" w:type="dxa"/>
            </w:tcMar>
            <w:vAlign w:val="center"/>
          </w:tcPr>
          <w:p w14:paraId="24D6C6F9" w14:textId="467E713B" w:rsidR="00915A3A" w:rsidRPr="00361570" w:rsidRDefault="00915A3A" w:rsidP="00361570">
            <w:pPr>
              <w:spacing w:after="0" w:line="240" w:lineRule="auto"/>
              <w:rPr>
                <w:rFonts w:ascii="Times New Roman" w:hAnsi="Times New Roman" w:cs="Times New Roman"/>
                <w:color w:val="000000"/>
                <w:sz w:val="18"/>
                <w:szCs w:val="18"/>
              </w:rPr>
            </w:pPr>
            <w:r w:rsidRPr="00361570">
              <w:rPr>
                <w:rFonts w:ascii="Times New Roman" w:hAnsi="Times New Roman" w:cs="Times New Roman"/>
                <w:bCs/>
                <w:color w:val="000000"/>
                <w:sz w:val="18"/>
                <w:szCs w:val="18"/>
              </w:rPr>
              <w:t>1kg</w:t>
            </w:r>
          </w:p>
        </w:tc>
        <w:tc>
          <w:tcPr>
            <w:tcW w:w="959" w:type="dxa"/>
            <w:shd w:val="clear" w:color="auto" w:fill="auto"/>
            <w:tcMar>
              <w:top w:w="50" w:type="dxa"/>
              <w:left w:w="50" w:type="dxa"/>
              <w:bottom w:w="50" w:type="dxa"/>
              <w:right w:w="50" w:type="dxa"/>
            </w:tcMar>
            <w:vAlign w:val="center"/>
          </w:tcPr>
          <w:p w14:paraId="5E9C1081" w14:textId="3A64FD4D" w:rsidR="00915A3A" w:rsidRPr="00361570" w:rsidRDefault="00915A3A" w:rsidP="00361570">
            <w:pPr>
              <w:spacing w:after="0" w:line="240" w:lineRule="auto"/>
              <w:rPr>
                <w:rFonts w:ascii="Times New Roman" w:hAnsi="Times New Roman" w:cs="Times New Roman"/>
                <w:color w:val="000000"/>
                <w:sz w:val="18"/>
                <w:szCs w:val="18"/>
              </w:rPr>
            </w:pPr>
            <w:proofErr w:type="spellStart"/>
            <w:r w:rsidRPr="00361570">
              <w:rPr>
                <w:rFonts w:ascii="Times New Roman" w:hAnsi="Times New Roman" w:cs="Times New Roman"/>
                <w:bCs/>
                <w:color w:val="000000"/>
                <w:sz w:val="18"/>
                <w:szCs w:val="18"/>
              </w:rPr>
              <w:t>kgs</w:t>
            </w:r>
            <w:proofErr w:type="spellEnd"/>
          </w:p>
        </w:tc>
      </w:tr>
      <w:tr w:rsidR="00915A3A" w:rsidRPr="00361570" w14:paraId="3700C3D4" w14:textId="77777777" w:rsidTr="00361570">
        <w:trPr>
          <w:jc w:val="center"/>
        </w:trPr>
        <w:tc>
          <w:tcPr>
            <w:tcW w:w="609" w:type="dxa"/>
            <w:shd w:val="clear" w:color="auto" w:fill="FAFAFA"/>
            <w:tcMar>
              <w:top w:w="50" w:type="dxa"/>
              <w:left w:w="50" w:type="dxa"/>
              <w:bottom w:w="50" w:type="dxa"/>
              <w:right w:w="50" w:type="dxa"/>
            </w:tcMar>
            <w:vAlign w:val="center"/>
          </w:tcPr>
          <w:p w14:paraId="1BDF5FB7" w14:textId="3B1E3C09" w:rsidR="00915A3A" w:rsidRPr="00361570" w:rsidRDefault="00915A3A" w:rsidP="00361570">
            <w:pPr>
              <w:spacing w:after="0" w:line="240" w:lineRule="auto"/>
              <w:ind w:left="90"/>
              <w:jc w:val="center"/>
              <w:rPr>
                <w:rFonts w:ascii="Times New Roman" w:hAnsi="Times New Roman" w:cs="Times New Roman"/>
                <w:color w:val="auto"/>
                <w:sz w:val="18"/>
                <w:szCs w:val="18"/>
              </w:rPr>
            </w:pPr>
            <w:r w:rsidRPr="00361570">
              <w:rPr>
                <w:rFonts w:ascii="Times New Roman" w:hAnsi="Times New Roman" w:cs="Times New Roman"/>
                <w:bCs/>
                <w:color w:val="000000"/>
                <w:sz w:val="18"/>
                <w:szCs w:val="18"/>
              </w:rPr>
              <w:t>79</w:t>
            </w:r>
          </w:p>
        </w:tc>
        <w:tc>
          <w:tcPr>
            <w:tcW w:w="3703" w:type="dxa"/>
            <w:gridSpan w:val="2"/>
            <w:shd w:val="clear" w:color="auto" w:fill="auto"/>
            <w:tcMar>
              <w:top w:w="50" w:type="dxa"/>
              <w:left w:w="50" w:type="dxa"/>
              <w:bottom w:w="50" w:type="dxa"/>
              <w:right w:w="50" w:type="dxa"/>
            </w:tcMar>
            <w:vAlign w:val="center"/>
          </w:tcPr>
          <w:p w14:paraId="6367B131" w14:textId="11F1F8AB" w:rsidR="00915A3A" w:rsidRPr="00361570" w:rsidRDefault="00915A3A" w:rsidP="00361570">
            <w:pPr>
              <w:spacing w:after="0" w:line="240" w:lineRule="auto"/>
              <w:rPr>
                <w:rFonts w:ascii="Times New Roman" w:hAnsi="Times New Roman" w:cs="Times New Roman"/>
                <w:color w:val="000000"/>
                <w:sz w:val="18"/>
                <w:szCs w:val="18"/>
              </w:rPr>
            </w:pPr>
            <w:r w:rsidRPr="00361570">
              <w:rPr>
                <w:rFonts w:ascii="Times New Roman" w:hAnsi="Times New Roman" w:cs="Times New Roman"/>
                <w:bCs/>
                <w:color w:val="000000"/>
                <w:sz w:val="18"/>
                <w:szCs w:val="18"/>
              </w:rPr>
              <w:t>Albumin powder</w:t>
            </w:r>
          </w:p>
        </w:tc>
        <w:tc>
          <w:tcPr>
            <w:tcW w:w="4266" w:type="dxa"/>
            <w:shd w:val="clear" w:color="auto" w:fill="auto"/>
            <w:vAlign w:val="center"/>
          </w:tcPr>
          <w:p w14:paraId="1C058A1B" w14:textId="0ADD71F8" w:rsidR="00915A3A" w:rsidRPr="00361570" w:rsidRDefault="00915A3A" w:rsidP="00361570">
            <w:pPr>
              <w:spacing w:after="0" w:line="240" w:lineRule="auto"/>
              <w:rPr>
                <w:rFonts w:ascii="Times New Roman" w:hAnsi="Times New Roman" w:cs="Times New Roman"/>
                <w:color w:val="000000"/>
                <w:sz w:val="18"/>
                <w:szCs w:val="18"/>
              </w:rPr>
            </w:pPr>
            <w:r w:rsidRPr="00361570">
              <w:rPr>
                <w:rFonts w:ascii="Times New Roman" w:hAnsi="Times New Roman" w:cs="Times New Roman"/>
                <w:bCs/>
                <w:color w:val="000000"/>
                <w:sz w:val="18"/>
                <w:szCs w:val="18"/>
              </w:rPr>
              <w:t>---</w:t>
            </w:r>
          </w:p>
        </w:tc>
        <w:tc>
          <w:tcPr>
            <w:tcW w:w="1204" w:type="dxa"/>
            <w:shd w:val="clear" w:color="auto" w:fill="auto"/>
            <w:tcMar>
              <w:top w:w="50" w:type="dxa"/>
              <w:left w:w="50" w:type="dxa"/>
              <w:bottom w:w="50" w:type="dxa"/>
              <w:right w:w="50" w:type="dxa"/>
            </w:tcMar>
            <w:vAlign w:val="center"/>
          </w:tcPr>
          <w:p w14:paraId="1B8FF777" w14:textId="7BCAB474" w:rsidR="00915A3A" w:rsidRPr="00361570" w:rsidRDefault="00915A3A" w:rsidP="00361570">
            <w:pPr>
              <w:spacing w:after="0" w:line="240" w:lineRule="auto"/>
              <w:rPr>
                <w:rFonts w:ascii="Times New Roman" w:hAnsi="Times New Roman" w:cs="Times New Roman"/>
                <w:color w:val="000000"/>
                <w:sz w:val="18"/>
                <w:szCs w:val="18"/>
              </w:rPr>
            </w:pPr>
            <w:r w:rsidRPr="00361570">
              <w:rPr>
                <w:rFonts w:ascii="Times New Roman" w:hAnsi="Times New Roman" w:cs="Times New Roman"/>
                <w:bCs/>
                <w:color w:val="000000"/>
                <w:sz w:val="18"/>
                <w:szCs w:val="18"/>
              </w:rPr>
              <w:t>250g</w:t>
            </w:r>
          </w:p>
        </w:tc>
        <w:tc>
          <w:tcPr>
            <w:tcW w:w="959" w:type="dxa"/>
            <w:shd w:val="clear" w:color="auto" w:fill="auto"/>
            <w:tcMar>
              <w:top w:w="50" w:type="dxa"/>
              <w:left w:w="50" w:type="dxa"/>
              <w:bottom w:w="50" w:type="dxa"/>
              <w:right w:w="50" w:type="dxa"/>
            </w:tcMar>
            <w:vAlign w:val="center"/>
          </w:tcPr>
          <w:p w14:paraId="7D1558E8" w14:textId="4F564C10" w:rsidR="00915A3A" w:rsidRPr="00361570" w:rsidRDefault="00915A3A" w:rsidP="00361570">
            <w:pPr>
              <w:spacing w:after="0" w:line="240" w:lineRule="auto"/>
              <w:rPr>
                <w:rFonts w:ascii="Times New Roman" w:hAnsi="Times New Roman" w:cs="Times New Roman"/>
                <w:color w:val="000000"/>
                <w:sz w:val="18"/>
                <w:szCs w:val="18"/>
              </w:rPr>
            </w:pPr>
            <w:proofErr w:type="spellStart"/>
            <w:r w:rsidRPr="00361570">
              <w:rPr>
                <w:rFonts w:ascii="Times New Roman" w:hAnsi="Times New Roman" w:cs="Times New Roman"/>
                <w:bCs/>
                <w:color w:val="000000"/>
                <w:sz w:val="18"/>
                <w:szCs w:val="18"/>
              </w:rPr>
              <w:t>kgs</w:t>
            </w:r>
            <w:proofErr w:type="spellEnd"/>
          </w:p>
        </w:tc>
      </w:tr>
      <w:tr w:rsidR="00915A3A" w:rsidRPr="00361570" w14:paraId="1F087F60" w14:textId="77777777" w:rsidTr="00361570">
        <w:trPr>
          <w:jc w:val="center"/>
        </w:trPr>
        <w:tc>
          <w:tcPr>
            <w:tcW w:w="609" w:type="dxa"/>
            <w:shd w:val="clear" w:color="auto" w:fill="FAFAFA"/>
            <w:tcMar>
              <w:top w:w="50" w:type="dxa"/>
              <w:left w:w="50" w:type="dxa"/>
              <w:bottom w:w="50" w:type="dxa"/>
              <w:right w:w="50" w:type="dxa"/>
            </w:tcMar>
            <w:vAlign w:val="center"/>
          </w:tcPr>
          <w:p w14:paraId="46CE0266" w14:textId="6C69F342" w:rsidR="00915A3A" w:rsidRPr="00361570" w:rsidRDefault="00915A3A" w:rsidP="00361570">
            <w:pPr>
              <w:spacing w:after="0" w:line="240" w:lineRule="auto"/>
              <w:ind w:left="90"/>
              <w:jc w:val="center"/>
              <w:rPr>
                <w:rFonts w:ascii="Times New Roman" w:hAnsi="Times New Roman" w:cs="Times New Roman"/>
                <w:color w:val="auto"/>
                <w:sz w:val="18"/>
                <w:szCs w:val="18"/>
              </w:rPr>
            </w:pPr>
            <w:r w:rsidRPr="00361570">
              <w:rPr>
                <w:rFonts w:ascii="Times New Roman" w:hAnsi="Times New Roman" w:cs="Times New Roman"/>
                <w:bCs/>
                <w:color w:val="000000"/>
                <w:sz w:val="18"/>
                <w:szCs w:val="18"/>
              </w:rPr>
              <w:t>80</w:t>
            </w:r>
          </w:p>
        </w:tc>
        <w:tc>
          <w:tcPr>
            <w:tcW w:w="3703" w:type="dxa"/>
            <w:gridSpan w:val="2"/>
            <w:shd w:val="clear" w:color="auto" w:fill="auto"/>
            <w:tcMar>
              <w:top w:w="50" w:type="dxa"/>
              <w:left w:w="50" w:type="dxa"/>
              <w:bottom w:w="50" w:type="dxa"/>
              <w:right w:w="50" w:type="dxa"/>
            </w:tcMar>
            <w:vAlign w:val="center"/>
          </w:tcPr>
          <w:p w14:paraId="683EDA32" w14:textId="37A625B6" w:rsidR="00915A3A" w:rsidRPr="00361570" w:rsidRDefault="00915A3A" w:rsidP="00361570">
            <w:pPr>
              <w:spacing w:after="0" w:line="240" w:lineRule="auto"/>
              <w:rPr>
                <w:rFonts w:ascii="Times New Roman" w:hAnsi="Times New Roman" w:cs="Times New Roman"/>
                <w:color w:val="000000"/>
                <w:sz w:val="18"/>
                <w:szCs w:val="18"/>
              </w:rPr>
            </w:pPr>
            <w:r w:rsidRPr="00361570">
              <w:rPr>
                <w:rFonts w:ascii="Times New Roman" w:hAnsi="Times New Roman" w:cs="Times New Roman"/>
                <w:bCs/>
                <w:color w:val="000000"/>
                <w:sz w:val="18"/>
                <w:szCs w:val="18"/>
              </w:rPr>
              <w:t>Buffer pH4</w:t>
            </w:r>
          </w:p>
        </w:tc>
        <w:tc>
          <w:tcPr>
            <w:tcW w:w="4266" w:type="dxa"/>
            <w:shd w:val="clear" w:color="auto" w:fill="auto"/>
            <w:vAlign w:val="center"/>
          </w:tcPr>
          <w:p w14:paraId="4E459385" w14:textId="7C017EF8" w:rsidR="00915A3A" w:rsidRPr="00361570" w:rsidRDefault="00915A3A" w:rsidP="00361570">
            <w:pPr>
              <w:spacing w:after="0" w:line="240" w:lineRule="auto"/>
              <w:rPr>
                <w:rFonts w:ascii="Times New Roman" w:hAnsi="Times New Roman" w:cs="Times New Roman"/>
                <w:color w:val="000000"/>
                <w:sz w:val="18"/>
                <w:szCs w:val="18"/>
              </w:rPr>
            </w:pPr>
            <w:r w:rsidRPr="00361570">
              <w:rPr>
                <w:rFonts w:ascii="Times New Roman" w:hAnsi="Times New Roman" w:cs="Times New Roman"/>
                <w:bCs/>
                <w:color w:val="000000"/>
                <w:sz w:val="18"/>
                <w:szCs w:val="18"/>
              </w:rPr>
              <w:t>500ml/bottle</w:t>
            </w:r>
          </w:p>
        </w:tc>
        <w:tc>
          <w:tcPr>
            <w:tcW w:w="1204" w:type="dxa"/>
            <w:shd w:val="clear" w:color="auto" w:fill="auto"/>
            <w:tcMar>
              <w:top w:w="50" w:type="dxa"/>
              <w:left w:w="50" w:type="dxa"/>
              <w:bottom w:w="50" w:type="dxa"/>
              <w:right w:w="50" w:type="dxa"/>
            </w:tcMar>
            <w:vAlign w:val="center"/>
          </w:tcPr>
          <w:p w14:paraId="5E39299C" w14:textId="2A79C60B" w:rsidR="00915A3A" w:rsidRPr="00361570" w:rsidRDefault="00915A3A" w:rsidP="00361570">
            <w:pPr>
              <w:spacing w:after="0" w:line="240" w:lineRule="auto"/>
              <w:rPr>
                <w:rFonts w:ascii="Times New Roman" w:hAnsi="Times New Roman" w:cs="Times New Roman"/>
                <w:color w:val="000000"/>
                <w:sz w:val="18"/>
                <w:szCs w:val="18"/>
              </w:rPr>
            </w:pPr>
            <w:r w:rsidRPr="00361570">
              <w:rPr>
                <w:rFonts w:ascii="Times New Roman" w:hAnsi="Times New Roman" w:cs="Times New Roman"/>
                <w:bCs/>
                <w:color w:val="000000"/>
                <w:sz w:val="18"/>
                <w:szCs w:val="18"/>
              </w:rPr>
              <w:t>01 bottle</w:t>
            </w:r>
          </w:p>
        </w:tc>
        <w:tc>
          <w:tcPr>
            <w:tcW w:w="959" w:type="dxa"/>
            <w:shd w:val="clear" w:color="auto" w:fill="auto"/>
            <w:tcMar>
              <w:top w:w="50" w:type="dxa"/>
              <w:left w:w="50" w:type="dxa"/>
              <w:bottom w:w="50" w:type="dxa"/>
              <w:right w:w="50" w:type="dxa"/>
            </w:tcMar>
            <w:vAlign w:val="center"/>
          </w:tcPr>
          <w:p w14:paraId="51FE2CC6" w14:textId="203C48BE" w:rsidR="00915A3A" w:rsidRPr="00361570" w:rsidRDefault="00841393" w:rsidP="00361570">
            <w:pPr>
              <w:spacing w:after="0" w:line="240" w:lineRule="auto"/>
              <w:rPr>
                <w:rFonts w:ascii="Times New Roman" w:hAnsi="Times New Roman" w:cs="Times New Roman"/>
                <w:color w:val="000000"/>
                <w:sz w:val="18"/>
                <w:szCs w:val="18"/>
              </w:rPr>
            </w:pPr>
            <w:r>
              <w:rPr>
                <w:rFonts w:ascii="Times New Roman" w:hAnsi="Times New Roman" w:cs="Times New Roman"/>
                <w:bCs/>
                <w:color w:val="000000"/>
                <w:sz w:val="18"/>
                <w:szCs w:val="18"/>
              </w:rPr>
              <w:t>liter</w:t>
            </w:r>
          </w:p>
        </w:tc>
      </w:tr>
      <w:tr w:rsidR="00915A3A" w:rsidRPr="00361570" w14:paraId="3282B9AC" w14:textId="77777777" w:rsidTr="00361570">
        <w:trPr>
          <w:jc w:val="center"/>
        </w:trPr>
        <w:tc>
          <w:tcPr>
            <w:tcW w:w="609" w:type="dxa"/>
            <w:shd w:val="clear" w:color="auto" w:fill="FAFAFA"/>
            <w:tcMar>
              <w:top w:w="50" w:type="dxa"/>
              <w:left w:w="50" w:type="dxa"/>
              <w:bottom w:w="50" w:type="dxa"/>
              <w:right w:w="50" w:type="dxa"/>
            </w:tcMar>
            <w:vAlign w:val="center"/>
          </w:tcPr>
          <w:p w14:paraId="21D8BF8B" w14:textId="6070F7B6" w:rsidR="00915A3A" w:rsidRPr="00361570" w:rsidRDefault="00915A3A" w:rsidP="00361570">
            <w:pPr>
              <w:spacing w:after="0" w:line="240" w:lineRule="auto"/>
              <w:ind w:left="90"/>
              <w:jc w:val="center"/>
              <w:rPr>
                <w:rFonts w:ascii="Times New Roman" w:hAnsi="Times New Roman" w:cs="Times New Roman"/>
                <w:color w:val="auto"/>
                <w:sz w:val="18"/>
                <w:szCs w:val="18"/>
              </w:rPr>
            </w:pPr>
            <w:r w:rsidRPr="00361570">
              <w:rPr>
                <w:rFonts w:ascii="Times New Roman" w:hAnsi="Times New Roman" w:cs="Times New Roman"/>
                <w:bCs/>
                <w:color w:val="000000"/>
                <w:sz w:val="18"/>
                <w:szCs w:val="18"/>
              </w:rPr>
              <w:t>81</w:t>
            </w:r>
          </w:p>
        </w:tc>
        <w:tc>
          <w:tcPr>
            <w:tcW w:w="3703" w:type="dxa"/>
            <w:gridSpan w:val="2"/>
            <w:shd w:val="clear" w:color="auto" w:fill="auto"/>
            <w:tcMar>
              <w:top w:w="50" w:type="dxa"/>
              <w:left w:w="50" w:type="dxa"/>
              <w:bottom w:w="50" w:type="dxa"/>
              <w:right w:w="50" w:type="dxa"/>
            </w:tcMar>
            <w:vAlign w:val="center"/>
          </w:tcPr>
          <w:p w14:paraId="13390008" w14:textId="68DBF8A0" w:rsidR="00915A3A" w:rsidRPr="00361570" w:rsidRDefault="00915A3A" w:rsidP="00361570">
            <w:pPr>
              <w:spacing w:after="0" w:line="240" w:lineRule="auto"/>
              <w:rPr>
                <w:rFonts w:ascii="Times New Roman" w:hAnsi="Times New Roman" w:cs="Times New Roman"/>
                <w:color w:val="000000"/>
                <w:sz w:val="18"/>
                <w:szCs w:val="18"/>
              </w:rPr>
            </w:pPr>
            <w:r w:rsidRPr="00361570">
              <w:rPr>
                <w:rFonts w:ascii="Times New Roman" w:hAnsi="Times New Roman" w:cs="Times New Roman"/>
                <w:bCs/>
                <w:color w:val="000000"/>
                <w:sz w:val="18"/>
                <w:szCs w:val="18"/>
              </w:rPr>
              <w:t>Biuret Reagent</w:t>
            </w:r>
          </w:p>
        </w:tc>
        <w:tc>
          <w:tcPr>
            <w:tcW w:w="4266" w:type="dxa"/>
            <w:shd w:val="clear" w:color="auto" w:fill="auto"/>
            <w:vAlign w:val="center"/>
          </w:tcPr>
          <w:p w14:paraId="0CC2DFCB" w14:textId="59DE0776" w:rsidR="00915A3A" w:rsidRPr="00361570" w:rsidRDefault="00915A3A" w:rsidP="00361570">
            <w:pPr>
              <w:spacing w:after="0" w:line="240" w:lineRule="auto"/>
              <w:rPr>
                <w:rFonts w:ascii="Times New Roman" w:hAnsi="Times New Roman" w:cs="Times New Roman"/>
                <w:color w:val="000000"/>
                <w:sz w:val="18"/>
                <w:szCs w:val="18"/>
              </w:rPr>
            </w:pPr>
            <w:r w:rsidRPr="00361570">
              <w:rPr>
                <w:rFonts w:ascii="Times New Roman" w:hAnsi="Times New Roman" w:cs="Times New Roman"/>
                <w:bCs/>
                <w:color w:val="000000"/>
                <w:sz w:val="18"/>
                <w:szCs w:val="18"/>
              </w:rPr>
              <w:t>500ml/bottle</w:t>
            </w:r>
          </w:p>
        </w:tc>
        <w:tc>
          <w:tcPr>
            <w:tcW w:w="1204" w:type="dxa"/>
            <w:shd w:val="clear" w:color="auto" w:fill="auto"/>
            <w:tcMar>
              <w:top w:w="50" w:type="dxa"/>
              <w:left w:w="50" w:type="dxa"/>
              <w:bottom w:w="50" w:type="dxa"/>
              <w:right w:w="50" w:type="dxa"/>
            </w:tcMar>
            <w:vAlign w:val="center"/>
          </w:tcPr>
          <w:p w14:paraId="2B101AA8" w14:textId="1CAF703C" w:rsidR="00915A3A" w:rsidRPr="00361570" w:rsidRDefault="00915A3A" w:rsidP="00361570">
            <w:pPr>
              <w:spacing w:after="0" w:line="240" w:lineRule="auto"/>
              <w:rPr>
                <w:rFonts w:ascii="Times New Roman" w:hAnsi="Times New Roman" w:cs="Times New Roman"/>
                <w:color w:val="000000"/>
                <w:sz w:val="18"/>
                <w:szCs w:val="18"/>
              </w:rPr>
            </w:pPr>
            <w:r w:rsidRPr="00361570">
              <w:rPr>
                <w:rFonts w:ascii="Times New Roman" w:hAnsi="Times New Roman" w:cs="Times New Roman"/>
                <w:bCs/>
                <w:color w:val="000000"/>
                <w:sz w:val="18"/>
                <w:szCs w:val="18"/>
              </w:rPr>
              <w:t>01 bottle</w:t>
            </w:r>
          </w:p>
        </w:tc>
        <w:tc>
          <w:tcPr>
            <w:tcW w:w="959" w:type="dxa"/>
            <w:shd w:val="clear" w:color="auto" w:fill="auto"/>
            <w:tcMar>
              <w:top w:w="50" w:type="dxa"/>
              <w:left w:w="50" w:type="dxa"/>
              <w:bottom w:w="50" w:type="dxa"/>
              <w:right w:w="50" w:type="dxa"/>
            </w:tcMar>
            <w:vAlign w:val="center"/>
          </w:tcPr>
          <w:p w14:paraId="23DB6371" w14:textId="5966D75A" w:rsidR="00915A3A" w:rsidRPr="00361570" w:rsidRDefault="00841393" w:rsidP="00361570">
            <w:pPr>
              <w:spacing w:after="0" w:line="240" w:lineRule="auto"/>
              <w:rPr>
                <w:rFonts w:ascii="Times New Roman" w:hAnsi="Times New Roman" w:cs="Times New Roman"/>
                <w:color w:val="000000"/>
                <w:sz w:val="18"/>
                <w:szCs w:val="18"/>
              </w:rPr>
            </w:pPr>
            <w:r>
              <w:rPr>
                <w:rFonts w:ascii="Times New Roman" w:hAnsi="Times New Roman" w:cs="Times New Roman"/>
                <w:bCs/>
                <w:color w:val="000000"/>
                <w:sz w:val="18"/>
                <w:szCs w:val="18"/>
              </w:rPr>
              <w:t>liter</w:t>
            </w:r>
          </w:p>
        </w:tc>
      </w:tr>
      <w:tr w:rsidR="00915A3A" w:rsidRPr="00361570" w14:paraId="6723805C" w14:textId="77777777" w:rsidTr="00361570">
        <w:trPr>
          <w:jc w:val="center"/>
        </w:trPr>
        <w:tc>
          <w:tcPr>
            <w:tcW w:w="609" w:type="dxa"/>
            <w:shd w:val="clear" w:color="auto" w:fill="FAFAFA"/>
            <w:tcMar>
              <w:top w:w="50" w:type="dxa"/>
              <w:left w:w="50" w:type="dxa"/>
              <w:bottom w:w="50" w:type="dxa"/>
              <w:right w:w="50" w:type="dxa"/>
            </w:tcMar>
            <w:vAlign w:val="center"/>
          </w:tcPr>
          <w:p w14:paraId="503AB8B1" w14:textId="35D124F1" w:rsidR="00915A3A" w:rsidRPr="00361570" w:rsidRDefault="00915A3A" w:rsidP="00361570">
            <w:pPr>
              <w:spacing w:after="0" w:line="240" w:lineRule="auto"/>
              <w:ind w:left="90"/>
              <w:jc w:val="center"/>
              <w:rPr>
                <w:rFonts w:ascii="Times New Roman" w:hAnsi="Times New Roman" w:cs="Times New Roman"/>
                <w:color w:val="auto"/>
                <w:sz w:val="18"/>
                <w:szCs w:val="18"/>
              </w:rPr>
            </w:pPr>
            <w:r w:rsidRPr="00361570">
              <w:rPr>
                <w:rFonts w:ascii="Times New Roman" w:hAnsi="Times New Roman" w:cs="Times New Roman"/>
                <w:bCs/>
                <w:color w:val="000000"/>
                <w:sz w:val="18"/>
                <w:szCs w:val="18"/>
              </w:rPr>
              <w:t>82</w:t>
            </w:r>
          </w:p>
        </w:tc>
        <w:tc>
          <w:tcPr>
            <w:tcW w:w="3703" w:type="dxa"/>
            <w:gridSpan w:val="2"/>
            <w:shd w:val="clear" w:color="auto" w:fill="auto"/>
            <w:tcMar>
              <w:top w:w="50" w:type="dxa"/>
              <w:left w:w="50" w:type="dxa"/>
              <w:bottom w:w="50" w:type="dxa"/>
              <w:right w:w="50" w:type="dxa"/>
            </w:tcMar>
            <w:vAlign w:val="center"/>
          </w:tcPr>
          <w:p w14:paraId="77CC36A3" w14:textId="3382FAAF" w:rsidR="00915A3A" w:rsidRPr="00361570" w:rsidRDefault="00915A3A" w:rsidP="00361570">
            <w:pPr>
              <w:spacing w:after="0" w:line="240" w:lineRule="auto"/>
              <w:rPr>
                <w:rFonts w:ascii="Times New Roman" w:hAnsi="Times New Roman" w:cs="Times New Roman"/>
                <w:color w:val="000000"/>
                <w:sz w:val="18"/>
                <w:szCs w:val="18"/>
              </w:rPr>
            </w:pPr>
            <w:proofErr w:type="spellStart"/>
            <w:r w:rsidRPr="00361570">
              <w:rPr>
                <w:rFonts w:ascii="Times New Roman" w:hAnsi="Times New Roman" w:cs="Times New Roman"/>
                <w:bCs/>
                <w:color w:val="000000"/>
                <w:sz w:val="18"/>
                <w:szCs w:val="18"/>
              </w:rPr>
              <w:t>Millon's</w:t>
            </w:r>
            <w:proofErr w:type="spellEnd"/>
            <w:r w:rsidRPr="00361570">
              <w:rPr>
                <w:rFonts w:ascii="Times New Roman" w:hAnsi="Times New Roman" w:cs="Times New Roman"/>
                <w:bCs/>
                <w:color w:val="000000"/>
                <w:sz w:val="18"/>
                <w:szCs w:val="18"/>
              </w:rPr>
              <w:t xml:space="preserve"> Reagent</w:t>
            </w:r>
          </w:p>
        </w:tc>
        <w:tc>
          <w:tcPr>
            <w:tcW w:w="4266" w:type="dxa"/>
            <w:shd w:val="clear" w:color="auto" w:fill="auto"/>
            <w:vAlign w:val="center"/>
          </w:tcPr>
          <w:p w14:paraId="70591155" w14:textId="42D7C9D7" w:rsidR="00915A3A" w:rsidRPr="00361570" w:rsidRDefault="00915A3A" w:rsidP="00361570">
            <w:pPr>
              <w:spacing w:after="0" w:line="240" w:lineRule="auto"/>
              <w:rPr>
                <w:rFonts w:ascii="Times New Roman" w:hAnsi="Times New Roman" w:cs="Times New Roman"/>
                <w:color w:val="000000"/>
                <w:sz w:val="18"/>
                <w:szCs w:val="18"/>
              </w:rPr>
            </w:pPr>
            <w:r w:rsidRPr="00361570">
              <w:rPr>
                <w:rFonts w:ascii="Times New Roman" w:hAnsi="Times New Roman" w:cs="Times New Roman"/>
                <w:bCs/>
                <w:color w:val="000000"/>
                <w:sz w:val="18"/>
                <w:szCs w:val="18"/>
              </w:rPr>
              <w:t>500ml/bottle</w:t>
            </w:r>
          </w:p>
        </w:tc>
        <w:tc>
          <w:tcPr>
            <w:tcW w:w="1204" w:type="dxa"/>
            <w:shd w:val="clear" w:color="auto" w:fill="auto"/>
            <w:tcMar>
              <w:top w:w="50" w:type="dxa"/>
              <w:left w:w="50" w:type="dxa"/>
              <w:bottom w:w="50" w:type="dxa"/>
              <w:right w:w="50" w:type="dxa"/>
            </w:tcMar>
            <w:vAlign w:val="center"/>
          </w:tcPr>
          <w:p w14:paraId="23FAEF7A" w14:textId="11717847" w:rsidR="00915A3A" w:rsidRPr="00361570" w:rsidRDefault="00915A3A" w:rsidP="00361570">
            <w:pPr>
              <w:spacing w:after="0" w:line="240" w:lineRule="auto"/>
              <w:rPr>
                <w:rFonts w:ascii="Times New Roman" w:hAnsi="Times New Roman" w:cs="Times New Roman"/>
                <w:color w:val="000000"/>
                <w:sz w:val="18"/>
                <w:szCs w:val="18"/>
              </w:rPr>
            </w:pPr>
            <w:r w:rsidRPr="00361570">
              <w:rPr>
                <w:rFonts w:ascii="Times New Roman" w:hAnsi="Times New Roman" w:cs="Times New Roman"/>
                <w:bCs/>
                <w:color w:val="000000"/>
                <w:sz w:val="18"/>
                <w:szCs w:val="18"/>
              </w:rPr>
              <w:t>01 bottle</w:t>
            </w:r>
          </w:p>
        </w:tc>
        <w:tc>
          <w:tcPr>
            <w:tcW w:w="959" w:type="dxa"/>
            <w:shd w:val="clear" w:color="auto" w:fill="auto"/>
            <w:tcMar>
              <w:top w:w="50" w:type="dxa"/>
              <w:left w:w="50" w:type="dxa"/>
              <w:bottom w:w="50" w:type="dxa"/>
              <w:right w:w="50" w:type="dxa"/>
            </w:tcMar>
            <w:vAlign w:val="center"/>
          </w:tcPr>
          <w:p w14:paraId="6CC1F010" w14:textId="64100504" w:rsidR="00915A3A" w:rsidRPr="00361570" w:rsidRDefault="00841393" w:rsidP="00361570">
            <w:pPr>
              <w:spacing w:after="0" w:line="240" w:lineRule="auto"/>
              <w:rPr>
                <w:rFonts w:ascii="Times New Roman" w:hAnsi="Times New Roman" w:cs="Times New Roman"/>
                <w:color w:val="000000"/>
                <w:sz w:val="18"/>
                <w:szCs w:val="18"/>
              </w:rPr>
            </w:pPr>
            <w:r>
              <w:rPr>
                <w:rFonts w:ascii="Times New Roman" w:hAnsi="Times New Roman" w:cs="Times New Roman"/>
                <w:bCs/>
                <w:color w:val="000000"/>
                <w:sz w:val="18"/>
                <w:szCs w:val="18"/>
              </w:rPr>
              <w:t>liter</w:t>
            </w:r>
          </w:p>
        </w:tc>
      </w:tr>
      <w:tr w:rsidR="00915A3A" w:rsidRPr="00361570" w14:paraId="316F3340" w14:textId="77777777" w:rsidTr="00361570">
        <w:trPr>
          <w:jc w:val="center"/>
        </w:trPr>
        <w:tc>
          <w:tcPr>
            <w:tcW w:w="609" w:type="dxa"/>
            <w:shd w:val="clear" w:color="auto" w:fill="FAFAFA"/>
            <w:tcMar>
              <w:top w:w="50" w:type="dxa"/>
              <w:left w:w="50" w:type="dxa"/>
              <w:bottom w:w="50" w:type="dxa"/>
              <w:right w:w="50" w:type="dxa"/>
            </w:tcMar>
            <w:vAlign w:val="center"/>
          </w:tcPr>
          <w:p w14:paraId="66A387CF" w14:textId="6B6714C5" w:rsidR="00915A3A" w:rsidRPr="00361570" w:rsidRDefault="00915A3A" w:rsidP="00361570">
            <w:pPr>
              <w:spacing w:after="0" w:line="240" w:lineRule="auto"/>
              <w:ind w:left="90"/>
              <w:jc w:val="center"/>
              <w:rPr>
                <w:rFonts w:ascii="Times New Roman" w:hAnsi="Times New Roman" w:cs="Times New Roman"/>
                <w:color w:val="auto"/>
                <w:sz w:val="18"/>
                <w:szCs w:val="18"/>
              </w:rPr>
            </w:pPr>
            <w:r w:rsidRPr="00361570">
              <w:rPr>
                <w:rFonts w:ascii="Times New Roman" w:hAnsi="Times New Roman" w:cs="Times New Roman"/>
                <w:bCs/>
                <w:color w:val="000000"/>
                <w:sz w:val="18"/>
                <w:szCs w:val="18"/>
              </w:rPr>
              <w:t>83</w:t>
            </w:r>
          </w:p>
        </w:tc>
        <w:tc>
          <w:tcPr>
            <w:tcW w:w="3703" w:type="dxa"/>
            <w:gridSpan w:val="2"/>
            <w:shd w:val="clear" w:color="auto" w:fill="auto"/>
            <w:tcMar>
              <w:top w:w="50" w:type="dxa"/>
              <w:left w:w="50" w:type="dxa"/>
              <w:bottom w:w="50" w:type="dxa"/>
              <w:right w:w="50" w:type="dxa"/>
            </w:tcMar>
            <w:vAlign w:val="center"/>
          </w:tcPr>
          <w:p w14:paraId="2A9E0145" w14:textId="6C94B755" w:rsidR="00915A3A" w:rsidRPr="00361570" w:rsidRDefault="00915A3A" w:rsidP="00361570">
            <w:pPr>
              <w:spacing w:after="0" w:line="240" w:lineRule="auto"/>
              <w:rPr>
                <w:rFonts w:ascii="Times New Roman" w:hAnsi="Times New Roman" w:cs="Times New Roman"/>
                <w:color w:val="000000"/>
                <w:sz w:val="18"/>
                <w:szCs w:val="18"/>
              </w:rPr>
            </w:pPr>
            <w:r w:rsidRPr="00361570">
              <w:rPr>
                <w:rFonts w:ascii="Times New Roman" w:hAnsi="Times New Roman" w:cs="Times New Roman"/>
                <w:bCs/>
                <w:color w:val="000000"/>
                <w:sz w:val="18"/>
                <w:szCs w:val="18"/>
              </w:rPr>
              <w:t xml:space="preserve">Sodium nitrite </w:t>
            </w:r>
          </w:p>
        </w:tc>
        <w:tc>
          <w:tcPr>
            <w:tcW w:w="4266" w:type="dxa"/>
            <w:shd w:val="clear" w:color="auto" w:fill="auto"/>
            <w:vAlign w:val="center"/>
          </w:tcPr>
          <w:p w14:paraId="0AA36B38" w14:textId="204A3C21" w:rsidR="00915A3A" w:rsidRPr="00361570" w:rsidRDefault="00915A3A" w:rsidP="00361570">
            <w:pPr>
              <w:spacing w:after="0" w:line="240" w:lineRule="auto"/>
              <w:rPr>
                <w:rFonts w:ascii="Times New Roman" w:hAnsi="Times New Roman" w:cs="Times New Roman"/>
                <w:color w:val="000000"/>
                <w:sz w:val="18"/>
                <w:szCs w:val="18"/>
              </w:rPr>
            </w:pPr>
            <w:r w:rsidRPr="00361570">
              <w:rPr>
                <w:rFonts w:ascii="Times New Roman" w:hAnsi="Times New Roman" w:cs="Times New Roman"/>
                <w:bCs/>
                <w:color w:val="000000"/>
                <w:sz w:val="18"/>
                <w:szCs w:val="18"/>
              </w:rPr>
              <w:t>(99% purity)</w:t>
            </w:r>
          </w:p>
        </w:tc>
        <w:tc>
          <w:tcPr>
            <w:tcW w:w="1204" w:type="dxa"/>
            <w:shd w:val="clear" w:color="auto" w:fill="auto"/>
            <w:tcMar>
              <w:top w:w="50" w:type="dxa"/>
              <w:left w:w="50" w:type="dxa"/>
              <w:bottom w:w="50" w:type="dxa"/>
              <w:right w:w="50" w:type="dxa"/>
            </w:tcMar>
            <w:vAlign w:val="center"/>
          </w:tcPr>
          <w:p w14:paraId="3A54EAD5" w14:textId="49200466" w:rsidR="00915A3A" w:rsidRPr="00361570" w:rsidRDefault="00915A3A" w:rsidP="00361570">
            <w:pPr>
              <w:spacing w:after="0" w:line="240" w:lineRule="auto"/>
              <w:rPr>
                <w:rFonts w:ascii="Times New Roman" w:hAnsi="Times New Roman" w:cs="Times New Roman"/>
                <w:color w:val="000000"/>
                <w:sz w:val="18"/>
                <w:szCs w:val="18"/>
              </w:rPr>
            </w:pPr>
            <w:r w:rsidRPr="00361570">
              <w:rPr>
                <w:rFonts w:ascii="Times New Roman" w:hAnsi="Times New Roman" w:cs="Times New Roman"/>
                <w:bCs/>
                <w:color w:val="000000"/>
                <w:sz w:val="18"/>
                <w:szCs w:val="18"/>
              </w:rPr>
              <w:t>500g</w:t>
            </w:r>
          </w:p>
        </w:tc>
        <w:tc>
          <w:tcPr>
            <w:tcW w:w="959" w:type="dxa"/>
            <w:shd w:val="clear" w:color="auto" w:fill="auto"/>
            <w:tcMar>
              <w:top w:w="50" w:type="dxa"/>
              <w:left w:w="50" w:type="dxa"/>
              <w:bottom w:w="50" w:type="dxa"/>
              <w:right w:w="50" w:type="dxa"/>
            </w:tcMar>
            <w:vAlign w:val="center"/>
          </w:tcPr>
          <w:p w14:paraId="66C1BCA7" w14:textId="5E684AD2" w:rsidR="00915A3A" w:rsidRPr="00361570" w:rsidRDefault="00915A3A" w:rsidP="00361570">
            <w:pPr>
              <w:spacing w:after="0" w:line="240" w:lineRule="auto"/>
              <w:rPr>
                <w:rFonts w:ascii="Times New Roman" w:hAnsi="Times New Roman" w:cs="Times New Roman"/>
                <w:color w:val="000000"/>
                <w:sz w:val="18"/>
                <w:szCs w:val="18"/>
              </w:rPr>
            </w:pPr>
            <w:proofErr w:type="spellStart"/>
            <w:r w:rsidRPr="00361570">
              <w:rPr>
                <w:rFonts w:ascii="Times New Roman" w:hAnsi="Times New Roman" w:cs="Times New Roman"/>
                <w:bCs/>
                <w:color w:val="000000"/>
                <w:sz w:val="18"/>
                <w:szCs w:val="18"/>
              </w:rPr>
              <w:t>kgs</w:t>
            </w:r>
            <w:proofErr w:type="spellEnd"/>
          </w:p>
        </w:tc>
      </w:tr>
    </w:tbl>
    <w:p w14:paraId="4372DC84" w14:textId="77777777" w:rsidR="007F6D20" w:rsidRPr="00B03582" w:rsidRDefault="007F6D20">
      <w:pPr>
        <w:spacing w:after="60"/>
        <w:rPr>
          <w:rFonts w:ascii="Arial" w:hAnsi="Arial" w:cs="Arial"/>
          <w:color w:val="auto"/>
        </w:rPr>
      </w:pPr>
    </w:p>
    <w:p w14:paraId="28828900" w14:textId="77777777" w:rsidR="007F6D20" w:rsidRPr="00B03582" w:rsidRDefault="0065640F">
      <w:pPr>
        <w:spacing w:before="40" w:after="40"/>
        <w:rPr>
          <w:rFonts w:ascii="Arial" w:hAnsi="Arial" w:cs="Arial"/>
          <w:color w:val="auto"/>
        </w:rPr>
      </w:pPr>
      <w:r w:rsidRPr="00B03582">
        <w:rPr>
          <w:rFonts w:ascii="Arial" w:hAnsi="Arial" w:cs="Arial"/>
          <w:b/>
          <w:color w:val="auto"/>
        </w:rPr>
        <w:t>2. INSTRUCTIONS TO BIDDERS &amp; COMMERCIAL TERMS</w:t>
      </w:r>
    </w:p>
    <w:tbl>
      <w:tblPr>
        <w:tblW w:w="0" w:type="auto"/>
        <w:jc w:val="center"/>
        <w:tblBorders>
          <w:top w:val="single" w:sz="6" w:space="0" w:color="CCCCCC"/>
          <w:left w:val="single" w:sz="6" w:space="0" w:color="CCCCCC"/>
          <w:bottom w:val="single" w:sz="6" w:space="0" w:color="CCCCCC"/>
          <w:right w:val="single" w:sz="6" w:space="0" w:color="CCCCCC"/>
          <w:insideH w:val="single" w:sz="4" w:space="0" w:color="D3D3D3"/>
          <w:insideV w:val="single" w:sz="4" w:space="0" w:color="D3D3D3"/>
        </w:tblBorders>
        <w:tblLook w:val="04A0" w:firstRow="1" w:lastRow="0" w:firstColumn="1" w:lastColumn="0" w:noHBand="0" w:noVBand="1"/>
      </w:tblPr>
      <w:tblGrid>
        <w:gridCol w:w="10741"/>
      </w:tblGrid>
      <w:tr w:rsidR="007F6D20" w:rsidRPr="00B03582" w14:paraId="2613FA5F" w14:textId="77777777" w:rsidTr="004740F0">
        <w:trPr>
          <w:jc w:val="center"/>
        </w:trPr>
        <w:tc>
          <w:tcPr>
            <w:tcW w:w="10757" w:type="dxa"/>
            <w:tcMar>
              <w:top w:w="60" w:type="dxa"/>
              <w:left w:w="70" w:type="dxa"/>
              <w:bottom w:w="60" w:type="dxa"/>
              <w:right w:w="70" w:type="dxa"/>
            </w:tcMar>
          </w:tcPr>
          <w:p w14:paraId="32CE7EB2" w14:textId="77777777" w:rsidR="007F6D20" w:rsidRPr="00B03582" w:rsidRDefault="0065640F" w:rsidP="005B002D">
            <w:pPr>
              <w:spacing w:after="30"/>
              <w:jc w:val="both"/>
              <w:rPr>
                <w:rFonts w:ascii="Arial" w:hAnsi="Arial" w:cs="Arial"/>
                <w:color w:val="auto"/>
                <w:szCs w:val="17"/>
              </w:rPr>
            </w:pPr>
            <w:r w:rsidRPr="005B002D">
              <w:rPr>
                <w:rFonts w:ascii="Arial" w:hAnsi="Arial" w:cs="Arial"/>
                <w:b/>
                <w:bCs/>
                <w:color w:val="auto"/>
                <w:szCs w:val="17"/>
              </w:rPr>
              <w:t>1.</w:t>
            </w:r>
            <w:r w:rsidRPr="00B03582">
              <w:rPr>
                <w:rFonts w:ascii="Arial" w:hAnsi="Arial" w:cs="Arial"/>
                <w:color w:val="auto"/>
                <w:szCs w:val="17"/>
              </w:rPr>
              <w:t xml:space="preserve"> </w:t>
            </w:r>
            <w:r w:rsidRPr="005B002D">
              <w:rPr>
                <w:rFonts w:ascii="Arial" w:hAnsi="Arial" w:cs="Arial"/>
                <w:b/>
                <w:bCs/>
                <w:color w:val="auto"/>
                <w:szCs w:val="17"/>
              </w:rPr>
              <w:t>Submission on Vendor's Official Letterhead:</w:t>
            </w:r>
            <w:r w:rsidRPr="00B03582">
              <w:rPr>
                <w:rFonts w:ascii="Arial" w:hAnsi="Arial" w:cs="Arial"/>
                <w:color w:val="auto"/>
                <w:szCs w:val="17"/>
              </w:rPr>
              <w:t xml:space="preserve"> Bidders MUST submit their complete technical details, unit prices, total amounts, and delivery lead times printed on their own official company letterhead, bearing valid FBR NTN, quotation reference number, date, authorized signature, and company stamp.</w:t>
            </w:r>
          </w:p>
          <w:p w14:paraId="36DF4742" w14:textId="77777777" w:rsidR="007F6D20" w:rsidRPr="00B03582" w:rsidRDefault="0065640F" w:rsidP="005B002D">
            <w:pPr>
              <w:spacing w:after="30"/>
              <w:jc w:val="both"/>
              <w:rPr>
                <w:rFonts w:ascii="Arial" w:hAnsi="Arial" w:cs="Arial"/>
                <w:color w:val="auto"/>
                <w:szCs w:val="17"/>
              </w:rPr>
            </w:pPr>
            <w:r w:rsidRPr="005B002D">
              <w:rPr>
                <w:rFonts w:ascii="Arial" w:hAnsi="Arial" w:cs="Arial"/>
                <w:b/>
                <w:bCs/>
                <w:color w:val="auto"/>
                <w:szCs w:val="17"/>
              </w:rPr>
              <w:t>2.</w:t>
            </w:r>
            <w:r w:rsidRPr="00B03582">
              <w:rPr>
                <w:rFonts w:ascii="Arial" w:hAnsi="Arial" w:cs="Arial"/>
                <w:color w:val="auto"/>
                <w:szCs w:val="17"/>
              </w:rPr>
              <w:t xml:space="preserve"> </w:t>
            </w:r>
            <w:r w:rsidRPr="005B002D">
              <w:rPr>
                <w:rFonts w:ascii="Arial" w:hAnsi="Arial" w:cs="Arial"/>
                <w:b/>
                <w:bCs/>
                <w:color w:val="auto"/>
                <w:szCs w:val="17"/>
              </w:rPr>
              <w:t>Inclusive Pricing Mandate:</w:t>
            </w:r>
            <w:r w:rsidRPr="00B03582">
              <w:rPr>
                <w:rFonts w:ascii="Arial" w:hAnsi="Arial" w:cs="Arial"/>
                <w:color w:val="auto"/>
                <w:szCs w:val="17"/>
              </w:rPr>
              <w:t xml:space="preserve"> All quoted prices must be fully inclusive of all applicable government taxes, duties, freight, handling, and delivery charges to HITEC University Taxila. No separate tax addition or extra charges over and above the quoted prices shall be allowed under any circumstances.</w:t>
            </w:r>
          </w:p>
          <w:p w14:paraId="2EBD8B97" w14:textId="7C4726EF" w:rsidR="007F6D20" w:rsidRPr="00B03582" w:rsidRDefault="0065640F" w:rsidP="005B002D">
            <w:pPr>
              <w:spacing w:after="30"/>
              <w:jc w:val="both"/>
              <w:rPr>
                <w:rFonts w:ascii="Arial" w:hAnsi="Arial" w:cs="Arial"/>
                <w:color w:val="auto"/>
                <w:szCs w:val="17"/>
              </w:rPr>
            </w:pPr>
            <w:r w:rsidRPr="005B002D">
              <w:rPr>
                <w:rFonts w:ascii="Arial" w:hAnsi="Arial" w:cs="Arial"/>
                <w:b/>
                <w:bCs/>
                <w:color w:val="auto"/>
                <w:szCs w:val="17"/>
              </w:rPr>
              <w:t>3. Sealed Outer Envelope:</w:t>
            </w:r>
            <w:r w:rsidRPr="00B03582">
              <w:rPr>
                <w:rFonts w:ascii="Arial" w:hAnsi="Arial" w:cs="Arial"/>
                <w:color w:val="auto"/>
                <w:szCs w:val="17"/>
              </w:rPr>
              <w:t xml:space="preserve"> Quotations must be delivered in a sealed envelope clearly marked: 'RFQ Re</w:t>
            </w:r>
            <w:r w:rsidR="00E52506">
              <w:rPr>
                <w:rFonts w:ascii="Arial" w:hAnsi="Arial" w:cs="Arial"/>
                <w:color w:val="auto"/>
                <w:szCs w:val="17"/>
              </w:rPr>
              <w:t>f No: HITEC/PROC/RFQ/2026/2871</w:t>
            </w:r>
            <w:r w:rsidRPr="00B03582">
              <w:rPr>
                <w:rFonts w:ascii="Arial" w:hAnsi="Arial" w:cs="Arial"/>
                <w:color w:val="auto"/>
                <w:szCs w:val="17"/>
              </w:rPr>
              <w:t xml:space="preserve"> — DO NOT OPEN BEFORE CLOSING DEADLINE' addressed to Manager Procurement, Procurement Branch, HITEC University Taxila.</w:t>
            </w:r>
          </w:p>
          <w:p w14:paraId="38A0E6D0" w14:textId="45DE0F54" w:rsidR="007F6D20" w:rsidRPr="00B03582" w:rsidRDefault="0065640F" w:rsidP="005B002D">
            <w:pPr>
              <w:spacing w:after="30"/>
              <w:jc w:val="both"/>
              <w:rPr>
                <w:rFonts w:ascii="Arial" w:hAnsi="Arial" w:cs="Arial"/>
                <w:color w:val="auto"/>
                <w:szCs w:val="17"/>
              </w:rPr>
            </w:pPr>
            <w:r w:rsidRPr="005B002D">
              <w:rPr>
                <w:rFonts w:ascii="Arial" w:hAnsi="Arial" w:cs="Arial"/>
                <w:b/>
                <w:bCs/>
                <w:color w:val="auto"/>
                <w:szCs w:val="17"/>
              </w:rPr>
              <w:t>4. Closing Deadline Strictness:</w:t>
            </w:r>
            <w:r w:rsidRPr="00B03582">
              <w:rPr>
                <w:rFonts w:ascii="Arial" w:hAnsi="Arial" w:cs="Arial"/>
                <w:color w:val="auto"/>
                <w:szCs w:val="17"/>
              </w:rPr>
              <w:t xml:space="preserve"> Bids received after the </w:t>
            </w:r>
            <w:r w:rsidR="005B002D">
              <w:rPr>
                <w:rFonts w:ascii="Arial" w:hAnsi="Arial" w:cs="Arial"/>
                <w:color w:val="auto"/>
                <w:szCs w:val="17"/>
              </w:rPr>
              <w:t xml:space="preserve">submission deadline </w:t>
            </w:r>
            <w:r w:rsidR="005B002D" w:rsidRPr="00B03582">
              <w:rPr>
                <w:rFonts w:ascii="Arial" w:hAnsi="Arial" w:cs="Arial"/>
                <w:color w:val="auto"/>
                <w:szCs w:val="17"/>
              </w:rPr>
              <w:t>date</w:t>
            </w:r>
            <w:r w:rsidRPr="00B03582">
              <w:rPr>
                <w:rFonts w:ascii="Arial" w:hAnsi="Arial" w:cs="Arial"/>
                <w:color w:val="auto"/>
                <w:szCs w:val="17"/>
              </w:rPr>
              <w:t xml:space="preserve"> and time will be rejected automatically.</w:t>
            </w:r>
          </w:p>
          <w:p w14:paraId="0FC393EE" w14:textId="77777777" w:rsidR="007F6D20" w:rsidRPr="00B03582" w:rsidRDefault="0065640F" w:rsidP="005B002D">
            <w:pPr>
              <w:spacing w:after="30"/>
              <w:jc w:val="both"/>
              <w:rPr>
                <w:rFonts w:ascii="Arial" w:hAnsi="Arial" w:cs="Arial"/>
                <w:color w:val="auto"/>
                <w:szCs w:val="17"/>
              </w:rPr>
            </w:pPr>
            <w:r w:rsidRPr="005B002D">
              <w:rPr>
                <w:rFonts w:ascii="Arial" w:hAnsi="Arial" w:cs="Arial"/>
                <w:b/>
                <w:bCs/>
                <w:color w:val="auto"/>
                <w:szCs w:val="17"/>
              </w:rPr>
              <w:t>5. Tax Eligibility &amp; ATL Status:</w:t>
            </w:r>
            <w:r w:rsidRPr="00B03582">
              <w:rPr>
                <w:rFonts w:ascii="Arial" w:hAnsi="Arial" w:cs="Arial"/>
                <w:color w:val="auto"/>
                <w:szCs w:val="17"/>
              </w:rPr>
              <w:t xml:space="preserve"> Only active taxpayers listed on FBR's Active Taxpayers List (ATL) with a valid NTN are eligible to participate. Applicable statutory taxes will be withheld at source as per Government rules.</w:t>
            </w:r>
          </w:p>
          <w:p w14:paraId="5D0EC72F" w14:textId="77777777" w:rsidR="007F6D20" w:rsidRPr="00B03582" w:rsidRDefault="0065640F" w:rsidP="005B002D">
            <w:pPr>
              <w:spacing w:after="30"/>
              <w:jc w:val="both"/>
              <w:rPr>
                <w:rFonts w:ascii="Arial" w:hAnsi="Arial" w:cs="Arial"/>
                <w:color w:val="auto"/>
                <w:szCs w:val="17"/>
              </w:rPr>
            </w:pPr>
            <w:r w:rsidRPr="005B002D">
              <w:rPr>
                <w:rFonts w:ascii="Arial" w:hAnsi="Arial" w:cs="Arial"/>
                <w:b/>
                <w:bCs/>
                <w:color w:val="auto"/>
                <w:szCs w:val="17"/>
              </w:rPr>
              <w:t>6. Commercial Validity &amp; Lead Time:</w:t>
            </w:r>
            <w:r w:rsidRPr="00B03582">
              <w:rPr>
                <w:rFonts w:ascii="Arial" w:hAnsi="Arial" w:cs="Arial"/>
                <w:color w:val="auto"/>
                <w:szCs w:val="17"/>
              </w:rPr>
              <w:t xml:space="preserve"> Quoted prices must remain valid for a minimum of 30 Days from the closing date. Delivery lead time must be explicitly stated in calendar days on the quotation.</w:t>
            </w:r>
          </w:p>
          <w:p w14:paraId="1AFC38FB" w14:textId="77777777" w:rsidR="007F6D20" w:rsidRPr="00B03582" w:rsidRDefault="0065640F" w:rsidP="005B002D">
            <w:pPr>
              <w:spacing w:after="30"/>
              <w:jc w:val="both"/>
              <w:rPr>
                <w:rFonts w:ascii="Arial" w:hAnsi="Arial" w:cs="Arial"/>
                <w:color w:val="auto"/>
                <w:szCs w:val="17"/>
              </w:rPr>
            </w:pPr>
            <w:r w:rsidRPr="005B002D">
              <w:rPr>
                <w:rFonts w:ascii="Arial" w:hAnsi="Arial" w:cs="Arial"/>
                <w:b/>
                <w:bCs/>
                <w:color w:val="auto"/>
                <w:szCs w:val="17"/>
              </w:rPr>
              <w:t>7. Payment Terms:</w:t>
            </w:r>
            <w:r w:rsidRPr="00B03582">
              <w:rPr>
                <w:rFonts w:ascii="Arial" w:hAnsi="Arial" w:cs="Arial"/>
                <w:color w:val="auto"/>
                <w:szCs w:val="17"/>
              </w:rPr>
              <w:t xml:space="preserve"> 100% payment upon complete delivery, physical inspection, and issuance of Acceptance Certificate by University Inspection Committee.</w:t>
            </w:r>
          </w:p>
          <w:p w14:paraId="5922C608" w14:textId="77777777" w:rsidR="007F6D20" w:rsidRPr="00B03582" w:rsidRDefault="0065640F" w:rsidP="005B002D">
            <w:pPr>
              <w:spacing w:after="30"/>
              <w:jc w:val="both"/>
              <w:rPr>
                <w:rFonts w:ascii="Arial" w:hAnsi="Arial" w:cs="Arial"/>
                <w:color w:val="auto"/>
              </w:rPr>
            </w:pPr>
            <w:r w:rsidRPr="005B002D">
              <w:rPr>
                <w:rFonts w:ascii="Arial" w:hAnsi="Arial" w:cs="Arial"/>
                <w:b/>
                <w:bCs/>
                <w:color w:val="auto"/>
                <w:szCs w:val="17"/>
              </w:rPr>
              <w:t>8. Institutional Rights:</w:t>
            </w:r>
            <w:r w:rsidRPr="00B03582">
              <w:rPr>
                <w:rFonts w:ascii="Arial" w:hAnsi="Arial" w:cs="Arial"/>
                <w:color w:val="auto"/>
                <w:szCs w:val="17"/>
              </w:rPr>
              <w:t xml:space="preserve"> HITEC University reserves the right to accept or reject any quotation, split quantities, or annul the procurement process without incurring liability.</w:t>
            </w:r>
          </w:p>
        </w:tc>
      </w:tr>
    </w:tbl>
    <w:p w14:paraId="6778E3B4" w14:textId="77777777" w:rsidR="007F6D20" w:rsidRPr="00B03582" w:rsidRDefault="007F6D20">
      <w:pPr>
        <w:spacing w:after="60"/>
        <w:rPr>
          <w:rFonts w:ascii="Arial" w:hAnsi="Arial" w:cs="Arial"/>
          <w:color w:val="auto"/>
        </w:rPr>
      </w:pPr>
    </w:p>
    <w:tbl>
      <w:tblPr>
        <w:tblW w:w="0" w:type="auto"/>
        <w:jc w:val="center"/>
        <w:tblBorders>
          <w:top w:val="single" w:sz="6" w:space="0" w:color="CCCCCC"/>
          <w:left w:val="single" w:sz="6" w:space="0" w:color="CCCCCC"/>
          <w:bottom w:val="single" w:sz="6" w:space="0" w:color="CCCCCC"/>
          <w:right w:val="single" w:sz="6" w:space="0" w:color="CCCCCC"/>
          <w:insideH w:val="single" w:sz="4" w:space="0" w:color="D3D3D3"/>
          <w:insideV w:val="single" w:sz="4" w:space="0" w:color="D3D3D3"/>
        </w:tblBorders>
        <w:tblLook w:val="04A0" w:firstRow="1" w:lastRow="0" w:firstColumn="1" w:lastColumn="0" w:noHBand="0" w:noVBand="1"/>
      </w:tblPr>
      <w:tblGrid>
        <w:gridCol w:w="10741"/>
      </w:tblGrid>
      <w:tr w:rsidR="007F6D20" w:rsidRPr="00B03582" w14:paraId="3F65C851" w14:textId="77777777">
        <w:trPr>
          <w:jc w:val="center"/>
        </w:trPr>
        <w:tc>
          <w:tcPr>
            <w:tcW w:w="10757" w:type="dxa"/>
            <w:tcMar>
              <w:top w:w="60" w:type="dxa"/>
              <w:left w:w="80" w:type="dxa"/>
              <w:bottom w:w="60" w:type="dxa"/>
              <w:right w:w="80" w:type="dxa"/>
            </w:tcMar>
          </w:tcPr>
          <w:p w14:paraId="23C45E63" w14:textId="45117C33" w:rsidR="007F6D20" w:rsidRPr="00B03582" w:rsidRDefault="0065640F" w:rsidP="008631E1">
            <w:pPr>
              <w:spacing w:after="0"/>
              <w:rPr>
                <w:rFonts w:ascii="Arial" w:hAnsi="Arial" w:cs="Arial"/>
                <w:color w:val="auto"/>
              </w:rPr>
            </w:pPr>
            <w:r w:rsidRPr="00B03582">
              <w:rPr>
                <w:rFonts w:ascii="Arial" w:hAnsi="Arial" w:cs="Arial"/>
                <w:b/>
                <w:color w:val="auto"/>
              </w:rPr>
              <w:t xml:space="preserve">ISSUED BY ORDER OF THE </w:t>
            </w:r>
            <w:r w:rsidR="00C62255">
              <w:rPr>
                <w:rFonts w:ascii="Arial" w:hAnsi="Arial" w:cs="Arial"/>
                <w:b/>
                <w:color w:val="auto"/>
              </w:rPr>
              <w:t>DIRECTOR ADMINISTRATION</w:t>
            </w:r>
            <w:r w:rsidRPr="00B03582">
              <w:rPr>
                <w:rFonts w:ascii="Arial" w:hAnsi="Arial" w:cs="Arial"/>
                <w:b/>
                <w:color w:val="auto"/>
              </w:rPr>
              <w:t xml:space="preserve"> (HITEC UNIVERSITY TAXILA)</w:t>
            </w:r>
            <w:r w:rsidRPr="00B03582">
              <w:rPr>
                <w:rFonts w:ascii="Arial" w:hAnsi="Arial" w:cs="Arial"/>
                <w:b/>
                <w:color w:val="auto"/>
              </w:rPr>
              <w:br/>
            </w:r>
            <w:r w:rsidRPr="00B03582">
              <w:rPr>
                <w:rFonts w:ascii="Arial" w:hAnsi="Arial" w:cs="Arial"/>
                <w:b/>
                <w:color w:val="auto"/>
              </w:rPr>
              <w:br/>
            </w:r>
            <w:r w:rsidRPr="00B03582">
              <w:rPr>
                <w:rFonts w:ascii="Arial" w:hAnsi="Arial" w:cs="Arial"/>
                <w:b/>
                <w:color w:val="auto"/>
              </w:rPr>
              <w:br/>
            </w:r>
            <w:r w:rsidRPr="00B03582">
              <w:rPr>
                <w:rFonts w:ascii="Arial" w:hAnsi="Arial" w:cs="Arial"/>
                <w:color w:val="auto"/>
                <w:sz w:val="16"/>
              </w:rPr>
              <w:t>_____________________________________</w:t>
            </w:r>
            <w:r w:rsidRPr="00B03582">
              <w:rPr>
                <w:rFonts w:ascii="Arial" w:hAnsi="Arial" w:cs="Arial"/>
                <w:color w:val="auto"/>
                <w:sz w:val="16"/>
              </w:rPr>
              <w:br/>
            </w:r>
            <w:r w:rsidRPr="00B03582">
              <w:rPr>
                <w:rFonts w:ascii="Arial" w:hAnsi="Arial" w:cs="Arial"/>
                <w:b/>
                <w:color w:val="auto"/>
                <w:sz w:val="16"/>
              </w:rPr>
              <w:t>Bilal Ahmed Shah / Manager Procurement</w:t>
            </w:r>
            <w:r w:rsidRPr="00B03582">
              <w:rPr>
                <w:rFonts w:ascii="Arial" w:hAnsi="Arial" w:cs="Arial"/>
                <w:b/>
                <w:color w:val="auto"/>
                <w:sz w:val="16"/>
              </w:rPr>
              <w:br/>
              <w:t xml:space="preserve">Date of Issuance: </w:t>
            </w:r>
            <w:r w:rsidR="00274ABF">
              <w:rPr>
                <w:rFonts w:ascii="Arial" w:hAnsi="Arial" w:cs="Arial"/>
                <w:b/>
                <w:color w:val="auto"/>
                <w:sz w:val="16"/>
              </w:rPr>
              <w:t>15</w:t>
            </w:r>
            <w:r w:rsidR="008631E1">
              <w:rPr>
                <w:rFonts w:ascii="Arial" w:hAnsi="Arial" w:cs="Arial"/>
                <w:b/>
                <w:color w:val="auto"/>
                <w:sz w:val="16"/>
              </w:rPr>
              <w:t xml:space="preserve"> O</w:t>
            </w:r>
            <w:r w:rsidR="004D57FD">
              <w:rPr>
                <w:rFonts w:ascii="Arial" w:hAnsi="Arial" w:cs="Arial"/>
                <w:b/>
                <w:color w:val="auto"/>
                <w:sz w:val="16"/>
              </w:rPr>
              <w:t>ctober</w:t>
            </w:r>
            <w:r w:rsidRPr="00B03582">
              <w:rPr>
                <w:rFonts w:ascii="Arial" w:hAnsi="Arial" w:cs="Arial"/>
                <w:b/>
                <w:color w:val="auto"/>
                <w:sz w:val="16"/>
              </w:rPr>
              <w:t>, 2026</w:t>
            </w:r>
          </w:p>
        </w:tc>
      </w:tr>
    </w:tbl>
    <w:p w14:paraId="3EC2A8C9" w14:textId="77777777" w:rsidR="00DC2554" w:rsidRPr="00B03582" w:rsidRDefault="00DC2554">
      <w:pPr>
        <w:rPr>
          <w:rFonts w:ascii="Arial" w:hAnsi="Arial" w:cs="Arial"/>
          <w:color w:val="auto"/>
        </w:rPr>
      </w:pPr>
    </w:p>
    <w:sectPr w:rsidR="00DC2554" w:rsidRPr="00B03582" w:rsidSect="00034616">
      <w:pgSz w:w="11909" w:h="16834"/>
      <w:pgMar w:top="576" w:right="576" w:bottom="576" w:left="57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3BFF6241"/>
    <w:multiLevelType w:val="hybridMultilevel"/>
    <w:tmpl w:val="FC9477F2"/>
    <w:lvl w:ilvl="0" w:tplc="04090019">
      <w:start w:val="1"/>
      <w:numFmt w:val="lowerLetter"/>
      <w:lvlText w:val="%1."/>
      <w:lvlJc w:val="left"/>
      <w:pPr>
        <w:ind w:left="450" w:hanging="360"/>
      </w:p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17C81"/>
    <w:rsid w:val="00034616"/>
    <w:rsid w:val="0006063C"/>
    <w:rsid w:val="000F44B4"/>
    <w:rsid w:val="0015074B"/>
    <w:rsid w:val="001A766D"/>
    <w:rsid w:val="001B14CF"/>
    <w:rsid w:val="00203DB6"/>
    <w:rsid w:val="002351DC"/>
    <w:rsid w:val="002366F0"/>
    <w:rsid w:val="00274ABF"/>
    <w:rsid w:val="0029639D"/>
    <w:rsid w:val="002D4E51"/>
    <w:rsid w:val="002F7A46"/>
    <w:rsid w:val="003011C5"/>
    <w:rsid w:val="00326F90"/>
    <w:rsid w:val="00341C18"/>
    <w:rsid w:val="00361570"/>
    <w:rsid w:val="0039391B"/>
    <w:rsid w:val="00397A9B"/>
    <w:rsid w:val="003B3821"/>
    <w:rsid w:val="00404BB0"/>
    <w:rsid w:val="0041659E"/>
    <w:rsid w:val="00441543"/>
    <w:rsid w:val="004702A7"/>
    <w:rsid w:val="004740F0"/>
    <w:rsid w:val="00487D57"/>
    <w:rsid w:val="004D57FD"/>
    <w:rsid w:val="00543E0D"/>
    <w:rsid w:val="005B002D"/>
    <w:rsid w:val="005D7C5F"/>
    <w:rsid w:val="0065640F"/>
    <w:rsid w:val="007F6D20"/>
    <w:rsid w:val="00841393"/>
    <w:rsid w:val="008631E1"/>
    <w:rsid w:val="008E6111"/>
    <w:rsid w:val="008F1A1C"/>
    <w:rsid w:val="008F3F21"/>
    <w:rsid w:val="00915A3A"/>
    <w:rsid w:val="009B61EC"/>
    <w:rsid w:val="009C11F4"/>
    <w:rsid w:val="009C2093"/>
    <w:rsid w:val="009E49EA"/>
    <w:rsid w:val="00AA1D8D"/>
    <w:rsid w:val="00B03582"/>
    <w:rsid w:val="00B47730"/>
    <w:rsid w:val="00BF58F8"/>
    <w:rsid w:val="00C62255"/>
    <w:rsid w:val="00CB0664"/>
    <w:rsid w:val="00CB1C6E"/>
    <w:rsid w:val="00DB3F09"/>
    <w:rsid w:val="00DC2554"/>
    <w:rsid w:val="00E1592B"/>
    <w:rsid w:val="00E52506"/>
    <w:rsid w:val="00EF1EED"/>
    <w:rsid w:val="00F9526B"/>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83FB326"/>
  <w14:defaultImageDpi w14:val="300"/>
  <w15:docId w15:val="{7D9FE3CB-AE2F-4607-89A6-789163EFFA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693F"/>
    <w:rPr>
      <w:rFonts w:ascii="Calibri" w:hAnsi="Calibri"/>
      <w:color w:val="222222"/>
      <w:sz w:val="17"/>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semiHidden/>
    <w:unhideWhenUsed/>
    <w:rsid w:val="00CB1C6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14381905">
      <w:bodyDiv w:val="1"/>
      <w:marLeft w:val="0"/>
      <w:marRight w:val="0"/>
      <w:marTop w:val="0"/>
      <w:marBottom w:val="0"/>
      <w:divBdr>
        <w:top w:val="none" w:sz="0" w:space="0" w:color="auto"/>
        <w:left w:val="none" w:sz="0" w:space="0" w:color="auto"/>
        <w:bottom w:val="none" w:sz="0" w:space="0" w:color="auto"/>
        <w:right w:val="none" w:sz="0" w:space="0" w:color="auto"/>
      </w:divBdr>
    </w:div>
    <w:div w:id="443885545">
      <w:bodyDiv w:val="1"/>
      <w:marLeft w:val="0"/>
      <w:marRight w:val="0"/>
      <w:marTop w:val="0"/>
      <w:marBottom w:val="0"/>
      <w:divBdr>
        <w:top w:val="none" w:sz="0" w:space="0" w:color="auto"/>
        <w:left w:val="none" w:sz="0" w:space="0" w:color="auto"/>
        <w:bottom w:val="none" w:sz="0" w:space="0" w:color="auto"/>
        <w:right w:val="none" w:sz="0" w:space="0" w:color="auto"/>
      </w:divBdr>
    </w:div>
    <w:div w:id="555429570">
      <w:bodyDiv w:val="1"/>
      <w:marLeft w:val="0"/>
      <w:marRight w:val="0"/>
      <w:marTop w:val="0"/>
      <w:marBottom w:val="0"/>
      <w:divBdr>
        <w:top w:val="none" w:sz="0" w:space="0" w:color="auto"/>
        <w:left w:val="none" w:sz="0" w:space="0" w:color="auto"/>
        <w:bottom w:val="none" w:sz="0" w:space="0" w:color="auto"/>
        <w:right w:val="none" w:sz="0" w:space="0" w:color="auto"/>
      </w:divBdr>
    </w:div>
    <w:div w:id="582567763">
      <w:bodyDiv w:val="1"/>
      <w:marLeft w:val="0"/>
      <w:marRight w:val="0"/>
      <w:marTop w:val="0"/>
      <w:marBottom w:val="0"/>
      <w:divBdr>
        <w:top w:val="none" w:sz="0" w:space="0" w:color="auto"/>
        <w:left w:val="none" w:sz="0" w:space="0" w:color="auto"/>
        <w:bottom w:val="none" w:sz="0" w:space="0" w:color="auto"/>
        <w:right w:val="none" w:sz="0" w:space="0" w:color="auto"/>
      </w:divBdr>
    </w:div>
    <w:div w:id="626621506">
      <w:bodyDiv w:val="1"/>
      <w:marLeft w:val="0"/>
      <w:marRight w:val="0"/>
      <w:marTop w:val="0"/>
      <w:marBottom w:val="0"/>
      <w:divBdr>
        <w:top w:val="none" w:sz="0" w:space="0" w:color="auto"/>
        <w:left w:val="none" w:sz="0" w:space="0" w:color="auto"/>
        <w:bottom w:val="none" w:sz="0" w:space="0" w:color="auto"/>
        <w:right w:val="none" w:sz="0" w:space="0" w:color="auto"/>
      </w:divBdr>
    </w:div>
    <w:div w:id="750388397">
      <w:bodyDiv w:val="1"/>
      <w:marLeft w:val="0"/>
      <w:marRight w:val="0"/>
      <w:marTop w:val="0"/>
      <w:marBottom w:val="0"/>
      <w:divBdr>
        <w:top w:val="none" w:sz="0" w:space="0" w:color="auto"/>
        <w:left w:val="none" w:sz="0" w:space="0" w:color="auto"/>
        <w:bottom w:val="none" w:sz="0" w:space="0" w:color="auto"/>
        <w:right w:val="none" w:sz="0" w:space="0" w:color="auto"/>
      </w:divBdr>
    </w:div>
    <w:div w:id="878784358">
      <w:bodyDiv w:val="1"/>
      <w:marLeft w:val="0"/>
      <w:marRight w:val="0"/>
      <w:marTop w:val="0"/>
      <w:marBottom w:val="0"/>
      <w:divBdr>
        <w:top w:val="none" w:sz="0" w:space="0" w:color="auto"/>
        <w:left w:val="none" w:sz="0" w:space="0" w:color="auto"/>
        <w:bottom w:val="none" w:sz="0" w:space="0" w:color="auto"/>
        <w:right w:val="none" w:sz="0" w:space="0" w:color="auto"/>
      </w:divBdr>
    </w:div>
    <w:div w:id="948509094">
      <w:bodyDiv w:val="1"/>
      <w:marLeft w:val="0"/>
      <w:marRight w:val="0"/>
      <w:marTop w:val="0"/>
      <w:marBottom w:val="0"/>
      <w:divBdr>
        <w:top w:val="none" w:sz="0" w:space="0" w:color="auto"/>
        <w:left w:val="none" w:sz="0" w:space="0" w:color="auto"/>
        <w:bottom w:val="none" w:sz="0" w:space="0" w:color="auto"/>
        <w:right w:val="none" w:sz="0" w:space="0" w:color="auto"/>
      </w:divBdr>
    </w:div>
    <w:div w:id="1425539978">
      <w:bodyDiv w:val="1"/>
      <w:marLeft w:val="0"/>
      <w:marRight w:val="0"/>
      <w:marTop w:val="0"/>
      <w:marBottom w:val="0"/>
      <w:divBdr>
        <w:top w:val="none" w:sz="0" w:space="0" w:color="auto"/>
        <w:left w:val="none" w:sz="0" w:space="0" w:color="auto"/>
        <w:bottom w:val="none" w:sz="0" w:space="0" w:color="auto"/>
        <w:right w:val="none" w:sz="0" w:space="0" w:color="auto"/>
      </w:divBdr>
    </w:div>
    <w:div w:id="1448430298">
      <w:bodyDiv w:val="1"/>
      <w:marLeft w:val="0"/>
      <w:marRight w:val="0"/>
      <w:marTop w:val="0"/>
      <w:marBottom w:val="0"/>
      <w:divBdr>
        <w:top w:val="none" w:sz="0" w:space="0" w:color="auto"/>
        <w:left w:val="none" w:sz="0" w:space="0" w:color="auto"/>
        <w:bottom w:val="none" w:sz="0" w:space="0" w:color="auto"/>
        <w:right w:val="none" w:sz="0" w:space="0" w:color="auto"/>
      </w:divBdr>
    </w:div>
    <w:div w:id="2068606039">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7FE81DB-F8E5-4F10-8602-A33B60C54C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TotalTime>
  <Pages>3</Pages>
  <Words>965</Words>
  <Characters>5501</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6454</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shahid farooq</dc:creator>
  <cp:keywords/>
  <dc:description>generated by python-docx</dc:description>
  <cp:lastModifiedBy>Bilal</cp:lastModifiedBy>
  <cp:revision>32</cp:revision>
  <dcterms:created xsi:type="dcterms:W3CDTF">2026-10-12T06:59:00Z</dcterms:created>
  <dcterms:modified xsi:type="dcterms:W3CDTF">2026-10-16T07:35:00Z</dcterms:modified>
  <cp:category/>
</cp:coreProperties>
</file>